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тризна острова втята в страх...</w:t>
      </w:r>
    </w:p>
    <w:p>
      <w:r>
        <w:br/>
        <w:t xml:space="preserve"> тризна острова втята в страх</w:t>
      </w:r>
    </w:p>
    <w:p>
      <w:r>
        <w:br/>
        <w:t>знову з бруньок вилазять оси</w:t>
      </w:r>
    </w:p>
    <w:p>
      <w:r>
        <w:br/>
        <w:t>і якийсь шолудивий птах</w:t>
      </w:r>
    </w:p>
    <w:p>
      <w:r>
        <w:br/>
        <w:t>у сокири подушне просить</w:t>
      </w:r>
    </w:p>
    <w:p>
      <w:r>
        <w:br/>
        <w:t>&lt;br /&gt;</w:t>
        <w:br/>
        <w:t>знову корчаться дні слуті</w:t>
      </w:r>
    </w:p>
    <w:p>
      <w:r>
        <w:br/>
        <w:t>і жадота співає зрана</w:t>
      </w:r>
    </w:p>
    <w:p>
      <w:r>
        <w:br/>
        <w:t>аспараґуса чорну тінь</w:t>
      </w:r>
    </w:p>
    <w:p>
      <w:r>
        <w:br/>
        <w:t>під портретом ґудеріана</w:t>
      </w:r>
    </w:p>
    <w:p>
      <w:r>
        <w:br/>
        <w:t>&lt;br /&gt;</w:t>
        <w:br/>
        <w:t>знову ялові павуки</w:t>
      </w:r>
    </w:p>
    <w:p>
      <w:r>
        <w:br/>
        <w:t>обзиваються на приманку</w:t>
      </w:r>
    </w:p>
    <w:p>
      <w:r>
        <w:br/>
        <w:t>консервованої руки</w:t>
      </w:r>
    </w:p>
    <w:p>
      <w:r>
        <w:br/>
        <w:t>що відчинена до світанку</w:t>
      </w:r>
    </w:p>
    <w:p>
      <w:r>
        <w:br/>
        <w:t>&lt;br /&gt;</w:t>
        <w:br/>
        <w:t>знову губи вусатих ям</w:t>
      </w:r>
    </w:p>
    <w:p>
      <w:r>
        <w:br/>
        <w:t>заворушились вайлувато</w:t>
      </w:r>
    </w:p>
    <w:p>
      <w:r>
        <w:br/>
        <w:t>може завтра прийде саддам</w:t>
      </w:r>
    </w:p>
    <w:p>
      <w:r>
        <w:br/>
        <w:t>власні поминки святкувати</w:t>
      </w:r>
    </w:p>
    <w:p>
      <w:r>
        <w:br/>
        <w:t>&lt;br /&gt;</w:t>
        <w:br/>
        <w:t>може завтра на голе дно</w:t>
      </w:r>
    </w:p>
    <w:p>
      <w:r>
        <w:br/>
        <w:t>ляжуть неводи або води</w:t>
      </w:r>
    </w:p>
    <w:p>
      <w:r>
        <w:br/>
        <w:t>може завтра а може згодом</w:t>
      </w:r>
    </w:p>
    <w:p>
      <w:r>
        <w:br/>
        <w:t>може зрештою</w:t>
      </w:r>
    </w:p>
    <w:p>
      <w:r>
        <w:br/>
        <w:t>все одно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тризна острова втята в страх...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