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Тризна</w:t>
      </w:r>
    </w:p>
    <w:p>
      <w:r>
        <w:br/>
        <w:t xml:space="preserve"> &lt;blockquote&gt;На память 9-го Ноября 1843 года княжне Варваре Николаевне Репниной&lt;br /&gt;</w:t>
        <w:br/>
        <w:t>&lt;/blockquote&gt;&lt;br /&gt;</w:t>
        <w:br/>
        <w:t>ПОСВЯЩЕНИЕ</w:t>
      </w:r>
    </w:p>
    <w:p>
      <w:r>
        <w:br/>
        <w:t>Душе с прекрасным назначеньем&lt;br /&gt;</w:t>
        <w:br/>
        <w:t>Должно любить, терпеть, страдать,&lt;br /&gt;</w:t>
        <w:br/>
        <w:t>И дар господний, вдохновенье,&lt;br /&gt;</w:t>
        <w:br/>
        <w:t>Должно слезами поливать.&lt;br /&gt;</w:t>
        <w:br/>
        <w:t>Для вас понятно это слово!..&lt;br /&gt;</w:t>
        <w:br/>
        <w:t>Для вас я радостно сложил&lt;br /&gt;</w:t>
        <w:br/>
        <w:t>Свои житейские оковы,&lt;br /&gt;</w:t>
        <w:br/>
        <w:t>Священнодействовал я снова&lt;br /&gt;</w:t>
        <w:br/>
        <w:t>И слезы в звуки перелил.&lt;br /&gt;</w:t>
        <w:br/>
        <w:t>Ваш добрый ангел осенил&lt;br /&gt;</w:t>
        <w:br/>
        <w:t>Меня бессмертными крилами&lt;br /&gt;</w:t>
        <w:br/>
        <w:t>И тихостройньши речами&lt;br /&gt;</w:t>
        <w:br/>
        <w:t>Мечты о рае пробудил.</w:t>
      </w:r>
    </w:p>
    <w:p>
      <w:r>
        <w:br/>
        <w:t>Яготин 11 ноября 1843</w:t>
      </w:r>
    </w:p>
    <w:p>
      <w:r>
        <w:br/>
        <w:t>Души ваши очистивше в послушании истины духом, в братолюбии нелицемерно, от чиста сердца друг друга любите прилежно: порождена не от семени нетленна, но не нетленна, словом живого бога и пребывающего во веки. Зане всяка плоть, яка трава, и всяка слава человеча, нко цвет травный: изсше трава и цвет ея отпаде. Глагол же господень пребывает во веки. Се же есть глагол, благовествованный в вас.&lt;br /&gt;</w:t>
        <w:br/>
        <w:t>Соборное послание первое святого апостола Петра; 1, 22, 25.</w:t>
      </w:r>
    </w:p>
    <w:p>
      <w:r>
        <w:br/>
        <w:t>Двенадцать приборов на круглом столе,&lt;br /&gt;</w:t>
        <w:br/>
        <w:t>Двенадцать бокалов высоких стоят;&lt;br /&gt;</w:t>
        <w:br/>
        <w:t>И час уж проходит,&lt;br /&gt;</w:t>
        <w:br/>
        <w:t>Никто не приходит;&lt;br /&gt;</w:t>
        <w:br/>
        <w:t>Должно быть, друзьями&lt;br /&gt;</w:t>
        <w:br/>
        <w:t>Забыты они.&lt;br /&gt;</w:t>
        <w:br/>
        <w:t>Они не забыты, — в урочную пору,&lt;br /&gt;</w:t>
        <w:br/>
        <w:t>Обет исполняя, друзья собрались&lt;br /&gt;</w:t>
        <w:br/>
        <w:t>И "вечную память" пропели собором,&lt;br /&gt;</w:t>
        <w:br/>
        <w:t>Отправили тризну — и все разошлись.&lt;br /&gt;</w:t>
        <w:br/>
        <w:t>Двенадцать их было; все молоды были,&lt;br /&gt;</w:t>
        <w:br/>
        <w:t>Прекрасны и сильны; в прошедшем году&lt;br /&gt;</w:t>
        <w:br/>
        <w:t>Наилучшего друга они схоронили,&lt;br /&gt;</w:t>
        <w:br/>
        <w:t>И другу поминки в тот день учредили,&lt;br /&gt;</w:t>
        <w:br/>
        <w:t>Пока на свиданье к нему не сойдут.&lt;br /&gt;</w:t>
        <w:br/>
        <w:t>— Счастливое братство! Единство любови&lt;br /&gt;</w:t>
        <w:br/>
        <w:t>Почтили вы свято на грешной земле;&lt;br /&gt;</w:t>
        <w:br/>
        <w:t>Сходитеся, други, как ныне сошлись,&lt;br /&gt;</w:t>
        <w:br/>
        <w:t>Сходитеся долго и песнею новой&lt;br /&gt;</w:t>
        <w:br/>
        <w:t>Воспойте свободу на рабской земле! —</w:t>
      </w:r>
    </w:p>
    <w:p>
      <w:r>
        <w:br/>
        <w:t>Благословен твой малый путь,&lt;br /&gt;</w:t>
        <w:br/>
        <w:t>Пришлец убогий, неизвестный!</w:t>
      </w:r>
    </w:p>
    <w:p>
      <w:r>
        <w:br/>
        <w:t>Ты силой господа чудесной&lt;br /&gt;</w:t>
        <w:br/>
        <w:t>Возмог в сердца людей вдохнуть&lt;br /&gt;</w:t>
        <w:br/>
        <w:t>Огонь любви, огонь небесный.&lt;br /&gt;</w:t>
        <w:br/>
        <w:t>Благословен! Ты божью волю&lt;br /&gt;</w:t>
        <w:br/>
        <w:t>Короткой жизнью освятил;&lt;br /&gt;</w:t>
        <w:br/>
        <w:t>В юдоли рабства радость воли&lt;br /&gt;</w:t>
        <w:br/>
        <w:t>Безмолвно ты провозгласил.&lt;br /&gt;</w:t>
        <w:br/>
        <w:t>Когда брат брата алчет крови —&lt;br /&gt;</w:t>
        <w:br/>
        <w:t>Ты сочетал любовь в чужих;&lt;br /&gt;</w:t>
        <w:br/>
        <w:t>Свободу людям — в братстве их&lt;br /&gt;</w:t>
        <w:br/>
        <w:t>Ты проявил, великим словом&lt;br /&gt;</w:t>
        <w:br/>
        <w:t>Ты миру мир благовестил;&lt;br /&gt;</w:t>
        <w:br/>
        <w:t>И, отходя, благословил&lt;br /&gt;</w:t>
        <w:br/>
        <w:t>Свободу мысли, дух любови!&lt;br /&gt;</w:t>
        <w:br/>
        <w:t>Душа избранная, зачем&lt;br /&gt;</w:t>
        <w:br/>
        <w:t>Ты мало так у нас гостила?&lt;br /&gt;</w:t>
        <w:br/>
        <w:t>Тебе здесь тесно, трудно было!&lt;br /&gt;</w:t>
        <w:br/>
        <w:t>Но ты любила здешний плен,&lt;br /&gt;</w:t>
        <w:br/>
        <w:t>Ты, непорочная, взирала,&lt;br /&gt;</w:t>
        <w:br/>
        <w:t>Скорбя, на суетных людей.&lt;br /&gt;</w:t>
        <w:br/>
        <w:t>Но ангела недоставало&lt;br /&gt;</w:t>
        <w:br/>
        <w:t>У вечного царя царей;&lt;br /&gt;</w:t>
        <w:br/>
        <w:t>И ты на небе в вечной славе&lt;br /&gt;</w:t>
        <w:br/>
        <w:t>У трона божия стоишь,&lt;br /&gt;</w:t>
        <w:br/>
        <w:t>На мир наш, темный и лукавый,&lt;br /&gt;</w:t>
        <w:br/>
        <w:t>С тоской невинною глядишь.&lt;br /&gt;</w:t>
        <w:br/>
        <w:t>Благоговею пред тобою,&lt;br /&gt;</w:t>
        <w:br/>
        <w:t>В безмолвном трепете дивлюсь;&lt;br /&gt;</w:t>
        <w:br/>
        <w:t>Молюсь тоскующей душою,&lt;br /&gt;</w:t>
        <w:br/>
        <w:t>Как перед ангелом молюсь!&lt;br /&gt;</w:t>
        <w:br/>
        <w:t>Сниди,-пошли мне исцеленье!&lt;br /&gt;</w:t>
        <w:br/>
        <w:t>Внуши, навей на хладный ум&lt;br /&gt;</w:t>
        <w:br/>
        <w:t>Хоть мало светлых, чистых дум;&lt;br /&gt;</w:t>
        <w:br/>
        <w:t>Хоть на единое мгновенье&lt;br /&gt;</w:t>
        <w:br/>
        <w:t>Темницу сердца озари&lt;br /&gt;</w:t>
        <w:br/>
        <w:t>И мрак строптивых помышлений&lt;br /&gt;</w:t>
        <w:br/>
        <w:t>И разгони и усмири.&lt;br /&gt;</w:t>
        <w:br/>
        <w:t>Правдиво, тихими речами,&lt;br /&gt;</w:t>
        <w:br/>
        <w:t>Ты расскажи мне все свое&lt;br /&gt;</w:t>
        <w:br/>
        <w:t>Земное благо-житие&lt;br /&gt;</w:t>
        <w:br/>
        <w:t>И научи владеть сердцами&lt;br /&gt;</w:t>
        <w:br/>
        <w:t>Людей кичливых и своим,&lt;br /&gt;</w:t>
        <w:br/>
        <w:t>Уже растленным, уже злым...&lt;br /&gt;</w:t>
        <w:br/>
        <w:t>Скажи мне тайное ученье&lt;br /&gt;</w:t>
        <w:br/>
        <w:t>Любить гордящихся людей&lt;br /&gt;</w:t>
        <w:br/>
        <w:t>И речью кроткой и смиреньем&lt;br /&gt;</w:t>
        <w:br/>
        <w:t>Смягчать народных палачей.&lt;br /&gt;</w:t>
        <w:br/>
        <w:t>Да провещаю гимн пророчий,&lt;br /&gt;</w:t>
        <w:br/>
        <w:t>И долу правду низведу,&lt;br /&gt;</w:t>
        <w:br/>
        <w:t>И погасающие очи&lt;br /&gt;</w:t>
        <w:br/>
        <w:t>Без страха к небу возведу.&lt;br /&gt;</w:t>
        <w:br/>
        <w:t>И в этот час последней муки&lt;br /&gt;</w:t>
        <w:br/>
        <w:t>Пошли мне истинных друзей&lt;br /&gt;</w:t>
        <w:br/>
        <w:t>Сложить хладеющие руки&lt;br /&gt;</w:t>
        <w:br/>
        <w:t>И бескорыстия елей&lt;br /&gt;</w:t>
        <w:br/>
        <w:t>Пролить из дружеских очей.&lt;br /&gt;</w:t>
        <w:br/>
        <w:t>Благословлю мои страданья,&lt;br /&gt;</w:t>
        <w:br/>
        <w:t>Отрадно смерти улыбнусь&lt;br /&gt;</w:t>
        <w:br/>
        <w:t>И к вечной жизни с упованьем&lt;br /&gt;</w:t>
        <w:br/>
        <w:t>К тебе на небо вознесусь.&lt;br /&gt;</w:t>
        <w:br/>
        <w:t>Благословен твой малый путь,&lt;br /&gt;</w:t>
        <w:br/>
        <w:t>Пришлец неславленный, чудесный!</w:t>
      </w:r>
    </w:p>
    <w:p>
      <w:r>
        <w:br/>
        <w:t>В семье убогой, неизвестной&lt;br /&gt;</w:t>
        <w:br/>
        <w:t>Он вырастал; и жизни труд,&lt;br /&gt;</w:t>
        <w:br/>
        <w:t>Как сирота, он встретил рано;&lt;br /&gt;</w:t>
        <w:br/>
        <w:t>Упреки злые встретил он&lt;br /&gt;</w:t>
        <w:br/>
        <w:t>За хлеб насущный... В сердце рану&lt;br /&gt;</w:t>
        <w:br/>
        <w:t>Змея прогрызла... Детский сон&lt;br /&gt;</w:t>
        <w:br/>
        <w:t>Исчез, как голубь боязливый;&lt;br /&gt;</w:t>
        <w:br/>
        <w:t>Тоска, как вор, нетерпеливо,&lt;br /&gt;</w:t>
        <w:br/>
        <w:t>В разбитом сердце притаясь,&lt;br /&gt;</w:t>
        <w:br/>
        <w:t>Губами жадными впилась&lt;br /&gt;</w:t>
        <w:br/>
        <w:t>И кровь невинную сосала...&lt;br /&gt;</w:t>
        <w:br/>
        <w:t>Душа рвалась, душа рыдала,&lt;br /&gt;</w:t>
        <w:br/>
        <w:t>Просила воли... Ум горел,&lt;br /&gt;</w:t>
        <w:br/>
        <w:t>В крови гордыня клокотала...&lt;br /&gt;</w:t>
        <w:br/>
        <w:t>Он трепетал... он цепенел...&lt;br /&gt;</w:t>
        <w:br/>
        <w:t>Рука, сжимаяся, дрожала...&lt;br /&gt;</w:t>
        <w:br/>
        <w:t>О, если б мог он шар земной&lt;br /&gt;</w:t>
        <w:br/>
        <w:t>Схватить озлобленной рукой&lt;br /&gt;</w:t>
        <w:br/>
        <w:t>Со всеми гадами земными,&lt;br /&gt;</w:t>
        <w:br/>
        <w:t>Схватить, измять и бросить в ад!..&lt;br /&gt;</w:t>
        <w:br/>
        <w:t>Он был бы счастлив, был бы рад.&lt;br /&gt;</w:t>
        <w:br/>
        <w:t>Он хохотал, как демон лютый,&lt;br /&gt;</w:t>
        <w:br/>
        <w:t>И длилась страшная минута,&lt;br /&gt;</w:t>
        <w:br/>
        <w:t>И мир пылал со всех сторон;&lt;br /&gt;</w:t>
        <w:br/>
        <w:t>Рыдал, немел он в исступленьи,&lt;br /&gt;</w:t>
        <w:br/>
        <w:t>Душа терзалась страшным сном;&lt;br /&gt;</w:t>
        <w:br/>
        <w:t>Душа мертвела, — а кругом&lt;br /&gt;</w:t>
        <w:br/>
        <w:t>Земля, господнее творенье,&lt;br /&gt;</w:t>
        <w:br/>
        <w:t>В зеленой ризе и цветах,&lt;br /&gt;</w:t>
        <w:br/>
        <w:t>Весну встречая, ликовала.&lt;br /&gt;</w:t>
        <w:br/>
        <w:t>Душа отрадно пробуждалась, —&lt;br /&gt;</w:t>
        <w:br/>
        <w:t>И пробудилась... Он в слезах&lt;br /&gt;</w:t>
        <w:br/>
        <w:t>Упал и землю лобызает,&lt;br /&gt;</w:t>
        <w:br/>
        <w:t>Как перси матери родной!..&lt;br /&gt;</w:t>
        <w:br/>
        <w:t>Он снова чистый ангел рая&lt;br /&gt;</w:t>
        <w:br/>
        <w:t>И на земле он всем чужой.&lt;br /&gt;</w:t>
        <w:br/>
        <w:t>Взглянул на небо: — О, как ясно,&lt;br /&gt;</w:t>
        <w:br/>
        <w:t>Как упоительно-прекрасно!&lt;br /&gt;</w:t>
        <w:br/>
        <w:t>О, как там вольно будет мне!..&lt;br /&gt;</w:t>
        <w:br/>
        <w:t>И очи в чудном полусне&lt;br /&gt;</w:t>
        <w:br/>
        <w:t>На свод небесный устремляет&lt;br /&gt;</w:t>
        <w:br/>
        <w:t>И в беспредельной глубине&lt;br /&gt;</w:t>
        <w:br/>
        <w:t>Душой невинной утопает.&lt;br /&gt;</w:t>
        <w:br/>
        <w:t>По высоте святой, широкой,&lt;br /&gt;</w:t>
        <w:br/>
        <w:t>Платочком белым, одинока,&lt;br /&gt;</w:t>
        <w:br/>
        <w:t>Прозрачна тучка в даль плывет.&lt;br /&gt;</w:t>
        <w:br/>
        <w:t>— Ах, тучка, тучка, кто несет&lt;br /&gt;</w:t>
        <w:br/>
        <w:t>Тебя так плавно, .так высоко?&lt;br /&gt;</w:t>
        <w:br/>
        <w:t>Ты что такое? И зачем&lt;br /&gt;</w:t>
        <w:br/>
        <w:t>Так пышно, мило нарядилась?&lt;br /&gt;</w:t>
        <w:br/>
        <w:t>Куда ты послана и кем?..&lt;br /&gt;</w:t>
        <w:br/>
        <w:t>И тучка тихо растопилась&lt;br /&gt;</w:t>
        <w:br/>
        <w:t>На небе светлом. Взор унылый&lt;br /&gt;</w:t>
        <w:br/>
        <w:t>Он опустил на темный лес...&lt;br /&gt;</w:t>
        <w:br/>
        <w:t>— А где край света, край небес,&lt;br /&gt;</w:t>
        <w:br/>
        <w:t>Концы земли?.. — И вздох глубокий,&lt;br /&gt;</w:t>
        <w:br/>
        <w:t>Недетский вздох, он испустил;&lt;br /&gt;</w:t>
        <w:br/>
        <w:t>Как будто в сердце одиноком&lt;br /&gt;</w:t>
        <w:br/>
        <w:t>Надежду он похоронил.</w:t>
      </w:r>
    </w:p>
    <w:p>
      <w:r>
        <w:br/>
        <w:t>В ком веры нет — надежды нет!&lt;br /&gt;</w:t>
        <w:br/>
        <w:t>Надежда — бог, а вера — свет.</w:t>
      </w:r>
    </w:p>
    <w:p>
      <w:r>
        <w:br/>
        <w:t>— Не погасай, мое светило!&lt;br /&gt;</w:t>
        <w:br/>
        <w:t>Туман душевный разгоняй,&lt;br /&gt;</w:t>
        <w:br/>
        <w:t>Живи меня твоею силой&lt;br /&gt;</w:t>
        <w:br/>
        <w:t>И путь тернистый, путь унылый&lt;br /&gt;</w:t>
        <w:br/>
        <w:t>Небесным светом озаряй.&lt;br /&gt;</w:t>
        <w:br/>
        <w:t>Пошли на ум твою святыню,&lt;br /&gt;</w:t>
        <w:br/>
        <w:t>Святым наитием напой,&lt;br /&gt;</w:t>
        <w:br/>
        <w:t>Да провещаю благостыню,&lt;br /&gt;</w:t>
        <w:br/>
        <w:t>Что заповедана тобой!.. —</w:t>
      </w:r>
    </w:p>
    <w:p>
      <w:r>
        <w:br/>
        <w:t>Надежды он не схоронил,&lt;br /&gt;</w:t>
        <w:br/>
        <w:t>Воспрянул дух, как голубь горный,&lt;br /&gt;</w:t>
        <w:br/>
        <w:t>И мрак сердечный, мрак юдольный&lt;br /&gt;</w:t>
        <w:br/>
        <w:t>Небесным светом озарил;&lt;br /&gt;</w:t>
        <w:br/>
        <w:t>Пошел искать он жизни, доли,&lt;br /&gt;</w:t>
        <w:br/>
        <w:t>Уже прошел родное поле,&lt;br /&gt;</w:t>
        <w:br/>
        <w:t>Уже скрывалося село...&lt;br /&gt;</w:t>
        <w:br/>
        <w:t>Чего-то жаль внезапно стало,&lt;br /&gt;</w:t>
        <w:br/>
        <w:t>Слеза ресницы пробивала,&lt;br /&gt;</w:t>
        <w:br/>
        <w:t>Сжималось сердце и рвалось.&lt;br /&gt;</w:t>
        <w:br/>
        <w:t>Чего-то жаль нам в прошлом нашем,&lt;br /&gt;</w:t>
        <w:br/>
        <w:t>И что-то есть в земле родной...&lt;br /&gt;</w:t>
        <w:br/>
        <w:t>Но он, бедняк, он всем не свой,&lt;br /&gt;</w:t>
        <w:br/>
        <w:t>И тут и там. Планета наша,&lt;br /&gt;</w:t>
        <w:br/>
        <w:t>Прекрасный мир наш, рай земной,&lt;br /&gt;</w:t>
        <w:br/>
        <w:t>Во всех концах ему чужой.&lt;br /&gt;</w:t>
        <w:br/>
        <w:t>Припал он молча к персти милой&lt;br /&gt;</w:t>
        <w:br/>
        <w:t>И, как родную, лобызал,&lt;br /&gt;</w:t>
        <w:br/>
        <w:t>Рыдая, тихо и уныло&lt;br /&gt;</w:t>
        <w:br/>
        <w:t>На путь молитву прочитал...&lt;br /&gt;</w:t>
        <w:br/>
        <w:t>И твердой, вольною стопою&lt;br /&gt;</w:t>
        <w:br/>
        <w:t>Пошел... и скрылся за горою,&lt;br /&gt;</w:t>
        <w:br/>
        <w:t>За рубежом родной земли&lt;br /&gt;</w:t>
        <w:br/>
        <w:t>Скитаясь нищим, сиротою,&lt;br /&gt;</w:t>
        <w:br/>
        <w:t>Какие слезы не лились!&lt;br /&gt;</w:t>
        <w:br/>
        <w:t>Какой ужасною ценою&lt;br /&gt;</w:t>
        <w:br/>
        <w:t>Уму познания купил&lt;br /&gt;</w:t>
        <w:br/>
        <w:t>И девство сердца сохранил!</w:t>
      </w:r>
    </w:p>
    <w:p>
      <w:r>
        <w:br/>
        <w:t>Без малодушной укоризны&lt;br /&gt;</w:t>
        <w:br/>
        <w:t>Пройти мытарства трудной жизни,&lt;br /&gt;</w:t>
        <w:br/>
        <w:t>Измерить пропасти страстей,&lt;br /&gt;</w:t>
        <w:br/>
        <w:t>Понять на деле жизнь людей,&lt;br /&gt;</w:t>
        <w:br/>
        <w:t>Прочесть все черные страницы,&lt;br /&gt;</w:t>
        <w:br/>
        <w:t>Все беззаконные дела...&lt;br /&gt;</w:t>
        <w:br/>
        <w:t>И сохранить полет орла&lt;br /&gt;</w:t>
        <w:br/>
        <w:t>И сердце чистой голубицы!&lt;br /&gt;</w:t>
        <w:br/>
        <w:t>Се человек!.. Без крова жить —&lt;br /&gt;</w:t>
        <w:br/>
        <w:t>(Сирот и солнышко не греет),&lt;br /&gt;</w:t>
        <w:br/>
        <w:t>Людей изведать — и любить!&lt;br /&gt;</w:t>
        <w:br/>
        <w:t>Незлобным сердцем сожалея&lt;br /&gt;</w:t>
        <w:br/>
        <w:t>О недостойных их делах&lt;br /&gt;</w:t>
        <w:br/>
        <w:t>И не кощунствуя впотьмах,&lt;br /&gt;</w:t>
        <w:br/>
        <w:t>Как царь ума. Убогим, нищим,&lt;br /&gt;</w:t>
        <w:br/>
        <w:t>Из-за куска насущной пищи&lt;br /&gt;</w:t>
        <w:br/>
        <w:t>Глупцу могучему годить,&lt;br /&gt;</w:t>
        <w:br/>
        <w:t>И мыслить, чувствовать и жить!..&lt;br /&gt;</w:t>
        <w:br/>
        <w:t>Вот драма страшная, святая!..&lt;br /&gt;</w:t>
        <w:br/>
        <w:t>И он прошел ее, рыдая,&lt;br /&gt;</w:t>
        <w:br/>
        <w:t>Ее он строго разыграл&lt;br /&gt;</w:t>
        <w:br/>
        <w:t>Без слова; он не толковал&lt;br /&gt;</w:t>
        <w:br/>
        <w:t>Своих вседневных приключений,&lt;br /&gt;</w:t>
        <w:br/>
        <w:t>Как назидательный роман;&lt;br /&gt;</w:t>
        <w:br/>
        <w:t>Не раскрывал сердечных ран,&lt;br /&gt;</w:t>
        <w:br/>
        <w:t>И тьму различных сновидений,&lt;br /&gt;</w:t>
        <w:br/>
        <w:t>И байронический туман&lt;br /&gt;</w:t>
        <w:br/>
        <w:t>Он не пускал: толпой ничтожной&lt;br /&gt;</w:t>
        <w:br/>
        <w:t>Своих друзей не поносил;&lt;br /&gt;</w:t>
        <w:br/>
        <w:t>Чинов и власти не казнил,&lt;br /&gt;</w:t>
        <w:br/>
        <w:t>Как N., глашатай осторожный,&lt;br /&gt;</w:t>
        <w:br/>
        <w:t>И тот, кто мыслит без конца&lt;br /&gt;</w:t>
        <w:br/>
        <w:t>О мыслях Канта, Галилея,&lt;br /&gt;</w:t>
        <w:br/>
        <w:t>Космополита-мудреца,&lt;br /&gt;</w:t>
        <w:br/>
        <w:t>И судит люди, не жалея&lt;br /&gt;</w:t>
        <w:br/>
        <w:t>Родного брата и отца, —&lt;br /&gt;</w:t>
        <w:br/>
        <w:t>Тот лжепророк! Его сужденья —&lt;br /&gt;</w:t>
        <w:br/>
        <w:t>Полуидеи, полувздор!..</w:t>
      </w:r>
    </w:p>
    <w:p>
      <w:r>
        <w:br/>
        <w:t>Провидя жизни назначенье,&lt;br /&gt;</w:t>
        <w:br/>
        <w:t>Великий божий приговор,&lt;br /&gt;</w:t>
        <w:br/>
        <w:t>В самопытливом размышленья&lt;br /&gt;</w:t>
        <w:br/>
        <w:t>Он подымал слезящий взор&lt;br /&gt;</w:t>
        <w:br/>
        <w:t>На красоты святой природы.&lt;br /&gt;</w:t>
        <w:br/>
        <w:t>— Как все согласно! — он шептал&lt;br /&gt;</w:t>
        <w:br/>
        <w:t>И край родной воспоминал;&lt;br /&gt;</w:t>
        <w:br/>
        <w:t>У бога правды и свободы&lt;br /&gt;</w:t>
        <w:br/>
        <w:t>Всему живущему молил,&lt;br /&gt;</w:t>
        <w:br/>
        <w:t>И кроткой мыслию следил&lt;br /&gt;</w:t>
        <w:br/>
        <w:t>Дела минувшие народов,&lt;br /&gt;</w:t>
        <w:br/>
        <w:t>Дела страны своей родной,&lt;br /&gt;</w:t>
        <w:br/>
        <w:t>И горько плакал... — О святая!&lt;br /&gt;</w:t>
        <w:br/>
        <w:t>Святая родина моя!&lt;br /&gt;</w:t>
        <w:br/>
        <w:t>Чем помогу тебе, рыдая?&lt;br /&gt;</w:t>
        <w:br/>
        <w:t>И ты закована, и я.&lt;br /&gt;</w:t>
        <w:br/>
        <w:t>Великим словом божью волю&lt;br /&gt;</w:t>
        <w:br/>
        <w:t>Сказать тиранам — не поймут!&lt;br /&gt;</w:t>
        <w:br/>
        <w:t>И на родном прекрасном поле&lt;br /&gt;</w:t>
        <w:br/>
        <w:t>Пророка каменьем побьют!&lt;br /&gt;</w:t>
        <w:br/>
        <w:t>Сотрут высокие могилы&lt;br /&gt;</w:t>
        <w:br/>
        <w:t>И понесут их словом зла!&lt;br /&gt;</w:t>
        <w:br/>
        <w:t>Тебя убили, раздавили;&lt;br /&gt;</w:t>
        <w:br/>
        <w:t>И славословить запретили&lt;br /&gt;</w:t>
        <w:br/>
        <w:t>Твои великие дела!&lt;br /&gt;</w:t>
        <w:br/>
        <w:t>О боже, сильный и правдивый!&lt;br /&gt;</w:t>
        <w:br/>
        <w:t>Тебе возможны чудеса,&lt;br /&gt;</w:t>
        <w:br/>
        <w:t>Исполни славой небеса&lt;br /&gt;</w:t>
        <w:br/>
        <w:t>И сотвори святое диво!&lt;br /&gt;</w:t>
        <w:br/>
        <w:t>Воскреснуть мертвым повели,&lt;br /&gt;</w:t>
        <w:br/>
        <w:t>Благослови всесильным словом&lt;br /&gt;</w:t>
        <w:br/>
        <w:t>На подвиг новый и суровый,&lt;br /&gt;</w:t>
        <w:br/>
        <w:t>На искупление земли!&lt;br /&gt;</w:t>
        <w:br/>
        <w:t>Земли поруганной, забытой,&lt;br /&gt;</w:t>
        <w:br/>
        <w:t>Чистейшей кровию политой,&lt;br /&gt;</w:t>
        <w:br/>
        <w:t>Когда-то счастливой земли! —&lt;br /&gt;</w:t>
        <w:br/>
        <w:t>Как тучи, мысли расходились,&lt;br /&gt;</w:t>
        <w:br/>
        <w:t>И слезы капали, как дождь!..</w:t>
      </w:r>
    </w:p>
    <w:p>
      <w:r>
        <w:br/>
        <w:t>Блажен тот на свете, кто малую долю,&lt;br /&gt;</w:t>
        <w:br/>
        <w:t>Кроху от трапезы волен уделить&lt;br /&gt;</w:t>
        <w:br/>
        <w:t>Голодному брату и злобного волю&lt;br /&gt;</w:t>
        <w:br/>
        <w:t>Хоть властью суровой возмог укротить! —&lt;br /&gt;</w:t>
        <w:br/>
        <w:t>Блажен и свободен!.. Но тот, кто не оком,&lt;br /&gt;</w:t>
        <w:br/>
        <w:t>А смотрит душою на козни людей&lt;br /&gt;</w:t>
        <w:br/>
        <w:t>И может лишь плакать в тоске одинокой —&lt;br /&gt;</w:t>
        <w:br/>
        <w:t>О боже правдивый, лиши ты очей!..</w:t>
      </w:r>
    </w:p>
    <w:p>
      <w:r>
        <w:br/>
        <w:t>Твои горы, твое море,&lt;br /&gt;</w:t>
        <w:br/>
        <w:t>Все красы природы&lt;br /&gt;</w:t>
        <w:br/>
        <w:t>Не искупят его горя,&lt;br /&gt;</w:t>
        <w:br/>
        <w:t>Не дадут свободы.&lt;br /&gt;</w:t>
        <w:br/>
        <w:t>И он, страдалец жизни краткой,&lt;br /&gt;</w:t>
        <w:br/>
        <w:t>Все видел, чувствовал и жил,&lt;br /&gt;</w:t>
        <w:br/>
        <w:t>Людей, изведавши, любил&lt;br /&gt;</w:t>
        <w:br/>
        <w:t>И тосковал о них украдкой.&lt;br /&gt;</w:t>
        <w:br/>
        <w:t>Его и люди полюбили, * (Как цветок, процвевший на их болоте. (Прим. Шевченка).&lt;br /&gt;</w:t>
        <w:br/>
        <w:t>И он их братиями звал;&lt;br /&gt;</w:t>
        <w:br/>
        <w:t>Нашел друзей и тайной силой&lt;br /&gt;</w:t>
        <w:br/>
        <w:t>К себе друзей причаровал.&lt;br /&gt;</w:t>
        <w:br/>
        <w:t>Между друзьями молодыми,&lt;br /&gt;</w:t>
        <w:br/>
        <w:t>Порой задумчивый... порой&lt;br /&gt;</w:t>
        <w:br/>
        <w:t>Как волхв, вещатель молодой,&lt;br /&gt;</w:t>
        <w:br/>
        <w:t>Речами звучными, живыми&lt;br /&gt;</w:t>
        <w:br/>
        <w:t>Друзей внезапно изумлял;&lt;br /&gt;</w:t>
        <w:br/>
        <w:t>И силу дружбы между ними,&lt;br /&gt;</w:t>
        <w:br/>
        <w:t>Благословляя, укреплял.&lt;br /&gt;</w:t>
        <w:br/>
        <w:t>Он говорил, что обще благо&lt;br /&gt;</w:t>
        <w:br/>
        <w:t>Должно любовию купить;&lt;br /&gt;</w:t>
        <w:br/>
        <w:t>И с благородною отвагой&lt;br /&gt;</w:t>
        <w:br/>
        <w:t>Стать за народ и зло казнить.&lt;br /&gt;</w:t>
        <w:br/>
        <w:t>Он говорил, что праздник жизни,&lt;br /&gt;</w:t>
        <w:br/>
        <w:t>Великий праздник, божий дар,&lt;br /&gt;</w:t>
        <w:br/>
        <w:t>Должно пожертвовать отчизне,&lt;br /&gt;</w:t>
        <w:br/>
        <w:t>Должно поставить под удар.&lt;br /&gt;</w:t>
        <w:br/>
        <w:t>Он говорил о страсти нежной,&lt;br /&gt;</w:t>
        <w:br/>
        <w:t>Он тихо, грустно говорил —&lt;br /&gt;</w:t>
        <w:br/>
        <w:t>И умолкал!.. В тоске мятежной&lt;br /&gt;</w:t>
        <w:br/>
        <w:t>Из-за стола он выходил&lt;br /&gt;</w:t>
        <w:br/>
        <w:t>И горько плакал. Грусти тайной,&lt;br /&gt;</w:t>
        <w:br/>
        <w:t>Тоски глубокой, не случайной&lt;br /&gt;</w:t>
        <w:br/>
        <w:t>Ни с кем страдалец не делил.&lt;br /&gt;</w:t>
        <w:br/>
        <w:t>Друзья любили всей душою&lt;br /&gt;</w:t>
        <w:br/>
        <w:t>Его, как кровного; но он&lt;br /&gt;</w:t>
        <w:br/>
        <w:t>Непостижимою тоскою&lt;br /&gt;</w:t>
        <w:br/>
        <w:t>Был постоянно удручен,&lt;br /&gt;</w:t>
        <w:br/>
        <w:t>И между ними вольной речью&lt;br /&gt;</w:t>
        <w:br/>
        <w:t>Он пламенел. Но меж гостей,&lt;br /&gt;</w:t>
        <w:br/>
        <w:t>Когда при тысяче огней&lt;br /&gt;</w:t>
        <w:br/>
        <w:t>Мелькали мраморные плечи,&lt;br /&gt;</w:t>
        <w:br/>
        <w:t>О чем-то тяжко он вздыхал&lt;br /&gt;</w:t>
        <w:br/>
        <w:t>И думой мрачною летал&lt;br /&gt;</w:t>
        <w:br/>
        <w:t>В стране родной, в стране прекрасной,&lt;br /&gt;</w:t>
        <w:br/>
        <w:t>Там, где никто его не ждал,&lt;br /&gt;</w:t>
        <w:br/>
        <w:t>Никто об нем не вспоминал,&lt;br /&gt;</w:t>
        <w:br/>
        <w:t>Ни о судьбе его неясной.&lt;br /&gt;</w:t>
        <w:br/>
        <w:t>И думал он: — Зачем я тут?&lt;br /&gt;</w:t>
        <w:br/>
        <w:t>И что мне делать между ними?&lt;br /&gt;</w:t>
        <w:br/>
        <w:t>Они все пляшут и поют,&lt;br /&gt;</w:t>
        <w:br/>
        <w:t>Они родня между родными,&lt;br /&gt;</w:t>
        <w:br/>
        <w:t>Они все равны меж собой;&lt;br /&gt;</w:t>
        <w:br/>
        <w:t>А я!.. — И тихо он выходит,&lt;br /&gt;</w:t>
        <w:br/>
        <w:t>Идет, задумавшись, домой;&lt;br /&gt;</w:t>
        <w:br/>
        <w:t>Никто из дому не выходит&lt;br /&gt;</w:t>
        <w:br/>
        <w:t>Его встречать; никто не ждет,&lt;br /&gt;</w:t>
        <w:br/>
        <w:t>Везде один... тоска, томленье!..&lt;br /&gt;</w:t>
        <w:br/>
        <w:t>И светлый праздник воскресенья&lt;br /&gt;</w:t>
        <w:br/>
        <w:t>Тоску сторичную несет.</w:t>
      </w:r>
    </w:p>
    <w:p>
      <w:r>
        <w:br/>
        <w:t>И вянет он, вянет, как в поле былина,&lt;br /&gt;</w:t>
        <w:br/>
        <w:t>Тоскою томимый в чужой стороне;&lt;br /&gt;</w:t>
        <w:br/>
        <w:t>И вянет он молча... Какая кручина&lt;br /&gt;</w:t>
        <w:br/>
        <w:t>Запала в сердечной его глубине?&lt;br /&gt;</w:t>
        <w:br/>
        <w:t>— О горе мне, горе! Зачем я покинул&lt;br /&gt;</w:t>
        <w:br/>
        <w:t>Невинности счастье, родную страну?&lt;br /&gt;</w:t>
        <w:br/>
        <w:t>Зачем я скитался, чего я достигнул?&lt;br /&gt;</w:t>
        <w:br/>
        <w:t>Утехи познаний?.. Кляну их, кляну!&lt;br /&gt;</w:t>
        <w:br/>
        <w:t>Они-то мне, черви, мой ум источили,&lt;br /&gt;</w:t>
        <w:br/>
        <w:t>С моим тихим счастьем они разлучили!&lt;br /&gt;</w:t>
        <w:br/>
        <w:t>Кому я тоску и любовь расскажу?&lt;br /&gt;</w:t>
        <w:br/>
        <w:t>Кому сердца раны в слезах покажу?&lt;br /&gt;</w:t>
        <w:br/>
        <w:t>Здесь нету мне пары, я нищий меж ними,&lt;br /&gt;</w:t>
        <w:br/>
        <w:t>Я бедный поденщик, работник простой;&lt;br /&gt;</w:t>
        <w:br/>
        <w:t>Что дам я подруге моими мечтами?&lt;br /&gt;</w:t>
        <w:br/>
        <w:t>Любовь... Ах, любови, Любови одной!&lt;br /&gt;</w:t>
        <w:br/>
        <w:t>С нее на три века, на вечность бы стало!&lt;br /&gt;</w:t>
        <w:br/>
        <w:t>В своих бы объятьях ее растопил!&lt;br /&gt;</w:t>
        <w:br/>
        <w:t>О как бы я нежно, как нежно любил! —&lt;br /&gt;</w:t>
        <w:br/>
        <w:t>И крупные слезы, как искры, низались,&lt;br /&gt;</w:t>
        <w:br/>
        <w:t>И бледные щеки и слабую грудь&lt;br /&gt;</w:t>
        <w:br/>
        <w:t>Росили, и сохли. — О дайте вздохнуть,&lt;br /&gt;</w:t>
        <w:br/>
        <w:t>Разбейте мене череп и грудь разорвите, —&lt;br /&gt;</w:t>
        <w:br/>
        <w:t>Там черви, там змеи, — на волю пустите!&lt;br /&gt;</w:t>
        <w:br/>
        <w:t>О дайте мне тихо, навеки заснуть! —</w:t>
      </w:r>
    </w:p>
    <w:p>
      <w:r>
        <w:br/>
        <w:t>Страдал несчастный сирота&lt;br /&gt;</w:t>
        <w:br/>
        <w:t>Вдали от родины счастливой&lt;br /&gt;</w:t>
        <w:br/>
        <w:t>И ждал конца нетерпеливо.&lt;br /&gt;</w:t>
        <w:br/>
        <w:t>Его любимая мечта —&lt;br /&gt;</w:t>
        <w:br/>
        <w:t>Полезным быть родному краю, —&lt;br /&gt;</w:t>
        <w:br/>
        <w:t>Как цвет, с ним вместе увядает!&lt;br /&gt;</w:t>
        <w:br/>
        <w:t>Страдал он. Жизни пустота&lt;br /&gt;</w:t>
        <w:br/>
        <w:t>Пред ним могилой раскрывалась:&lt;br /&gt;</w:t>
        <w:br/>
        <w:t>Приязни братской было мало,&lt;br /&gt;</w:t>
        <w:br/>
        <w:t>Не грела теплота друзей:&lt;br /&gt;</w:t>
        <w:br/>
        <w:t>Небесных солнечных лучей&lt;br /&gt;</w:t>
        <w:br/>
        <w:t>Душа парящая алкала.&lt;br /&gt;</w:t>
        <w:br/>
        <w:t>Огня любви, что бог зажег&lt;br /&gt;</w:t>
        <w:br/>
        <w:t>В стыдливом сердце голубином&lt;br /&gt;</w:t>
        <w:br/>
        <w:t>Невинной женщины, где б мог&lt;br /&gt;</w:t>
        <w:br/>
        <w:t>Полет превыспренный, орлиный&lt;br /&gt;</w:t>
        <w:br/>
        <w:t>Остановить и съединить&lt;br /&gt;</w:t>
        <w:br/>
        <w:t>Пожар любви, любви невинной;&lt;br /&gt;</w:t>
        <w:br/>
        <w:t>Кого бы мог он приютить&lt;br /&gt;</w:t>
        <w:br/>
        <w:t>В светлице сердца и рассудка,&lt;br /&gt;</w:t>
        <w:br/>
        <w:t>Как беззащитную голубку&lt;br /&gt;</w:t>
        <w:br/>
        <w:t>От жизни горестей укрыть;&lt;br /&gt;</w:t>
        <w:br/>
        <w:t>И к персям юным, изнывая,&lt;br /&gt;</w:t>
        <w:br/>
        <w:t>Главой усталою прильнуть;&lt;br /&gt;</w:t>
        <w:br/>
        <w:t>И цепенея и рыдая,&lt;br /&gt;</w:t>
        <w:br/>
        <w:t>На лоне жизни, лоне рая&lt;br /&gt;</w:t>
        <w:br/>
        <w:t>Хотя минуту отдохнуть.&lt;br /&gt;</w:t>
        <w:br/>
        <w:t>В ее очах, в ее томленьи&lt;br /&gt;</w:t>
        <w:br/>
        <w:t>И ум и душу утопить,&lt;br /&gt;</w:t>
        <w:br/>
        <w:t>И сердце в сердце растопить,&lt;br /&gt;</w:t>
        <w:br/>
        <w:t>И утонуть в самозабвеньи.</w:t>
      </w:r>
    </w:p>
    <w:p>
      <w:r>
        <w:br/>
        <w:t>Но было некого любить;&lt;br /&gt;</w:t>
        <w:br/>
        <w:t>Сочетаваться не с кем было;&lt;br /&gt;</w:t>
        <w:br/>
        <w:t>А сердце плакало, и ныло,&lt;br /&gt;</w:t>
        <w:br/>
        <w:t>И замирало в пустоте.&lt;br /&gt;</w:t>
        <w:br/>
        <w:t>Его тоскующей мечте&lt;br /&gt;</w:t>
        <w:br/>
        <w:t>В грядущем что-то открывалось,&lt;br /&gt;</w:t>
        <w:br/>
        <w:t>И в беспредельной высоте&lt;br /&gt;</w:t>
        <w:br/>
        <w:t>Святое небо улыбалось.&lt;br /&gt;</w:t>
        <w:br/>
        <w:t>Как воску ярого свеча,&lt;br /&gt;</w:t>
        <w:br/>
        <w:t>Он таял тихо, молчаливо,&lt;br /&gt;</w:t>
        <w:br/>
        <w:t>И на задумчивых очах&lt;br /&gt;</w:t>
        <w:br/>
        <w:t>Туман ложился. Взор стыдливый&lt;br /&gt;</w:t>
        <w:br/>
        <w:t>На нем красавица порой&lt;br /&gt;</w:t>
        <w:br/>
        <w:t>Покоя, тайно волновалась,&lt;br /&gt;</w:t>
        <w:br/>
        <w:t>И симпатической красой&lt;br /&gt;</w:t>
        <w:br/>
        <w:t>Украдкой долго любовалась.&lt;br /&gt;</w:t>
        <w:br/>
        <w:t>И может, многие грустили&lt;br /&gt;</w:t>
        <w:br/>
        <w:t>Сердца девичие о нем,&lt;br /&gt;</w:t>
        <w:br/>
        <w:t>Но тайной волей, высшей силой&lt;br /&gt;</w:t>
        <w:br/>
        <w:t>Путь одинокий до могилы&lt;br /&gt;</w:t>
        <w:br/>
        <w:t>На камнях острых проведен.&lt;br /&gt;</w:t>
        <w:br/>
        <w:t>Изнемогал он, грудь болела,&lt;br /&gt;</w:t>
        <w:br/>
        <w:t>Темнели очи, за крестом&lt;br /&gt;</w:t>
        <w:br/>
        <w:t>Граница вечности чернела&lt;br /&gt;</w:t>
        <w:br/>
        <w:t>В пространстве мрачном и пустом.&lt;br /&gt;</w:t>
        <w:br/>
        <w:t>Уже в постеле предмогильной&lt;br /&gt;</w:t>
        <w:br/>
        <w:t>Лежит он тих, и — гаснет свет.&lt;br /&gt;</w:t>
        <w:br/>
        <w:t>Друзей тоскующий совет&lt;br /&gt;</w:t>
        <w:br/>
        <w:t>Тревожит дух его бессильный.&lt;br /&gt;</w:t>
        <w:br/>
        <w:t>Поочередно ночевали&lt;br /&gt;</w:t>
        <w:br/>
        <w:t>У друга верные друзья;&lt;br /&gt;</w:t>
        <w:br/>
        <w:t>И всякий вечер собиралась&lt;br /&gt;</w:t>
        <w:br/>
        <w:t>Его прекрасная семья.&lt;br /&gt;</w:t>
        <w:br/>
        <w:t>В последний вечер собралися&lt;br /&gt;</w:t>
        <w:br/>
        <w:t>Вокруг предсмертного одра&lt;br /&gt;</w:t>
        <w:br/>
        <w:t>И просидели до утра.&lt;br /&gt;</w:t>
        <w:br/>
        <w:t>Уже рассвет смыкал ресницы,&lt;br /&gt;</w:t>
        <w:br/>
        <w:t>Друзей унылых сон клонил,&lt;br /&gt;</w:t>
        <w:br/>
        <w:t>И он внезапно оживил&lt;br /&gt;</w:t>
        <w:br/>
        <w:t>Их грустный сон огнем бывалым&lt;br /&gt;</w:t>
        <w:br/>
        <w:t>Последних пламенных речей;&lt;br /&gt;</w:t>
        <w:br/>
        <w:t>И други друга утешали,&lt;br /&gt;</w:t>
        <w:br/>
        <w:t>Что через семь иль восемь дней&lt;br /&gt;</w:t>
        <w:br/>
        <w:t>Он будет петь между друзей.&lt;br /&gt;</w:t>
        <w:br/>
        <w:t>— Не пропою вам песни новой&lt;br /&gt;</w:t>
        <w:br/>
        <w:t>О славе родины моей.&lt;br /&gt;</w:t>
        <w:br/>
        <w:t>Сложите вы псалом суровый&lt;br /&gt;</w:t>
        <w:br/>
        <w:t>Про сонм народных палачей;&lt;br /&gt;</w:t>
        <w:br/>
        <w:t>И вольным гимном помяните&lt;br /&gt;</w:t>
        <w:br/>
        <w:t>Предтечу, друга своего.&lt;br /&gt;</w:t>
        <w:br/>
        <w:t>И за грехи... грехи его&lt;br /&gt;</w:t>
        <w:br/>
        <w:t>Усердно богу помолитесь...&lt;br /&gt;</w:t>
        <w:br/>
        <w:t>И "со святыми упокой"&lt;br /&gt;</w:t>
        <w:br/>
        <w:t>Пропойте, други, надо мной! —</w:t>
      </w:r>
    </w:p>
    <w:p>
      <w:r>
        <w:br/>
        <w:t>Друзья вокруг его стояли,&lt;br /&gt;</w:t>
        <w:br/>
        <w:t>Он отходил, они рыдали,&lt;br /&gt;</w:t>
        <w:br/>
        <w:t>Как дети... Тихо он вздыхал,&lt;br /&gt;</w:t>
        <w:br/>
        <w:t>Вздохнул, вздохнул... Его не стало!&lt;br /&gt;</w:t>
        <w:br/>
        <w:t>И мир пророка потерял,&lt;br /&gt;</w:t>
        <w:br/>
        <w:t>И слава сына потеряла.</w:t>
      </w:r>
    </w:p>
    <w:p>
      <w:r>
        <w:br/>
        <w:t>Печально други понесли&lt;br /&gt;</w:t>
        <w:br/>
        <w:t>На утро в церковь гроб дубовый,&lt;br /&gt;</w:t>
        <w:br/>
        <w:t>Рыдая, предали земли&lt;br /&gt;</w:t>
        <w:br/>
        <w:t>Остатки друга: и лавровый&lt;br /&gt;</w:t>
        <w:br/>
        <w:t>Венок зеленый, молодой&lt;br /&gt;</w:t>
        <w:br/>
        <w:t>Слезами дружбы оросили&lt;br /&gt;</w:t>
        <w:br/>
        <w:t>И на могиле положили;&lt;br /&gt;</w:t>
        <w:br/>
        <w:t>И "со святыми упокой"&lt;br /&gt;</w:t>
        <w:br/>
        <w:t>Запели тихо и уныло.</w:t>
      </w:r>
    </w:p>
    <w:p>
      <w:r>
        <w:br/>
        <w:t>В трактире за круглым, за братским столом&lt;br /&gt;</w:t>
        <w:br/>
        <w:t>Уж под вечер други сидели кругом;&lt;br /&gt;</w:t>
        <w:br/>
        <w:t>Печально и тихо двенадцать сидело:&lt;br /&gt;</w:t>
        <w:br/>
        <w:t>Их сердце одною тоскою болело.&lt;br /&gt;</w:t>
        <w:br/>
        <w:t>Печальная тризна, печальны друзья!..&lt;br /&gt;</w:t>
        <w:br/>
        <w:t>Ах, тризну такую отправил и я.</w:t>
      </w:r>
    </w:p>
    <w:p>
      <w:r>
        <w:br/>
        <w:t>Согласьем общим положили,&lt;br /&gt;</w:t>
        <w:br/>
        <w:t>Чтоб каждый год был стол накрыт&lt;br /&gt;</w:t>
        <w:br/>
        <w:t>В день смерти друга; чтоб забыт&lt;br /&gt;</w:t>
        <w:br/>
        <w:t>Не мог быть друг их за могилой;&lt;br /&gt;</w:t>
        <w:br/>
        <w:t>И всякой год они сходились&lt;br /&gt;</w:t>
        <w:br/>
        <w:t>В день смерти друга поминать.</w:t>
      </w:r>
    </w:p>
    <w:p>
      <w:r>
        <w:br/>
        <w:t>Уж многих стало не видать;&lt;br /&gt;</w:t>
        <w:br/>
        <w:t>Приборы каждый год пустели,&lt;br /&gt;</w:t>
        <w:br/>
        <w:t>Друзья все больше сиротели —&lt;br /&gt;</w:t>
        <w:br/>
        <w:t>И вот, один уж, сколько лет&lt;br /&gt;</w:t>
        <w:br/>
        <w:t>К пустым приборам на обед&lt;br /&gt;</w:t>
        <w:br/>
        <w:t>Старик печальный приезжает;&lt;br /&gt;</w:t>
        <w:br/>
        <w:t>Печаль и радость юных лет&lt;br /&gt;</w:t>
        <w:br/>
        <w:t>Один, грустя, воспоминает.&lt;br /&gt;</w:t>
        <w:br/>
        <w:t>Сидит он долго, мрачен, тих,&lt;br /&gt;</w:t>
        <w:br/>
        <w:t>И поджидает: — Нет ли брата&lt;br /&gt;</w:t>
        <w:br/>
        <w:t>Хоть одного еще в живых? —&lt;br /&gt;</w:t>
        <w:br/>
        <w:t>И одинокий в путь обратный&lt;br /&gt;</w:t>
        <w:br/>
        <w:t>Идет он молча... И теперь,&lt;br /&gt;</w:t>
        <w:br/>
        <w:t>Где круглый стол стоит накрытый,&lt;br /&gt;</w:t>
        <w:br/>
        <w:t>Тихонько отворилась дверь,&lt;br /&gt;</w:t>
        <w:br/>
        <w:t>И брат, что. временем забытый,&lt;br /&gt;</w:t>
        <w:br/>
        <w:t>Вошел согбенный!.. Грустно он&lt;br /&gt;</w:t>
        <w:br/>
        <w:t>Окинул стол потухшим взором.&lt;br /&gt;</w:t>
        <w:br/>
        <w:t>И молвил с дружеским укором:&lt;br /&gt;</w:t>
        <w:br/>
        <w:t>— Лентяи! видишь, как закон&lt;br /&gt;</w:t>
        <w:br/>
        <w:t>Священный братский исполняют!&lt;br /&gt;</w:t>
        <w:br/>
        <w:t>Вот и сегодня не пришли,&lt;br /&gt;</w:t>
        <w:br/>
        <w:t>Как будто за море ушли! —&lt;br /&gt;</w:t>
        <w:br/>
        <w:t>И слезы молча утирает,&lt;br /&gt;</w:t>
        <w:br/>
        <w:t>Садясь за братский круглый стол.&lt;br /&gt;</w:t>
        <w:br/>
        <w:t>— Хоть бы один тебе пришел!&lt;br /&gt;</w:t>
        <w:br/>
        <w:t>Старик сидит и поджидает...</w:t>
      </w:r>
    </w:p>
    <w:p>
      <w:r>
        <w:br/>
        <w:t>Проходит час, прошел другой,&lt;br /&gt;</w:t>
        <w:br/>
        <w:t>Уж старику пора домой.&lt;br /&gt;</w:t>
        <w:br/>
        <w:t>Старик встает: — Да, изменили!&lt;br /&gt;</w:t>
        <w:br/>
        <w:t>Послушай, выпей, брат, вино, —&lt;br /&gt;</w:t>
        <w:br/>
        <w:t>Сказал слуге он, — все равно,.&lt;br /&gt;</w:t>
        <w:br/>
        <w:t>Я не могу; прошло что было, —&lt;br /&gt;</w:t>
        <w:br/>
        <w:t>Да поминай за упокой;&lt;br /&gt;</w:t>
        <w:br/>
        <w:t>А мне пора уже — домой! —&lt;br /&gt;</w:t>
        <w:br/>
        <w:t>И слезы снова покатились.&lt;br /&gt;</w:t>
        <w:br/>
        <w:t>Слуга вино, дивяся, выпил.&lt;br /&gt;</w:t>
        <w:br/>
        <w:t>— Дай шляпу мне... какая лень&lt;br /&gt;</w:t>
        <w:br/>
        <w:t>Итти домой!.. — и тихо вышел.</w:t>
      </w:r>
    </w:p>
    <w:p>
      <w:r>
        <w:br/>
        <w:t>И через год в урочный день&lt;br /&gt;</w:t>
        <w:br/>
        <w:t>Двенадцать приборов на круглом столе,-&lt;br /&gt;</w:t>
        <w:br/>
        <w:t>Двенадцать бокалов высоких стоят,&lt;br /&gt;</w:t>
        <w:br/>
        <w:t>И день уж проходит,&lt;br /&gt;</w:t>
        <w:br/>
        <w:t>Никто не приходит,&lt;br /&gt;</w:t>
        <w:br/>
        <w:t>Навеки, навеки забыты они.</w:t>
      </w:r>
    </w:p>
    <w:p>
      <w:r>
        <w:br/>
        <w:t>[Яготин 1843]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Тризна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