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Тривоги автора і видавника</w:t>
      </w:r>
    </w:p>
    <w:p>
      <w:r>
        <w:br/>
        <w:t xml:space="preserve"> &lt;p&gt;ТРИВОГА АВТОРА І ВИДАВНИКА (З натури)</w:t>
      </w:r>
    </w:p>
    <w:p>
      <w:r>
        <w:br/>
        <w:t>Раз якось навесні увечері письменник немолодого вже віку Ігнак Кривунда сидів біля свого робочого столу і, підперши голову назлоги, дивився через відчинене вікно в сад. Прекрасний вечір майський віяв своїм теплим, спокійним ласкавим духом. Повновидий срібний місяць стояв саме проти вікна, буцім спинився навмисне, щоб зазирнути в душу до Кривунди та подивитися, чи глибокі там рани, заподіяні цензурним ножем. Небесна блакить горіла ясними зорями; з саду через вікно лилися в світличку пахощі молодої листви, свіжої трави і бузку.</w:t>
      </w:r>
    </w:p>
    <w:p>
      <w:r>
        <w:br/>
        <w:t>Якийсь час Кривунда сидів нерухомо, скинувши очі на небо і втягаючи в груди весняне повітря; аж ось заторохтів грім, з півночі насунулася хмара; забігала рожева блискавка і полив дощ. Кривунда зачинив швидше вікно; знати було, що переміна погоди не до смаку йому. Глянувши на годинник, він мовив:</w:t>
      </w:r>
    </w:p>
    <w:p>
      <w:r>
        <w:br/>
        <w:t>— Так воно і є, угадав: якраз вісім; недурно ж то я почуваю, що хочеться чаю, пора. Чом же отеє вона не подає самовару і де вона, ота капосна молодиця! Від самого обіду і очей не покаже, і що вона робить? Певне спить або на рундуці соняхи дзьобає; про мене їй що!., байдуже.</w:t>
      </w:r>
    </w:p>
    <w:p>
      <w:r>
        <w:br/>
        <w:t>З сім словом Кривунда притис електричну шпоньку; заголосив дзвоник, одначе минуло кілька хвилин, а ніхто не приходив.</w:t>
      </w:r>
    </w:p>
    <w:p>
      <w:r>
        <w:br/>
        <w:t>Кривунда починав сердиться; він придавив шпоньку вдруге і знов сів біля столу. Перегорнувши кілька сторін якоїсь книжки, він знов голову назлоги і говорив собі на думці:</w:t>
      </w:r>
    </w:p>
    <w:p>
      <w:r>
        <w:br/>
        <w:t>— Зледащіла, зовсім зледащіла Марина, чи з старості, чи з лінощів — не розберу, та про мене все одно, з якої причини; далі так не можна, треба взяти другу; знаю, що несолодко буде, заким нова призвичаїться до мене. Марина живе у мене 35 літ; шкода її, та й на неї ж жаль бере, нехтує вона мене; от і зараз: час би вже напитися чаю, а вона ще й посуди не приносила.</w:t>
      </w:r>
    </w:p>
    <w:p>
      <w:r>
        <w:br/>
        <w:t>На сьому слові рипнули двері. Кривунда був певен, що то прийшла Марина; не підводячи голови, він мовив спересердя:</w:t>
      </w:r>
    </w:p>
    <w:p>
      <w:r>
        <w:br/>
        <w:t>— Насилу дав біг силу! І де ти, вража бабо, пропадаєш, що ти робиш? За що ти мене голодом мориш?.. Жалю в тебе нема!.. Чиста деревина!.. Давай зараз самовар!</w:t>
      </w:r>
    </w:p>
    <w:p>
      <w:r>
        <w:br/>
        <w:t>— Гм!.. Се не Марина,— обізвався голос біля дверей. Кривунда повернув голову. Біля дверей стояв низькуватого зросту чоловік, білявий, верткий, віком літ ЗО, з рудою клину-ватою борідкою. Се був друкар і видавник українських книжечок Купер'ян Спориш.</w:t>
      </w:r>
    </w:p>
    <w:p>
      <w:r>
        <w:br/>
        <w:t>— Ба! Се ти, Купер'яне! — мовив Кривунда.— А я думав, що Марина. Добрий вечір тобі. Хто ж тобі двері одімкнув?</w:t>
      </w:r>
    </w:p>
    <w:p>
      <w:r>
        <w:br/>
        <w:t>— Ніхто, вони не зачинені стояли.</w:t>
      </w:r>
    </w:p>
    <w:p>
      <w:r>
        <w:br/>
        <w:t>Кривунда не всидів, зіскочив з свого дубового крісла і стривожено говорив:</w:t>
      </w:r>
    </w:p>
    <w:p>
      <w:r>
        <w:br/>
        <w:t>— Бач, бач!.. Так чи не капосна вона баба! Чисто все діє на глум мені та на лихо — двері кидає навстіж, а сама — пе-кольна душа — десь гайсає!</w:t>
      </w:r>
    </w:p>
    <w:p>
      <w:r>
        <w:br/>
        <w:t>— Та чого бо ти сердишся?</w:t>
      </w:r>
    </w:p>
    <w:p>
      <w:r>
        <w:br/>
        <w:t>— Як чого: торік якийсь ракло украв і пальто, і бриль, і ліску; так вона хоче, щоб і вдруге обікрали, так не можна! Прожену...</w:t>
      </w:r>
    </w:p>
    <w:p>
      <w:r>
        <w:br/>
        <w:t>— Кого се?</w:t>
      </w:r>
    </w:p>
    <w:p>
      <w:r>
        <w:br/>
        <w:t>— Марину.</w:t>
      </w:r>
    </w:p>
    <w:p>
      <w:r>
        <w:br/>
        <w:t>— Годі! Марини ти не проженеш, як ти будеш без неї?</w:t>
      </w:r>
    </w:p>
    <w:p>
      <w:r>
        <w:br/>
        <w:t>— Звісно, без неї несолодко, та й з нею не мед! Прожену її! Досі самевару не дає.</w:t>
      </w:r>
    </w:p>
    <w:p>
      <w:r>
        <w:br/>
        <w:t>Кривунда зкоз подзвонив; Марина не приходила.</w:t>
      </w:r>
    </w:p>
    <w:p>
      <w:r>
        <w:br/>
        <w:t>— Нема, не йде! Може в &gt;шинку, отак доживись: або без чаю сиди, або сам самовар станови... Піду.</w:t>
      </w:r>
    </w:p>
    <w:p>
      <w:r>
        <w:br/>
        <w:t>Кривунда хотів йти в пекарню, але Спориш спинив його, говорячи:</w:t>
      </w:r>
    </w:p>
    <w:p>
      <w:r>
        <w:br/>
        <w:t>— Тривай! Все одно, нічого не буде з того: Марини не найдеш, самовару не зумієш нагріти. Чекай. І Марина прийде, і самовар принесе, і чай будемо пити, а доки що вгадай, чого я під таку годину прийшов до тебе?</w:t>
      </w:r>
    </w:p>
    <w:p>
      <w:r>
        <w:br/>
        <w:t>— Ат!.. Я не вгадаю... Ноги принесли, того й прийшов... А от ти вгадай: чи пропустить цензура мої твори?</w:t>
      </w:r>
    </w:p>
    <w:p>
      <w:r>
        <w:br/>
        <w:t>— Се, я й не вгадуючи, скажу. Ось глянь сюди. Бачиш? Спориш підвів вгору руку, тримаючи чималий суверток</w:t>
      </w:r>
    </w:p>
    <w:p>
      <w:r>
        <w:br/>
        <w:t>паперу.</w:t>
      </w:r>
    </w:p>
    <w:p>
      <w:r>
        <w:br/>
        <w:t>— Вгадуй: що се?</w:t>
      </w:r>
    </w:p>
    <w:p>
      <w:r>
        <w:br/>
        <w:t>— Кажу: я не вгадько, мені чаю аж пробіг хочеться... Може мої твори?</w:t>
      </w:r>
    </w:p>
    <w:p>
      <w:r>
        <w:br/>
        <w:t>— Вони...</w:t>
      </w:r>
    </w:p>
    <w:p>
      <w:r>
        <w:br/>
        <w:t>— Невже?</w:t>
      </w:r>
    </w:p>
    <w:p>
      <w:r>
        <w:br/>
        <w:t>Спориш розгорнув суверток, ткнув пучкою в червону печатку і мовив:</w:t>
      </w:r>
    </w:p>
    <w:p>
      <w:r>
        <w:br/>
        <w:t>— Бачиш: "Дозволено цензурою". Кривунда зрадів.</w:t>
      </w:r>
    </w:p>
    <w:p>
      <w:r>
        <w:br/>
        <w:t>— Ану покалси, чи багато хрестів? Держала довго, трохи не півроку.</w:t>
      </w:r>
    </w:p>
    <w:p>
      <w:r>
        <w:br/>
        <w:t>— Я ще й сам не дивився, скоро отеє увечері принесли з пошти, я швидше бриля на голову, ноги на плечі та до тебе.</w:t>
      </w:r>
    </w:p>
    <w:p>
      <w:r>
        <w:br/>
        <w:t>— Спасибіг, спасибіг. Сідай же, подивимося, може, таке гробовище, що самі червоні хрести. Ануко сюди.</w:t>
      </w:r>
    </w:p>
    <w:p>
      <w:r>
        <w:br/>
        <w:t>Кривунда взяв рукопись, пололшв на стіл, присунув стілець Споришеві, сам сів і почав перегортувати аркуші, забувши і про Марину і про чай.</w:t>
      </w:r>
    </w:p>
    <w:p>
      <w:r>
        <w:br/>
        <w:t>— Нема,— говорив він,— нема хрестів, продовжи боже віку тому цензорові, знов нема; а ось, ось, замазав слово "козак". За що ж се? Не тямлю!.. Вийшла нісенітниця: "сів на коня", а хто ж сів? Треба ж когось посадити замість козака.</w:t>
      </w:r>
    </w:p>
    <w:p>
      <w:r>
        <w:br/>
        <w:t>— Так і посади, хіба се трудно, посади селянина.</w:t>
      </w:r>
    </w:p>
    <w:p>
      <w:r>
        <w:br/>
        <w:t>— Не можна селянина, селянин кожен, хто лсиве на селі.</w:t>
      </w:r>
    </w:p>
    <w:p>
      <w:r>
        <w:br/>
        <w:t>— Ну хрестянина.</w:t>
      </w:r>
    </w:p>
    <w:p>
      <w:r>
        <w:br/>
        <w:t>— Хрестян тоді в Полтавщині не було, та й річ іде про військо.</w:t>
      </w:r>
    </w:p>
    <w:p>
      <w:r>
        <w:br/>
        <w:t>— Так просто вояку посади...</w:t>
      </w:r>
    </w:p>
    <w:p>
      <w:r>
        <w:br/>
        <w:t>— Ніяково, не те буде, але більш нікого, нехай сидить вояка.</w:t>
      </w:r>
    </w:p>
    <w:p>
      <w:r>
        <w:br/>
        <w:t>Кривунда перегорнув ще два аркуші і скрикнув:</w:t>
      </w:r>
    </w:p>
    <w:p>
      <w:r>
        <w:br/>
        <w:t>— Глянь! Чи бачиш який здоровенний хрест! Отеє черконув! Кого ж він тут похоронив? Слухай: "Аж жах бере, коли згадаєш, яке тяжке і невимовно темне десятиліття перелсили ми". Що ж тут нецензурного? Вгадуй! Ой, боже-батьку!.. От де власть тьми! Та нехай, побачимо, що далі.</w:t>
      </w:r>
    </w:p>
    <w:p>
      <w:r>
        <w:br/>
        <w:t>Кривунда знов перегортав аркуші, говорячи:</w:t>
      </w:r>
    </w:p>
    <w:p>
      <w:r>
        <w:br/>
        <w:t>— Нема, нема! Спасибіг, нема.</w:t>
      </w:r>
    </w:p>
    <w:p>
      <w:r>
        <w:br/>
        <w:t>— Стій, стій! — спинив його Спориш.— Он якась червона крапка.</w:t>
      </w:r>
    </w:p>
    <w:p>
      <w:r>
        <w:br/>
        <w:t>— Справді, я сліпаючи, не добачив; еге! Знов убив "козака". За що ж? Нехай вже попередній був вояка і нагадував історію, а сей простий, сучасний селянин, голодраба... Нехай.</w:t>
      </w:r>
    </w:p>
    <w:p>
      <w:r>
        <w:br/>
        <w:t>Кривунда перегортав далі.</w:t>
      </w:r>
    </w:p>
    <w:p>
      <w:r>
        <w:br/>
        <w:t>— А ось! Ось глянь! Глянь, Купер'яне!</w:t>
      </w:r>
    </w:p>
    <w:p>
      <w:r>
        <w:br/>
        <w:t>Кривунда аж руками об поли вдарив, побачивши червоний хрест зверху донизу. Перечитавши усе перехрещене, він мовив:</w:t>
      </w:r>
    </w:p>
    <w:p>
      <w:r>
        <w:br/>
        <w:t>— Тут очевидна пошибка; річ певна, що пошкодило слово "старовина", але ж тут річ іде не про "історичну старовину", а про старовину в бодні; очевидно, що цензор не знав слова б о д н я. Треба написати та з'ясувати, що се помилка.</w:t>
      </w:r>
    </w:p>
    <w:p>
      <w:r>
        <w:br/>
        <w:t>Спориш замахав обіруч і сказав:</w:t>
      </w:r>
    </w:p>
    <w:p>
      <w:r>
        <w:br/>
        <w:t>— Крий боже! Не займай... Поступись, а то знов пропаде півроку.</w:t>
      </w:r>
    </w:p>
    <w:p>
      <w:r>
        <w:br/>
        <w:t>Розмовники переглянули рукопись до краю, зітхнули і кілька хвилин дивилися один на одного мовчки. Нарешті Спориш взяв рукопись і пішов до своєї друкарні. Тут він казав завтра ж почати друкувати і за місяць кінчити книжку. Потім сів біля столу, щось порахував і мовив собі на думці:</w:t>
      </w:r>
    </w:p>
    <w:p>
      <w:r>
        <w:br/>
        <w:t>— Мені книжка коштуватиме 25 коп.; на се та на те ще набіжить копійок п'ять; продаватиму по 1 р. 25 к. За 25 аркушів се не велика ціна. Коли книгарям скину ЗО %, так сам зароблю 52 коп., але се мало. За рік усього видання не попродаю. Треба становити 1 р. 50 к. а то й 1 р. 75 к., так тоді можна книгарям скинути 40 %. Тоді спродам скоро; книжка піде шпарко, та ще як додам реклами!.. Іги! Зароблю добре! Але ж Кривунда скривиться, понесе свою доктринерію, що книжка у нас дуже дорога, що досить становити подвійну ціну, що реклама—зневага друкованому слову і т. ін. Ну, та се я улаштую... А на свої 500 карб, мушу заробити тисячку... Добре!</w:t>
      </w:r>
    </w:p>
    <w:p>
      <w:r>
        <w:br/>
        <w:t>Книжка була надрукована і коли вона пішла в цензуру по "випускний білет" (дозвіл), Кривунда говорив Споришеві:</w:t>
      </w:r>
    </w:p>
    <w:p>
      <w:r>
        <w:br/>
        <w:t>— Білет не загається; туди й відтіль десять день, там тиждень; значить, вернетьс^мце до Маковія; саме добре. В серпні з'їдеться молодіж, пильнуйте тільки зброшурувати...</w:t>
      </w:r>
    </w:p>
    <w:p>
      <w:r>
        <w:br/>
        <w:t>— Поспіємо! — відповів Спориш.</w:t>
      </w:r>
    </w:p>
    <w:p>
      <w:r>
        <w:br/>
        <w:t>Минуло два тижні, Спориш прийшов до Кривунди якийсь сумний, охмарений. Кривунда того не помітив і зняв веселу бесіду про сподівані українські книжки.</w:t>
      </w:r>
    </w:p>
    <w:p>
      <w:r>
        <w:br/>
        <w:t>— Ростемо! Ростемо! — говорив він.— От тепер мені і вмирати не хочеться, а то, було, як гляну на пустелю з такими' оазами, як "Сіра кобила" *, так руки було опустяться! І кілька разів ладен я був!.. Ех!.. Ну та перебули, тепер не вмре наше слово. На той рік поженемо ще шпарчіш...</w:t>
      </w:r>
    </w:p>
    <w:p>
      <w:r>
        <w:br/>
        <w:t>— Ой, чи не рано ще радіти,— відповів журливо Спориш,— коли б не сталося так, як ота приказка каже: сподівався дід на обід та й без вечері ліг спати.</w:t>
      </w:r>
    </w:p>
    <w:p>
      <w:r>
        <w:br/>
        <w:t>— З якої речі?</w:t>
      </w:r>
    </w:p>
    <w:p>
      <w:r>
        <w:br/>
        <w:t>— Хіба в нас довго...</w:t>
      </w:r>
    </w:p>
    <w:p>
      <w:r>
        <w:br/>
        <w:t>— Правда, може, се тільки передишка, а за нею знов поїде "Сіра кобила", з "пампушками" і знов завезе нас, господь знає" в яку багнюку... Але ж! Наше діло тепер, під час передишки, забезпечити себе і людей про всяк случай, щоб було що їсти і без "пампушок".</w:t>
      </w:r>
    </w:p>
    <w:p>
      <w:r>
        <w:br/>
        <w:t>— Так-то так, але он сьогодні ранком коректор наш нагнав на мене велику журбу.</w:t>
      </w:r>
    </w:p>
    <w:p>
      <w:r>
        <w:br/>
        <w:t>— Ну? Що там твій коректор?</w:t>
      </w:r>
    </w:p>
    <w:p>
      <w:r>
        <w:br/>
        <w:t>— Снився,— каже,— мені такий поганий сон, що коли б цензура не сконфіскувала нашої книжки.</w:t>
      </w:r>
    </w:p>
    <w:p>
      <w:r>
        <w:br/>
        <w:t>— За що? — питаю його і чую, що мороз бере мене за плечі.</w:t>
      </w:r>
    </w:p>
    <w:p>
      <w:r>
        <w:br/>
        <w:t>— За те,— каже він,— що не видержали ми правопису. Українські книжки дозволено друкувати з умовою, щоб "не было допускаємо никаких отступлений от общепринятого русского правописания" 2.</w:t>
      </w:r>
    </w:p>
    <w:p>
      <w:r>
        <w:br/>
        <w:t>— Про се,— кажу я,— в дозволі не було сказано.</w:t>
      </w:r>
    </w:p>
    <w:p>
      <w:r>
        <w:br/>
        <w:t>— Не було,— каже,— але ж се повинно бути усім відомо, "незнанием закона никто не может отговариваться..." Правда, сього закону не оголошено, а проте... Цензор не повинен нагадувати, друкар і видавник мусять самі знати.</w:t>
      </w:r>
    </w:p>
    <w:p>
      <w:r>
        <w:br/>
        <w:t>— Нехай і так, але ж в чому ми не додержали сього закону? — питаю я і чую, як ляк переймає мене.</w:t>
      </w:r>
    </w:p>
    <w:p>
      <w:r>
        <w:br/>
        <w:t>— Скрізь,— каже,— по всій книжці не додержали. Прикладів тому і не зрахувати. Російська граматика Кирпичникова 3 наказує: "После шипящих и губных — писать и, а не ы, а у нас скрізь: г р у ш ы, о ч ы, у ш ы, ж ы л а, г ы р я, х ы р я, кырея, щ ы р о с т ь, ш ы б к а і т. д.</w:t>
      </w:r>
    </w:p>
    <w:p>
      <w:r>
        <w:br/>
        <w:t>— Стій! — перебив я коректора.— Як то можна граматику і правила орфографії однієї мови прикладати до другої. Що ви говорите! Се не до речі! Французи пишуть: Paris, а росіяни — Париж.</w:t>
      </w:r>
    </w:p>
    <w:p>
      <w:r>
        <w:br/>
        <w:t>— Та звісно,— каже він,— але коли триматися "общепринятого", то й треба писати: житло, а не жытло; так само: шитво, гиря, хиряіт. ін.; далі "во 2 лице настоящего времени" у нас усюди ъ, а по "общепринятому" треба ь.</w:t>
      </w:r>
    </w:p>
    <w:p>
      <w:r>
        <w:br/>
        <w:t>— Я подумав і кажу йому: коли ми будемо триматися "общепринятого", так виходитиме часто-густо страшенна нісенітниця, гірше галицького "язичія" 4. Що вийде, коли ми напишемо: жіто, шітво, щіпка?</w:t>
      </w:r>
    </w:p>
    <w:p>
      <w:r>
        <w:br/>
        <w:t>— Та воно так, але ж у нас скрізь: йому, й і х, й і й, й і х а ти.</w:t>
      </w:r>
    </w:p>
    <w:p>
      <w:r>
        <w:br/>
        <w:t>— А як же треба?</w:t>
      </w:r>
    </w:p>
    <w:p>
      <w:r>
        <w:br/>
        <w:t>Він стенув плечем і каже:</w:t>
      </w:r>
    </w:p>
    <w:p>
      <w:r>
        <w:br/>
        <w:t>— Я не тямлю, як треба, а "по-русски" так не пишуть.</w:t>
      </w:r>
    </w:p>
    <w:p>
      <w:r>
        <w:br/>
        <w:t>— Бо,— кажу я,— по-руськи і слів таких нема; там: "е е, ея, ей, ему". Та хіба ж молена, наприклад, англійським правописом писать по-французьки або навпаки! Звісно, не молша, кожна мова має свій правопис, але ж як розуміти: "общепринятое?"</w:t>
      </w:r>
    </w:p>
    <w:p>
      <w:r>
        <w:br/>
        <w:t>— Гм! Як? Хто його знає, як! Мабуть, так, щоб на кінці слів не викидати богорівного єра; перед суголосними не вживати і, наприклад, писати — син о, хлиб, сниг, а не сіно, хліб, сніг — більш нічого...</w:t>
      </w:r>
    </w:p>
    <w:p>
      <w:r>
        <w:br/>
        <w:t>— Добре,— каже,— а як же перед голосними, що писати: чи ы, як то у нас в книзі, чи и — як пишуть росіяне?</w:t>
      </w:r>
    </w:p>
    <w:p>
      <w:r>
        <w:br/>
        <w:t>— Звісно,— кажу,— ы, бо у нас ніхто не каже д і я в о л, ш і я, келія, а чуєш дыявол, ш ы я, келыя! Так?</w:t>
      </w:r>
    </w:p>
    <w:p>
      <w:r>
        <w:br/>
        <w:t>— Авжеж так, одначе ж дыявол — се вже "отступление", і коли цензура захоче, так і конфіскує книлеку.</w:t>
      </w:r>
    </w:p>
    <w:p>
      <w:r>
        <w:br/>
        <w:t>— Ні,— мовив я,— сього не було і не буде; а сам швидше до тебе, якої ти думки? Калси?</w:t>
      </w:r>
    </w:p>
    <w:p>
      <w:r>
        <w:br/>
        <w:t>Кривунда розвів руками, скинув очі на стелю, скривився і мовив:</w:t>
      </w:r>
    </w:p>
    <w:p>
      <w:r>
        <w:br/>
        <w:t>— Досі сього не було.</w:t>
      </w:r>
    </w:p>
    <w:p>
      <w:r>
        <w:br/>
        <w:t>— Не було, але чи може бути?</w:t>
      </w:r>
    </w:p>
    <w:p>
      <w:r>
        <w:br/>
        <w:t>— Усе може бути.</w:t>
      </w:r>
    </w:p>
    <w:p>
      <w:r>
        <w:br/>
        <w:t>— То-то й воно! — Спориш журливо похитав головою.— Жодної убезпеки нема! Страх і подумати: таку силу коштів вгатили, стільки праці і ось тобі: стій! Не випускай книжки! "Отступления!" Мати божа! Позор, чистий позор! Ну життя наше! Гірше собачого. Не додержав!.. Отак!</w:t>
      </w:r>
    </w:p>
    <w:p>
      <w:r>
        <w:br/>
        <w:t>Спориш обіруч стис собі голову.</w:t>
      </w:r>
    </w:p>
    <w:p>
      <w:r>
        <w:br/>
        <w:t>— Ти дурно не турбуйся,— мовив Кривунда,— додержати "общепринятого" жодним чином не молена, у цензора голова повстяна, він тямить, що ніхто в світі "общепринятым" не зможе написати таких наших слів, як ї ї, ї й і т. ін.</w:t>
      </w:r>
    </w:p>
    <w:p>
      <w:r>
        <w:br/>
        <w:t>— Ба, яке цензору до того діло, що від нас вимагають цілком неможливого, більш немолеливого, ніж запрягти блоху в оглоблі, цензор знає одно: щоб не було "отступлений" — і годі.</w:t>
      </w:r>
    </w:p>
    <w:p>
      <w:r>
        <w:br/>
        <w:t>— А коли сього фактично не молена зробити?</w:t>
      </w:r>
    </w:p>
    <w:p>
      <w:r>
        <w:br/>
        <w:t>— Не можна, так не друкуй.</w:t>
      </w:r>
    </w:p>
    <w:p>
      <w:r>
        <w:br/>
        <w:t>— Ні, ні,— заспокоював Спориша Кривунда,— не турбуйся; се ти дурницю плетеш, ось підожди ще кілька день і білет прийде.</w:t>
      </w:r>
    </w:p>
    <w:p>
      <w:r>
        <w:br/>
        <w:t>Кривунда почав логікою і фактами заспокоювати Спориша, але чим більш пильнував заспокоїти свого розмовника, тим більше почував неспокій у власній душі і переймався острахом можливості сконфіскування книжки за "отступления". Коли ж Спориш пішов до господи, Кривунда, лишившись самотою, все більше та більше підлягав впливу думки про "отступления". Збентежені нерви і повна недостача критерія того, як приложите до української мови "общепринятое русское правописание", густою хмарою непокою налягли на Кривундину душу. Він цілу ніч не спав, перебрав усі російські граматики, починаючи з Греча і Востокова і кінчаючи Кирпичниковим і Гротом 5, Марна праця! Граматики не дали, та й не могли дати, потрібної відповіді, бо авторам їх — хоч у їх в голові і снували павуки павутиння "объединения", а все ж таки не могла прийти "геніальна" думка про те, як приложити "без отступлений" російську правопись до якої-будь іншої мови? Як, наприклад, по-російськи написати англійське the або українське ї ж а, ї ї ,так щоб не було "отступлений"?</w:t>
      </w:r>
    </w:p>
    <w:p>
      <w:r>
        <w:br/>
        <w:t>Кривунда се тямив добре, одначе знервування і острах брали гору над доводами розуму і логіки людської; він був такий збентежений, що не покладався вже ні сам на себе, ні на логіку, ні на науку мови, і вранці ходив до трьох учителів з гімназії, до двох професорів університету і до одного приватного знаменитого філолога розпитувати їх: як розуміти наказ 18 мая6, щоб в українських книжках не було "отступлений от общепринятого русского правописания?" І ніхто з тих знавців не спроможен був дати йому певної відповіді так само, як ніхто на землі не спроможеться дати відповіді на питання, що саме тепер діється на "тім світі" з душами приснопам'ятних авторів "отступлений": Толстого, Потапова, Шувалова і Юзе-фовича 7? Кривунда питався нарешті у тих певних знавців: чи можна без "отступлений от общепринятого русского правописания" писати по-українськи, по-польськи, по-німецьки і т. ін.? Знавці дивовижно блимали чоловічками, ніби питалися: чи при собі Кривунда, що розпитує про те, що відомо усякому юнкеру, і в одно говорили, що жодним способом сього не можна зробити і сам премудрий Соломон8 не напише "без отступлений" і не зуміє до української мови "без отступлений" приложити правопис чужої мови. Заспокоєний Кривунда кілька день не думав про можливість конфіскування книжки, сплодженої хворою фантазією коректора; аж ось знов прийшов до його Спориш і знов скоїв ту саму тривогу.</w:t>
      </w:r>
    </w:p>
    <w:p>
      <w:r>
        <w:br/>
        <w:t>— Нема білета,— говорив він,— річ певна, що вже й не буде. Ех! Накоїли ми самі собі лиха; і чого би нам було не триматися того... "общепринятого"...</w:t>
      </w:r>
    </w:p>
    <w:p>
      <w:r>
        <w:br/>
        <w:t>Кривунда трохи розсердився і мовив:</w:t>
      </w:r>
    </w:p>
    <w:p>
      <w:r>
        <w:br/>
        <w:t>— Кілька разів казав я тобі і тепер кажу: усі тямущі люде, усі знавці в одно кажуть, що без "отступлений" не можна і "Отче наш" надрукувати, а ти, все-таки, своє верзеш і себе і мене бентелсиш. Ну, як ти "общепринятом" напишеш її? Напиши?!</w:t>
      </w:r>
    </w:p>
    <w:p>
      <w:r>
        <w:br/>
        <w:t>— Написать не можна, треба було спитати цензора,</w:t>
      </w:r>
    </w:p>
    <w:p>
      <w:r>
        <w:br/>
        <w:t>— І цензор не напише і ніхто в світі не напише.</w:t>
      </w:r>
    </w:p>
    <w:p>
      <w:r>
        <w:br/>
        <w:t>— Авжеж, треба було спитати, тоді б ми були безпечні, а то тепер скаже "отступления" і годі. Он же в Одесі надрукували були "уйизд", а цензор єдино за се і спинив був книжку; треба, каже: "уизд". Мусіли вкінці книжки надрукувати, що "уйизд" — помилка. Ось і книлска та, подивись.</w:t>
      </w:r>
    </w:p>
    <w:p>
      <w:r>
        <w:br/>
        <w:t>Кривунда глянув і твар йому подовшала. Подумавши, він сказав:</w:t>
      </w:r>
    </w:p>
    <w:p>
      <w:r>
        <w:br/>
        <w:t>— Ну, коли що, то й ми так зробимо.</w:t>
      </w:r>
    </w:p>
    <w:p>
      <w:r>
        <w:br/>
        <w:t>— Тоді вийде друга така книлска з самих "помилок..." славна буде книлска! Коштів забере ще дрібки, а зиску — п'ятак!.. Славний заробіток буде! І хто купуватиме таку чудернацьку книжку?</w:t>
      </w:r>
    </w:p>
    <w:p>
      <w:r>
        <w:br/>
        <w:t>— Іги! Така книжка за один місяць буде розкуплена! Се був би курйоз на цілий світ... Ха, ха, ха!..</w:t>
      </w:r>
    </w:p>
    <w:p>
      <w:r>
        <w:br/>
        <w:t>— Ти регочеш, а мені не до жартів! Кошти, праця, час та ще, може, на сьому й не окошиться.</w:t>
      </w:r>
    </w:p>
    <w:p>
      <w:r>
        <w:br/>
        <w:t>— А що ж ще?</w:t>
      </w:r>
    </w:p>
    <w:p>
      <w:r>
        <w:br/>
        <w:t>— Самого потягнуть в суд на проп'ятіє.</w:t>
      </w:r>
    </w:p>
    <w:p>
      <w:r>
        <w:br/>
        <w:t>— Се вже вигадки твоєї хорої фантазії, остраху; судові тут нема жодного діла.</w:t>
      </w:r>
    </w:p>
    <w:p>
      <w:r>
        <w:br/>
        <w:t>— Так гірше ще: адміністративним "порядком" тебе — фіть! Та "в места не столь отдаленные", зруйнують чисто!</w:t>
      </w:r>
    </w:p>
    <w:p>
      <w:r>
        <w:br/>
        <w:t>— Ну та й буйна ж у тебе фантазія! Така буйна, що аж хора справді, хоч до психіатра йди.</w:t>
      </w:r>
    </w:p>
    <w:p>
      <w:r>
        <w:br/>
        <w:t>— Се не фантазія, а гірка та темна дійсність, хіба ти забув, що ми "в положении усиленной охраны"?</w:t>
      </w:r>
    </w:p>
    <w:p>
      <w:r>
        <w:br/>
        <w:t>— Го, го! Куди стригнув! Аж в "охрану"; правду сказано: у страха очі великі. "Охрана" в справах політичних, в справах "опасности для государственного спокойствия и порядка", а він — фю-фю!..</w:t>
      </w:r>
    </w:p>
    <w:p>
      <w:r>
        <w:br/>
        <w:t>Кривунда свиснув.</w:t>
      </w:r>
    </w:p>
    <w:p>
      <w:r>
        <w:br/>
        <w:t>— Ліпше б ти не свистів, а згадав, що й горілка, і ліхтарі, і драбина на дахи не політика, а проте захотіли — із них зробили політику і завели під "охрану".</w:t>
      </w:r>
    </w:p>
    <w:p>
      <w:r>
        <w:br/>
        <w:t>— Гм! Хто завів?</w:t>
      </w:r>
    </w:p>
    <w:p>
      <w:r>
        <w:br/>
        <w:t>— Градоправителі.</w:t>
      </w:r>
    </w:p>
    <w:p>
      <w:r>
        <w:br/>
        <w:t>— А сенат їм що?</w:t>
      </w:r>
    </w:p>
    <w:p>
      <w:r>
        <w:br/>
        <w:t>— Що? За горілку втер носа, а за ліхтарі та за драбини й замовк. Ну та нехай! З ліхтарів та з драбин і таранами в олійниці не виб'єш ні політики, ні "опасности для государственного порядка и спокойствия", а книжка інша річ; придави її нігтем, так тоді "політика" з неї і бризне, наче навесні сік з берези. Кривунда зареготав.</w:t>
      </w:r>
    </w:p>
    <w:p>
      <w:r>
        <w:br/>
        <w:t>— Нічого зуби скалить та ржати,— суворо озвався Спориш.— Лучче слухай та міркуй: власть — велике діло! Не додержали ми "общепринятого", наробили "отступлений" Так?</w:t>
      </w:r>
    </w:p>
    <w:p>
      <w:r>
        <w:br/>
        <w:t>— Нехай і так; тільки не ми, а ти, я тут ні при чому... Будеш "при чому": ти автор, коректуру читав?</w:t>
      </w:r>
    </w:p>
    <w:p>
      <w:r>
        <w:br/>
        <w:t>Кривунда подивився серйозно. Спориш говорив далі:</w:t>
      </w:r>
    </w:p>
    <w:p>
      <w:r>
        <w:br/>
        <w:t>— Раз наробили ми "отступлений", значить — виявили неслухняність, непокірливість "власти", нехтування закону...</w:t>
      </w:r>
    </w:p>
    <w:p>
      <w:r>
        <w:br/>
        <w:t>— Не закону, а наказу,— перебив Кривунда.</w:t>
      </w:r>
    </w:p>
    <w:p>
      <w:r>
        <w:br/>
        <w:t>— Все одно! Воля начальства — закон, ти знав про "отступления" і повинен був донести начальству, що твориться "беззаконие"... Далі: книжка твоя, написана по-українськи, а вся не "общерусская" мова і книжка єсть сепаратизм, а сепаратизм — політика. Ну, розумієш тепер, що і ти, і я... Що тут саме до речі "охрана"...</w:t>
      </w:r>
    </w:p>
    <w:p>
      <w:r>
        <w:br/>
        <w:t>Кривунда почув ніби по шкурі у його лазять якісь комахи* Трохи подумавши, він сказав:</w:t>
      </w:r>
    </w:p>
    <w:p>
      <w:r>
        <w:br/>
        <w:t>— Звісно... За нашого часу...— усе можливо, але ж треба підождать.</w:t>
      </w:r>
    </w:p>
    <w:p>
      <w:r>
        <w:br/>
        <w:t>— Чого там ждать, ліпше от що зробім: даймо в цензуру телеграму, просячи "ускорить".</w:t>
      </w:r>
    </w:p>
    <w:p>
      <w:r>
        <w:br/>
        <w:t>— Більше ще лиха наробимо; коли цензура вже що зробила, так телеграма не поможе, а коли ще нічого не зроблено, так цензор, прийнявши телеграму, неминуче подумає: з якої причини вони так поспішають та не дають мені спокою? Чи нема тут якого "подвоха"; мабуть, є, ану роздивлюсь книжку уважно, та як почне роздивлятись, зараз і спостереже "отступления". Ні, телеграма може тільки пошкодити... Не треба.</w:t>
      </w:r>
    </w:p>
    <w:p>
      <w:r>
        <w:br/>
        <w:t>Спориш зітхнув, взяв шапку, пом'яв її в руках, потоптався з однієї ноги на другу, скубнув свою руду борідку і мовив:</w:t>
      </w:r>
    </w:p>
    <w:p>
      <w:r>
        <w:br/>
        <w:t>— Аж млосно! Ходім погуляймо на берег— В голові сама нехворощ. От не мала баба клопіт та купила порося... Ходім.</w:t>
      </w:r>
    </w:p>
    <w:p>
      <w:r>
        <w:br/>
        <w:t>— Ходім справді, провітримся та по дорозі зайдемо до професора Клопотинського, розпитаємось, якої він думки про "охрану".</w:t>
      </w:r>
    </w:p>
    <w:p>
      <w:r>
        <w:br/>
        <w:t>Пішли. Проходячи повз церкву, вони почули, що там правиться вечерня. Спориш спинився і промовив:</w:t>
      </w:r>
    </w:p>
    <w:p>
      <w:r>
        <w:br/>
        <w:t>— Ходім в церков та наймім молебень Івану Многомилостивому, щоб він умилостивив цензуру.</w:t>
      </w:r>
    </w:p>
    <w:p>
      <w:r>
        <w:br/>
        <w:t>Кривунда махнув рукою і відповів:</w:t>
      </w:r>
    </w:p>
    <w:p>
      <w:r>
        <w:br/>
        <w:t>— Тоді ніякий молебень тут не поможе, ще коли б раніш було, а тепер!.. Я певен, що цензура вже або білет вислала, або...</w:t>
      </w:r>
    </w:p>
    <w:p>
      <w:r>
        <w:br/>
        <w:t>— Коли б вислала, так би досі був тут. Глянься! Більш місяця, відколи пішла книжка, ніколи так довго не траплялося.</w:t>
      </w:r>
    </w:p>
    <w:p>
      <w:r>
        <w:br/>
        <w:t>— Не вислала білета — так заарештувала книжку... Що ж тут поможе Іван Многомилостивий? І всі святі тут нічого вже не вдіють. А ми зробім от що: он у тій кам'янці живе інспектор друкарень, ходім до його та надогад буряків чи не довідаємось чого.</w:t>
      </w:r>
    </w:p>
    <w:p>
      <w:r>
        <w:br/>
        <w:t>Спориш замахав обіруч.</w:t>
      </w:r>
    </w:p>
    <w:p>
      <w:r>
        <w:br/>
        <w:t>— Ну його к богу того інспектора, то німа риба... Не хочу. Ходім на берег.</w:t>
      </w:r>
    </w:p>
    <w:p>
      <w:r>
        <w:br/>
        <w:t>Зажурені і охмарені автор і видавник рушали мовчки. На березі вони сіли над кручею і теж довго німували; думки про "отступления" та про "охрану" обох їх так приголомшили, що навіть прекрасна природа, блакитне зоряне небо, місяць, тихий Славута, чудовий вечір — ніщо не спроможно було розвіяти пекучу сумну думку. На що вже перейнятлива і чутка до краси природи Кривундина душа і вона не обзивалася з-під гніту тієї думки. Кілька разів починав він розмову про се, та про те, розмова не йшла, обривалася і переходила на різні цензурні лишень пригоди. До того ж у Спориша вельми гуляли і кошти, і сподівані заробітки... Нарешті почали вони пригадувати собі пережиті пригоди з місцевими цензорами.</w:t>
      </w:r>
    </w:p>
    <w:p>
      <w:r>
        <w:br/>
        <w:t>— Великий том можна написати про ті пригоди,— говорив Кривунда,— та рука не здіймається, лице горить соромом, як згадаєш про ті причини і самовластя цензора Василя Р-ого!9 Що не напишеш було по-українськи — він усе заборонить. Рік 1887. Се був чорний рік задля нашого слова; за рік перший заборонив мені 18 оповідань і більш 50 таких галицьких книжечок, які доти бути дозволені, навіть заборонив львівське видання оповідань Марка Вовчка. Терпів я терпів та нарешті вдався до секретаря його за порадою: як запобігти лиха? Секретар був благий, старенький добряга і пораяв: "З українських рукописей,— каже він,— Василь Лукич читає тільки п'яту та десяту рукопись, а решту забороняє, не читаючи; так треба так подати, щоб ваша рукопись була п'ятою або десятою; ось спробуйте, тепер він має вже чотири, давайте п'яту". Я швидше взяв стару рукопись, яку він двічі вже забороняв; переписав першу четвертушку, перемінив назву і подав, а за тиждень подаю другу, найневиннішу дурничку — про те "як горобець попав в сільце". Перша рукопись прийшлась "по черзі" п'ятою, а друга восьмою. І що ж би ти думав! Першу дозволив, другу заборонив.</w:t>
      </w:r>
    </w:p>
    <w:p>
      <w:r>
        <w:br/>
        <w:t>Одначе такі споминки надавали розмовникам ще більше журби та суму; більше переймала їх сподіванка, що цензура, замість випускного білета, заарештує Кривундину книжку, скаже спалити її та ще й до адміністрації напише, щоб вона... теє... за "отступления" покликала Кривунду і Спориша "на чашку чаю..."</w:t>
      </w:r>
    </w:p>
    <w:p>
      <w:r>
        <w:br/>
        <w:t>Такі тривожні думки цілу ніч не давали спати ні автору, ні видавнику; Кривунда цілу ніч перебирав старі шпаргали та все "чистився"; а Спориш все читав Євангеліє, часом він загортував книжку, ставав перед образом навколішки і "воздев руце", щиро молився: "Заступнице усердная! Мати господа вишняго! Зріши мою біду, зріши мою скорб!"</w:t>
      </w:r>
    </w:p>
    <w:p>
      <w:r>
        <w:br/>
        <w:t>Журба, тривога і молитва так істомили Спориша і тілом і духом, що він, упавши на канапку, не роздягаючись, заснув.</w:t>
      </w:r>
    </w:p>
    <w:p>
      <w:r>
        <w:br/>
        <w:t>Спить він і сняться йому все ті ж самі осоружні "отступления"; все така мертвяща "охрана"... Ввижається йому, що в друкарні хазяйнує інспектор торгівлі книжками і околодочний; вони пакують Кривундину книжку, печатають пакунки, виносять на вози, везуть разом з пожарною трубою на майдан аж за Лук'янівку; тут поліціанти розводять огонь, пакунки обливають нафтою і кидають їх в огонь!.. Твориться аутодафе! Полум'я не б'є; тільки густий чорний дим темною хмарою встає до неба, несучи до бога зітхання автора і видавника!..</w:t>
      </w:r>
    </w:p>
    <w:p>
      <w:r>
        <w:br/>
        <w:t>У Спориша дух в грудях сперло, дихать йому не дає; він силкується дихнути, напручується, а тут перед ним другий околодочний, тягне його за руку...</w:t>
      </w:r>
    </w:p>
    <w:p>
      <w:r>
        <w:br/>
        <w:t>— Пожалуйтес!..</w:t>
      </w:r>
    </w:p>
    <w:p>
      <w:r>
        <w:br/>
        <w:t>— Куди?</w:t>
      </w:r>
    </w:p>
    <w:p>
      <w:r>
        <w:br/>
        <w:t>— "В места не столь отдаленные".</w:t>
      </w:r>
    </w:p>
    <w:p>
      <w:r>
        <w:br/>
        <w:t>— З якої речі!-За що?</w:t>
      </w:r>
    </w:p>
    <w:p>
      <w:r>
        <w:br/>
        <w:t>— Не моє діло...</w:t>
      </w:r>
    </w:p>
    <w:p>
      <w:r>
        <w:br/>
        <w:t>— Чиє ж воно?</w:t>
      </w:r>
    </w:p>
    <w:p>
      <w:r>
        <w:br/>
        <w:t>— Начальства... Мені велено... "Положение об усиленной охране"...</w:t>
      </w:r>
    </w:p>
    <w:p>
      <w:r>
        <w:br/>
        <w:t>— Але ж я нічого...</w:t>
      </w:r>
    </w:p>
    <w:p>
      <w:r>
        <w:br/>
        <w:t>— Пожалуйте-с, коні ждуть...</w:t>
      </w:r>
    </w:p>
    <w:p>
      <w:r>
        <w:br/>
        <w:t>Спориш скрикнув і скочив з канапки на підлогу. Глянув і обмер.</w:t>
      </w:r>
    </w:p>
    <w:p>
      <w:r>
        <w:br/>
        <w:t>— Господи! Ісусе Христе! Микола Чудотворче! Спасіть... Се не сон, се справді пропав я!..</w:t>
      </w:r>
    </w:p>
    <w:p>
      <w:r>
        <w:br/>
        <w:t>Спориш стояв остовпілий. Перед ним був добре знайомий йому поштовий урядник, але він з переляку, навіяного сном, не пізнав його і кілька хвилин був певен, що перед ним околодочний, що прийшов вирядити його в путь-дорогу.</w:t>
      </w:r>
    </w:p>
    <w:p>
      <w:r>
        <w:br/>
        <w:t>Урядник привітався і прохав вибачити, що так рано потурбував його.</w:t>
      </w:r>
    </w:p>
    <w:p>
      <w:r>
        <w:br/>
        <w:t>Спориш мовчав і уперто дивився переляканими очима.</w:t>
      </w:r>
    </w:p>
    <w:p>
      <w:r>
        <w:br/>
        <w:t>— Ви пізнаєте мене? — спитався урядник з пошти. Спориш блимнув очима: знайомий голос, знайома твар...</w:t>
      </w:r>
    </w:p>
    <w:p>
      <w:r>
        <w:br/>
        <w:t>Спориш схаменувся, очуняв і подав руку, але все ще якось несміливо, боязко; вплив страшного сну все ще держав його в своїх пазурях.</w:t>
      </w:r>
    </w:p>
    <w:p>
      <w:r>
        <w:br/>
        <w:t>Минуло ще хвилин з десять, заким Спориш зовсім очуняв.</w:t>
      </w:r>
    </w:p>
    <w:p>
      <w:r>
        <w:br/>
        <w:t>Урядник розповів, що прийшов прохати у його вибачення за те,</w:t>
      </w:r>
    </w:p>
    <w:p>
      <w:r>
        <w:br/>
        <w:t>що присланий до його в друкарню якийсь пакет пролежав</w:t>
      </w:r>
    </w:p>
    <w:p>
      <w:r>
        <w:br/>
        <w:t>цілий тиждень у поштальйона через несподівано наглий недуг</w:t>
      </w:r>
    </w:p>
    <w:p>
      <w:r>
        <w:br/>
        <w:t>останнього. ,</w:t>
      </w:r>
    </w:p>
    <w:p>
      <w:r>
        <w:br/>
        <w:t>— Де ж той пакет? — питався Спориш.</w:t>
      </w:r>
    </w:p>
    <w:p>
      <w:r>
        <w:br/>
        <w:t>— Ось я його приніс.</w:t>
      </w:r>
    </w:p>
    <w:p>
      <w:r>
        <w:br/>
        <w:t>Спориш, розірвавши куверт, кинувся цілувати урядника.</w:t>
      </w:r>
    </w:p>
    <w:p>
      <w:r>
        <w:br/>
        <w:t>— Він, він! — говорив Спориш.— Він, сподіваний пакет з цензури! Слава создателю! Спасибіг!</w:t>
      </w:r>
    </w:p>
    <w:p>
      <w:r>
        <w:br/>
        <w:t>І, не попрощавшись з урядником, Спориш побіг до Кри-вунди.</w:t>
      </w:r>
    </w:p>
    <w:p>
      <w:r>
        <w:br/>
        <w:t>— Урра! — крикнув він, вбігши в кабінет Кривунди.— Єсть, єсть! Ось на, дивись, білет!</w:t>
      </w:r>
    </w:p>
    <w:p>
      <w:r>
        <w:br/>
        <w:t>— Ура! — відповів Кривунда.— Бач, на моє вийшло.</w:t>
      </w:r>
    </w:p>
    <w:p>
      <w:r>
        <w:br/>
        <w:t>У Києві, 25 мая 1900</w:t>
      </w:r>
    </w:p>
    <w:p>
      <w:r>
        <w:br/>
        <w:t>1 "Сіра кобила" — оповідання П. Куліша.</w:t>
      </w:r>
    </w:p>
    <w:p>
      <w:r>
        <w:br/>
        <w:t>2 ...щоб "не было допускаємо никаких отступлений от общепринятого русского правописания".— Один з пунктів так званого Емського акту від 18 (ЗО) травня 1876 р. (розпорядження царського уряду, підписані Олександром II у німецькому місті Емсі), яким встановлювалися "ограничительные правила в отношении употребления малорусского наречия": заборонялося ввозити в Росію українські книги, видані за кордоном, друкування і видання в Росії українською мовою оригінальних творів і перекладів, не дозволялися театральні вистави українською мовою тощо. Лише після суворого цензурного розгляду дозволялося видавати історичні документи і художні твори, але їх тексти мали відтворюватися тільки російським алфавітом за фонетичним принципом.</w:t>
      </w:r>
    </w:p>
    <w:p>
      <w:r>
        <w:br/>
        <w:t>3 Російська граматика Кирпичников а...— Йдеться про два підручника історика російської літератури, філолога Олександра Івановича Кирпичникова (1845—1903): "Этимология русского языка" (1869) і "Синтаксис русского языка" (1869), які були дуже популярні і витримали більш як двадцять видань.</w:t>
      </w:r>
    </w:p>
    <w:p>
      <w:r>
        <w:br/>
        <w:t>4 ..гірше галицького "язичія".— Термін "язичіє" вживається в художній літературі та наукових працях, ще починаючи з 60-х років XIX ст., для визначення штучної книжної мови, запровадженої галицькими "москвофілами" у своїх виданнях. Для "язичія" характерне безладне поєднання елементів української мови, російської, церковнослов'янської, польської. Одним з найбільш активних пропагандистів "язичія" був галицький поет і журналіст Богдан Дідицький.</w:t>
      </w:r>
    </w:p>
    <w:p>
      <w:r>
        <w:br/>
        <w:t>* ...російські граматики, починаючи з Греча і Восто-кова і кінчаючи... Гротом.— Маються на увазі автори граматик, за якими провадилось викладання російської мови в шкільних закладах Росії, починаючи з 30-х років XIX ст.</w:t>
      </w:r>
    </w:p>
    <w:p>
      <w:r>
        <w:br/>
        <w:t>Г р е ч Микола Іванович (1787—1867) — російський письменник, журналіст і філолог. Автор "Практической русской грамматики" (1827), за яку був обраний кореспондентом Петербурзької АН.</w:t>
      </w:r>
    </w:p>
    <w:p>
      <w:r>
        <w:br/>
        <w:t>Востоков Олександр Христофорович (1781—1864) — російський фі-лолог-славіст, автор двох граматик російської мови — "пространной" і "краткой" (1831).</w:t>
      </w:r>
    </w:p>
    <w:p>
      <w:r>
        <w:br/>
        <w:t>Грот Яків Карлович (1812—1893) —російський філолог, його праця "Русское правописание" (1895) вважалася нормативною граматикою російської мови.</w:t>
      </w:r>
    </w:p>
    <w:p>
      <w:r>
        <w:br/>
        <w:t>6 ...наказ 18 мая...— Тобто Емський указ.</w:t>
      </w:r>
    </w:p>
    <w:p>
      <w:r>
        <w:br/>
        <w:t>7 ...приснопам'ятних авторів "отступлений": Толстого, Потапова, Шувалова і Юзефовича? — Саме ці високопоставлені представники царської адміністрації були безпосередніми організаторами та ініціаторами Емського акту.</w:t>
      </w:r>
    </w:p>
    <w:p>
      <w:r>
        <w:br/>
        <w:t>Толстой Дмитро Андрійович (1823—1889) —російський державши діяч. У 1865—1880 рр.— обер-прокурор Синоду і з 1866 р. одночасно міністр народної освіти. Був одним із стовпів політично! реакції 80-х років.</w:t>
      </w:r>
    </w:p>
    <w:p>
      <w:r>
        <w:br/>
        <w:t>Потапов Олександр Львович (1818—1886) —російський військовий і державний діяч. У 1874—1876 рр.— шеф жандармів і головний начальник III відділення власної його імператорської величності канцелярії.</w:t>
      </w:r>
    </w:p>
    <w:p>
      <w:r>
        <w:br/>
        <w:t>Шувалов Павло Петрович (1847—1902)—російський реакційний політичний діяч, входив до близького оточення Олександра III, що стояло на особливо реакційних позиціях.</w:t>
      </w:r>
    </w:p>
    <w:p>
      <w:r>
        <w:br/>
        <w:t>Юзефович Михайло Володимирович (1802—1889) — у 70-х роках — помічник куратора Київського учбового округу, надіслав цареві доповідну записку про так званий "українофільський рух", у якому він вбачав "замаскований соціалізм" і "приховане зазіхання на державну єдність Росії". Зіграв підступну, провокаторську роль у справі Кирило-Мефодіївського братства, про що докладно розповідає П. Куліш в автобіографічному творі "Історичне оповідання", яким відкривається його збірка "Хуторна поезія" (1882).</w:t>
      </w:r>
    </w:p>
    <w:p>
      <w:r>
        <w:br/>
        <w:t>8 Соломон (?—928 до н. е.) —цар Ізраїльсько-Іудейської держави. Згідно з біблійною традицією, уславився надзвичайною мудрістю, вважається автором деяких книг Біблії, зокрема циклу любовно-весільних пісень ("Пісня пісень").</w:t>
      </w:r>
    </w:p>
    <w:p>
      <w:r>
        <w:br/>
        <w:t>9 ...самовластя цензора Василя Р-го І — Йдеться про київського цензора Василя Рафальського, який відзначився у 80-ті роки особливо жорстоким переслідуванням українського художнього слова. За словами О. Кониського (щоденник), він "довів цензуру до поліцейсько-сискного бюро, а звання цензора постановив за рів но з званням жандарма-сищика".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Тривоги автора і видавника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