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Трістан на Хрещатику</w:t>
      </w:r>
    </w:p>
    <w:p>
      <w:r>
        <w:br/>
        <w:t xml:space="preserve"> &lt;p&gt;(Несподівана зустріч з німецьким легендарним лицарем)</w:t>
      </w:r>
    </w:p>
    <w:p>
      <w:r>
        <w:br/>
        <w:t>Як казали в старовину українці: "Дело было вечером, делать было нечего", — пішов я на Хрещатик…</w:t>
      </w:r>
    </w:p>
    <w:p>
      <w:r>
        <w:br/>
        <w:t>Там, як знаєте, вища арійська раса землю копає, цеглу носить і взагалі робить усе те, що й належить вищій расі, що була "покликана дати світові новий клас панів", знищивши, при цій нагоді, "насамперед усі слов'янські народи: росіян, поляків, чехів, словаків, болгар, українців, білорусів"…</w:t>
      </w:r>
    </w:p>
    <w:p>
      <w:r>
        <w:br/>
        <w:t>Ну, копають, носять…</w:t>
      </w:r>
    </w:p>
    <w:p>
      <w:r>
        <w:br/>
        <w:t>Правду казавши, копають і носять вони, як і належить вищій арійській расі, погано, кволо копають і носять… Як мокре горить.</w:t>
      </w:r>
    </w:p>
    <w:p>
      <w:r>
        <w:br/>
        <w:t>Нищили вони слов'янські народи і на Майданеку, і в Баб'ячому яру, і в Мінську, і в Харкові, і в нечисленних інших містах значно енергійніше й спритніше…</w:t>
      </w:r>
    </w:p>
    <w:p>
      <w:r>
        <w:br/>
        <w:t>Ну, прийшов…</w:t>
      </w:r>
    </w:p>
    <w:p>
      <w:r>
        <w:br/>
        <w:t>Дивлюсь — серед арійської аристократії щось таке ніби знайома постать.</w:t>
      </w:r>
    </w:p>
    <w:p>
      <w:r>
        <w:br/>
        <w:t>Придивляюсь пильніше.</w:t>
      </w:r>
    </w:p>
    <w:p>
      <w:r>
        <w:br/>
        <w:t>Постать теж на мені погляд зупинила.</w:t>
      </w:r>
    </w:p>
    <w:p>
      <w:r>
        <w:br/>
        <w:t>Підходить до мене ближче:</w:t>
      </w:r>
    </w:p>
    <w:p>
      <w:r>
        <w:br/>
        <w:t>— Пізнаєте? — питає.</w:t>
      </w:r>
    </w:p>
    <w:p>
      <w:r>
        <w:br/>
        <w:t>— Та щось, — кажу, — справді ви мені когось нагадуєте.</w:t>
      </w:r>
    </w:p>
    <w:p>
      <w:r>
        <w:br/>
        <w:t>— Я — Трістан, німецький лицар легендарний!</w:t>
      </w:r>
    </w:p>
    <w:p>
      <w:r>
        <w:br/>
        <w:t>— Це, — кажу, — не з тих Трістанів, що ото "Трістан та Ізольда", музика Ріхарда Вагнера?</w:t>
      </w:r>
    </w:p>
    <w:p>
      <w:r>
        <w:br/>
        <w:t>— Я-я! Не з тих Трістанів, а я той самісінький Трістан і є, читали, значить?</w:t>
      </w:r>
    </w:p>
    <w:p>
      <w:r>
        <w:br/>
        <w:t>— Та читав, — кажу, — читав! І музику Вагнерову слухав! Пізнати, — кажу, — тяжкувато!</w:t>
      </w:r>
    </w:p>
    <w:p>
      <w:r>
        <w:br/>
        <w:t>— Я-я! Ви бачили мене в латах?</w:t>
      </w:r>
    </w:p>
    <w:p>
      <w:r>
        <w:br/>
        <w:t>— Бачив у латах, тепер бачу в латках! Змінилися, — кажу, — кріпко! А де ж Ізольда?</w:t>
      </w:r>
    </w:p>
    <w:p>
      <w:r>
        <w:br/>
        <w:t>— О, майн гот![4] Я вдарився на Схід латифундії воювати, нових рабів добувати, а Ізольда, як і кожна справжня німецька патріотка, у похідну офіцерську віллу — "Смотрите здесь, смотрите там!" — пішла… У віллі рейхсфельдмаршал Герінг підморгнув, вона в нього за сьому штатну дружину править і тепер із золотими чамайданами до Мадріда вилетіла, щоб потім в Аргентіну!.. О, майн гот!</w:t>
      </w:r>
    </w:p>
    <w:p>
      <w:r>
        <w:br/>
        <w:t>— Сильна, — говорю, — драма! Така драма, що й Вагнер навряд чи музику б підібрав…</w:t>
      </w:r>
    </w:p>
    <w:p>
      <w:r>
        <w:br/>
        <w:t>— О, майн гот!</w:t>
      </w:r>
    </w:p>
    <w:p>
      <w:r>
        <w:br/>
        <w:t>— Кріпіться! — кажу. — Ви ж старовинний, — кажу, — лицар тевтонський! Лицарський, — кажу, — дух…</w:t>
      </w:r>
    </w:p>
    <w:p>
      <w:r>
        <w:br/>
        <w:t>— Іх габе кайнен[5] дух!</w:t>
      </w:r>
    </w:p>
    <w:p>
      <w:r>
        <w:br/>
        <w:t>— І духу нема?</w:t>
      </w:r>
    </w:p>
    <w:p>
      <w:r>
        <w:br/>
        <w:t>— Іст ніхт! Першу порцію духу на Дніпрі вибили, а потім Ковпак упіймав та такого духу дав, що його духом вирвало з мене всенький лицарський дух і тепер у мене духу ані духа!</w:t>
      </w:r>
    </w:p>
    <w:p>
      <w:r>
        <w:br/>
        <w:t>— Той, — кажу, — може!</w:t>
      </w:r>
    </w:p>
    <w:p>
      <w:r>
        <w:br/>
        <w:t>— О, майн гот! Що далі буде, скажіть мені, читачу мій колишній!</w:t>
      </w:r>
    </w:p>
    <w:p>
      <w:r>
        <w:br/>
        <w:t>— Що ж далі, — кажу, — буде? Будете, — кажу, — і далі "втикать"! Хотіли латифундій, хотіли рабів, — тепер "втикайте"!</w:t>
      </w:r>
    </w:p>
    <w:p>
      <w:r>
        <w:br/>
        <w:t>— Вас іст дас "фтикать"?</w:t>
      </w:r>
    </w:p>
    <w:p>
      <w:r>
        <w:br/>
        <w:t>— Дас іст "фтикать" — це коли берете лопату й у землю її застромляєте! А як із землі вистромляєте, — це буде "фитикать"…</w:t>
      </w:r>
    </w:p>
    <w:p>
      <w:r>
        <w:br/>
        <w:t>— "Фтикать"! "Фитикать"! Сумно!</w:t>
      </w:r>
    </w:p>
    <w:p>
      <w:r>
        <w:br/>
        <w:t>— А щоб веселіше було, ви читайте "Майн кампф" Гітлера… Там здорово сказано: "Всі інші нації будуть рабами, що працюють за наказом тевтонських воїнів". Прочитайте, воно й здаватиметься, що "фтикаєте" не ви, а раби ваші! Афтикерзейн!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Трістан на Хрещатику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