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Триптих I</w:t>
      </w:r>
    </w:p>
    <w:p>
      <w:r>
        <w:br/>
        <w:t xml:space="preserve"> 1&lt;br /&gt;</w:t>
        <w:br/>
        <w:t>Поза тим, що його не зумієш назвати,&lt;br /&gt;</w:t>
        <w:br/>
        <w:t>Вміють трави рости по коліна, по серце.&lt;br /&gt;</w:t>
        <w:br/>
        <w:t>На листках перезрілої сивої м’яти –&lt;br /&gt;</w:t>
        <w:br/>
        <w:t>Вечорового коника скерцо.</w:t>
      </w:r>
    </w:p>
    <w:p>
      <w:r>
        <w:br/>
        <w:t>Заплітаєш себе в прохолодні косиці,&lt;br /&gt;</w:t>
        <w:br/>
        <w:t>Де стебло до стебла – як душа за душею.&lt;br /&gt;</w:t>
        <w:br/>
        <w:t>І встають дві зорі – дві сестри – дві черниці&lt;br /&gt;</w:t>
        <w:br/>
        <w:t>Понад вежею. Понад твоєю межею.</w:t>
      </w:r>
    </w:p>
    <w:p>
      <w:r>
        <w:br/>
        <w:t>2&lt;br /&gt;</w:t>
        <w:br/>
        <w:t>Ця вежа має літ зо триста&lt;br /&gt;</w:t>
        <w:br/>
        <w:t>Під сяйвом білого світила –&lt;br /&gt;</w:t>
        <w:br/>
        <w:t>Все, що лишилося від міста,&lt;br /&gt;</w:t>
        <w:br/>
        <w:t>В якому б я не заблудила,</w:t>
      </w:r>
    </w:p>
    <w:p>
      <w:r>
        <w:br/>
        <w:t>Не загубила того дому&lt;br /&gt;</w:t>
        <w:br/>
        <w:t>І стін просторої каплиці.&lt;br /&gt;</w:t>
        <w:br/>
        <w:t>Там дві сестри. І дві зірниці.&lt;br /&gt;</w:t>
        <w:br/>
        <w:t>Черниці. Три століття тому.</w:t>
      </w:r>
    </w:p>
    <w:p>
      <w:r>
        <w:br/>
        <w:t>3&lt;br /&gt;</w:t>
        <w:br/>
        <w:t>Люба сестро, стільки живеш,&lt;br /&gt;</w:t>
        <w:br/>
        <w:t>А чи бачила ти, чи знала&lt;br /&gt;</w:t>
        <w:br/>
        <w:t>Ту найвищу з-посеред веж,&lt;br /&gt;</w:t>
        <w:br/>
        <w:t>У яку ти себе сховала?</w:t>
      </w:r>
    </w:p>
    <w:p>
      <w:r>
        <w:br/>
        <w:t>І не має вона ні стін,&lt;br /&gt;</w:t>
        <w:br/>
        <w:t>Ні межі у лункім безмежжі.&lt;br /&gt;</w:t>
        <w:br/>
        <w:t>Лиш трава росте до колін.&lt;br /&gt;</w:t>
        <w:br/>
        <w:t>І до серця твоєї вежі.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Триптих I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