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Три міхи хитрощів</w:t>
      </w:r>
    </w:p>
    <w:p>
      <w:r>
        <w:br/>
        <w:t xml:space="preserve"> &lt;p&gt;Було це восени. Біжить Лисичка польовою дорогою та й зустрічає їжака.</w:t>
      </w:r>
    </w:p>
    <w:p>
      <w:r>
        <w:br/>
        <w:t>— Добрий день, їжаче-небораче! — крикнула Лисичка.</w:t>
      </w:r>
    </w:p>
    <w:p>
      <w:r>
        <w:br/>
        <w:t>— Здорова була, Лисичко-сестричко! — відповів їжак.</w:t>
      </w:r>
    </w:p>
    <w:p>
      <w:r>
        <w:br/>
        <w:t>— Знаєш що, їжаче, ходім зі мною!</w:t>
      </w:r>
    </w:p>
    <w:p>
      <w:r>
        <w:br/>
        <w:t>— А куди ж ти зібралася?</w:t>
      </w:r>
    </w:p>
    <w:p>
      <w:r>
        <w:br/>
        <w:t>— Та йду отуди до саду їсти винограду.</w:t>
      </w:r>
    </w:p>
    <w:p>
      <w:r>
        <w:br/>
        <w:t>— А не кислий він, Лисичко?</w:t>
      </w:r>
    </w:p>
    <w:p>
      <w:r>
        <w:br/>
        <w:t>— Та де там кислий! Розповідала Сорока-білобока, що чула від Куниці, молодої дівиці, що та бачила, як господар куштував і хвалив, що солодкий, пора збирати. Ходімо наїмося, ще й дітям по грону принесемо.</w:t>
      </w:r>
    </w:p>
    <w:p>
      <w:r>
        <w:br/>
        <w:t>— Ні, Лисичко,— каже їжак,— не піду з тобою, боюся. Той господар хитрий, силець понаставляв, ще зловлюся.</w:t>
      </w:r>
    </w:p>
    <w:p>
      <w:r>
        <w:br/>
        <w:t>— Не бійся, їжаче-небораче! — сміючись каже Лисичка.— У мене є три міхи хитрощів, то вже я не я буду, коли тебе з сильця не визволю.</w:t>
      </w:r>
    </w:p>
    <w:p>
      <w:r>
        <w:br/>
        <w:t>— Ну, коли так, то нехай буде й так!</w:t>
      </w:r>
    </w:p>
    <w:p>
      <w:r>
        <w:br/>
        <w:t>Пішли удвох, влізли до саду, наїлися винограду і вже хотіли назад вертати, аж тут смик! Лисичка ступила необережно та й зловилася в сильце. Смикнула раз, смикнула другий раз — куди тобі! Не пускає сильце, держить за ногу.</w:t>
      </w:r>
    </w:p>
    <w:p>
      <w:r>
        <w:br/>
        <w:t>— Ой, їжаку-братику, — кричить Лисичка,— рятуй!</w:t>
      </w:r>
    </w:p>
    <w:p>
      <w:r>
        <w:br/>
        <w:t>— Як же я тебе, Лисичко, порятую? — мовив їжак.— Добувай свої три міхи хитрощів і рятуй себе сама.</w:t>
      </w:r>
    </w:p>
    <w:p>
      <w:r>
        <w:br/>
        <w:t>— Та де там мої міхи! — лементує Лисичка, а сама аж тремтить зі страху.— Бачиш, скакала через річку, і всі три міхи урвалися і впали у воду. їжаку-братику, подумай ти, може, у тебе якась хитрість знайдеться?</w:t>
      </w:r>
    </w:p>
    <w:p>
      <w:r>
        <w:br/>
        <w:t>— У мене є одна, — відповів їжак,— та не знаю, чи буде тобі до смаку. Лягай на тім місці, де зловилася, і лежи... Господар побачить тебе і подумає, що ти вже загинула, та й викине за пліт.</w:t>
      </w:r>
    </w:p>
    <w:p>
      <w:r>
        <w:br/>
        <w:t>Послухала Лисиця їжачкової ради, притаїлася, лежить, немов давно загинула. Прийшов господар, побачив її та аж носа затулив.</w:t>
      </w:r>
    </w:p>
    <w:p>
      <w:r>
        <w:br/>
        <w:t>— От шкода! — промовив він.— Не був кілька день коло сильця, а тут, бач, яка гарна лисиця зловилася та вже й гнити почала. Що тепер з неї за пожиток? Викинути за пліт, та й кінець.</w:t>
      </w:r>
    </w:p>
    <w:p>
      <w:r>
        <w:br/>
        <w:t>І він відчепив Лисицю з сильця, взяв обережно за хвіст та й шпурнув за пліт у кропиву. А Лисиці тільки того й треба було. Як дасть ногам ходу, як чкурне, лиш у бур'янах зашелестіло.</w:t>
      </w:r>
    </w:p>
    <w:p>
      <w:r>
        <w:br/>
        <w:t>Минуло два дні, чотири дні, біжить знов Лисичка польовою дорогою і зустрічає їжака.</w:t>
      </w:r>
    </w:p>
    <w:p>
      <w:r>
        <w:br/>
        <w:t>— Добрий день, їжаче-небораче!</w:t>
      </w:r>
    </w:p>
    <w:p>
      <w:r>
        <w:br/>
        <w:t>— Здорова була, Лисичко-сестричко,— відповідає їжак.</w:t>
      </w:r>
    </w:p>
    <w:p>
      <w:r>
        <w:br/>
        <w:t>— Ходім зі мною до саду їсти винограду.</w:t>
      </w:r>
    </w:p>
    <w:p>
      <w:r>
        <w:br/>
        <w:t>— А не страшно, Лисичко, після позавчорашнього?</w:t>
      </w:r>
    </w:p>
    <w:p>
      <w:r>
        <w:br/>
        <w:t>— Е, що там! У мене є три міхи хитрощів, якось виплутаюся.</w:t>
      </w:r>
    </w:p>
    <w:p>
      <w:r>
        <w:br/>
        <w:t>Пішли удвох, влізли до саду, наїлися винограду і вже хотіли назад вертати, аж тут смик! їжак-неборак якось недодивився та й спіймався в сильце.</w:t>
      </w:r>
    </w:p>
    <w:p>
      <w:r>
        <w:br/>
        <w:t>— Ой Лисичко-сестричко! — закричав бідолаха. — Спіймало мене сильце і не пускає. Ану добувай свої три міхи хитрощів і визволяй мене із зашморга.</w:t>
      </w:r>
    </w:p>
    <w:p>
      <w:r>
        <w:br/>
        <w:t>— Ой небоже,— мовила Лисичка,— пропали мої хитрощі всі до одної. Скакала через річку, і всі три міхи вирвалися і булькнули У воду.</w:t>
      </w:r>
    </w:p>
    <w:p>
      <w:r>
        <w:br/>
        <w:t>— Га, то вже, видно, така моя доля, що тут мені вмирати. Прощавай, Лисичко-сестричко! Пробач мені за все, чим я тебе обидив та образив!</w:t>
      </w:r>
    </w:p>
    <w:p>
      <w:r>
        <w:br/>
        <w:t>— Прощаю тобі, їжаче,— мовила Лисичка, витираючи сльози з очей,— прощаю тобі од всього серця.</w:t>
      </w:r>
    </w:p>
    <w:p>
      <w:r>
        <w:br/>
        <w:t>— А йди, Лисичко-сестричко, обіймемося ще раз на прощання!</w:t>
      </w:r>
    </w:p>
    <w:p>
      <w:r>
        <w:br/>
        <w:t>Лисиця обняла їжака, хоч і як їй було не до смаку.</w:t>
      </w:r>
    </w:p>
    <w:p>
      <w:r>
        <w:br/>
        <w:t>Та що, неборак на смерть лагодиться, то як же йому не вволити останню волю?</w:t>
      </w:r>
    </w:p>
    <w:p>
      <w:r>
        <w:br/>
        <w:t>— Поцілуй мене, Лисичко-сестричко,— просив їжак.— Адже ми вік звікували, як брат з сестрою.</w:t>
      </w:r>
    </w:p>
    <w:p>
      <w:r>
        <w:br/>
        <w:t>Нахилилася Лисичка до їжака, щоб його поцілувати, та ледве доторкнулася своїм язиком до його зубів, а їжак тільки клац! Ухопив її зубами за язик та й держить. Що вже Лисиця крутилася, вертілася, що вже скавучала й плакала, їжак держав зубами за язик, поки не прийшов господар. Побачивши, що їжак спіймався в сильце і держить Лисицю за язик, він розсміявся, впіймав Лисицю, а їжака відпустив на волю.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Три міхи хитрощів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