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дні старого року</w:t>
      </w:r>
    </w:p>
    <w:p>
      <w:r>
        <w:br/>
        <w:t xml:space="preserve"> &lt;p&gt;Настуня сиділа на кухні одна. Скоро Новий рік, а їй проте нітрохи не весело. Тато у своїх важливих справах поїхав аж на Кавказ, мама захворіла. Учора вона ходила удвох з Настунею по ялинкові іграшки й, видно, простудилася. Що ж це буде за свято?! А дідусь-лісовичок з учорашніх покупок стоїть на підвіконні і знай поблискує зеленою бородою, ще й підморгує.</w:t>
      </w:r>
    </w:p>
    <w:p>
      <w:r>
        <w:br/>
        <w:t>— Не моргай. Ти не справжній, ти скляний,— прошепотіла Настуня. Дідусь-лісовичок нахмурився. "Начеб образився?" — здивувалася мала. А що вона не любила, аби хто-небудь гнівався, то мовила:</w:t>
      </w:r>
    </w:p>
    <w:p>
      <w:r>
        <w:br/>
        <w:t>— Я не хотіла тебе скривдити. Я просто не чула, щоб справжні лісовики продавалися в магазині іграшок.</w:t>
      </w:r>
    </w:p>
    <w:p>
      <w:r>
        <w:br/>
        <w:t>І тут, уявіть собі, лісовичок заговорив.</w:t>
      </w:r>
    </w:p>
    <w:p>
      <w:r>
        <w:br/>
        <w:t>— Ти даремно журишся.</w:t>
      </w:r>
    </w:p>
    <w:p>
      <w:r>
        <w:br/>
        <w:t>— Зовсім не даремно. У мене, мабуть, не буде новорічного свята...</w:t>
      </w:r>
    </w:p>
    <w:p>
      <w:r>
        <w:br/>
        <w:t>— Но-но, не кисни! Все можна легко поправити: якщо свято не хоче приходити, треба зробити його самій!</w:t>
      </w:r>
    </w:p>
    <w:p>
      <w:r>
        <w:br/>
        <w:t>— Свято? Зробити? — не повірила Настуня, але лісовик вів далі:</w:t>
      </w:r>
    </w:p>
    <w:p>
      <w:r>
        <w:br/>
        <w:t>— Найперше потурбуйся про маму. їй треба лежати. А ще напувай її чаєм з ось цієї чашки,— він показав на блакитну чашку на столі, і золота іскорка з чарівної палички впала прямісінько туди.</w:t>
      </w:r>
    </w:p>
    <w:p>
      <w:r>
        <w:br/>
        <w:t>— Пам’ятай тільки, що чай ти повинна готувати сама,— казав лісовичок.— А ще...</w:t>
      </w:r>
    </w:p>
    <w:p>
      <w:r>
        <w:br/>
        <w:t>Він ураз замовк, бо двері прочинилися і до кухні увійшла мама.</w:t>
      </w:r>
    </w:p>
    <w:p>
      <w:r>
        <w:br/>
        <w:t>— Ти, Настуню, певно, голодна? — спитала вона.</w:t>
      </w:r>
    </w:p>
    <w:p>
      <w:r>
        <w:br/>
        <w:t>Дівчинка хотіла було попросити, щоб мама налила молока, але згадала, що їй тільки-но говорив лісовичок.</w:t>
      </w:r>
    </w:p>
    <w:p>
      <w:r>
        <w:br/>
        <w:t>— Ні-ні, мамочко,— сполошилася вона.— Ти лягай, тобі треба одужувати, а я все сама візьму.</w:t>
      </w:r>
    </w:p>
    <w:p>
      <w:r>
        <w:br/>
        <w:t>І вона зачерпнула собі молока. "А чай? Як бути з чаєм?" — подумала Настя, адже заварювати чай їй ніколи не доводилося. Але чарівна іскорка впала в чашку,— мабуть, уся сила в ній, а отже, і в чаї з цієї чашки.</w:t>
      </w:r>
    </w:p>
    <w:p>
      <w:r>
        <w:br/>
        <w:t>Дівчинка поставила на вогонь чайник з водою, знайшла в шафі липовий цвіт, бузину — те, що мама заварювала їй при простуді. Потім у настояний на зіллі чай вона додала малину — все точнісінько, як робить мама! — і в блакитній чашці понесла його хворій матері.</w:t>
      </w:r>
    </w:p>
    <w:p>
      <w:r>
        <w:br/>
        <w:t>Мама здивувалась, але й повеселіла. "Справді чай допомагає",— подумала Настя. Шкода, що лісовичок не встиг розказати, що вона мала б зробити ще. Дівчинка вийшла на кухню і довго дивилася на нього, але він навіть не підморгував. "Мабуть, сьогодні вже пізно, тому він мовчить",— вирішила Настуня і сама розстелила своє ліжечко.</w:t>
      </w:r>
    </w:p>
    <w:p>
      <w:r>
        <w:br/>
        <w:t>Уранці Настя пішла в магазин, адже мамі не треба вставати. Вона весь час чекала, що лісовик ось-ось обізветься до неї, але той уперто мовчав, і якби мамі не легшало від чаю з зачарованої чашки, то дівчинка, мабуть, подумала б, що вся та вчорашня розмова їй примарилася.</w:t>
      </w:r>
    </w:p>
    <w:p>
      <w:r>
        <w:br/>
        <w:t>Але все-таки про які справи чарівничок не встиг сказати? Може, підмести в кімнатах? Адже не годиться, щоб Новий рік — і неметена хата.</w:t>
      </w:r>
    </w:p>
    <w:p>
      <w:r>
        <w:br/>
        <w:t>Настуня взялась за роботу. Вона витерла пилюку, склеїла розкидані книги, полила вазони. День минув швидко-швидко, і не було часу чекати, щоб дідусь-лісовик продовжив обірвану розмову.</w:t>
      </w:r>
    </w:p>
    <w:p>
      <w:r>
        <w:br/>
        <w:t>Тільки коли ввечері дівчинка поралась на кухні, їй здалося, що він задоволено посміхнувся.</w:t>
      </w:r>
    </w:p>
    <w:p>
      <w:r>
        <w:br/>
        <w:t>І ось настав останній день старого року. Сьогодні до всіх приходить свято, всюди засвічуються ялинки... І в Настуні засвітиться, аякже! їхній сусід допоміг занести ялинку з балкона, встановив її в хрестовині. А вже скляні кульки, гірлянди Настя розвісить і сама. Вона й свого лісовичка почепила на лапатій гілці.</w:t>
      </w:r>
    </w:p>
    <w:p>
      <w:r>
        <w:br/>
        <w:t>Коли звечоріло, дівчинка накрила стіл білою скатертиною, ввімкнула електричні лампочки, і в хаті стало зовсім по-святковому!</w:t>
      </w:r>
    </w:p>
    <w:p>
      <w:r>
        <w:br/>
        <w:t>Тут у двері подзвонили. Настуня кинулась відчиняти, аж то — тато! Повернувся з відрядження.</w:t>
      </w:r>
    </w:p>
    <w:p>
      <w:r>
        <w:br/>
        <w:t>— З Новим роком! — підхопив він Настуню на руки.— Як ви тут з мамою?</w:t>
      </w:r>
    </w:p>
    <w:p>
      <w:r>
        <w:br/>
        <w:t>— Добре,— сказала Настя.— Тільки мама трошки прихворіла.</w:t>
      </w:r>
    </w:p>
    <w:p>
      <w:r>
        <w:br/>
        <w:t>— Ні, я вже здорова! Доня мене вилікувала,— засміялася мама. Вона тримала в руці блакитну чашку, з якої щойно допила чай.</w:t>
      </w:r>
    </w:p>
    <w:p>
      <w:r>
        <w:br/>
        <w:t>Потім усі троє сиділи за святковим столом, Настуня ласувала мандаринками, хурмою, солодким ізюмом та іншими гостинцями з Кавказу. За синіми вечоровими вікнами тихо падав новорічний сніг, а в хаті ялинка пахла живицею, сяяла жовтими, рожевими, блакитними вогнями, і серед тих веселих вогників знай похитувався на гілці дідусь-лісовичок. "Якщо свято когось обминає, його треба зробити самим",— говорили його хитро примружені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дні старого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