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Третя рота (Павлу Безпощадному)</w:t>
      </w:r>
    </w:p>
    <w:p>
      <w:r>
        <w:br/>
        <w:t xml:space="preserve"> &lt;blockquote&gt;Павлу Безпощадному&lt;/blockquote&gt;</w:t>
      </w:r>
    </w:p>
    <w:p>
      <w:r>
        <w:br/>
        <w:t>Я до тебе прийшов, моя мати,&lt;br /&gt;</w:t>
        <w:br/>
        <w:t>Третя Рота, кохана моя,&lt;br /&gt;</w:t>
        <w:br/>
        <w:t>Щоб ще краще про тебе співати,&lt;br /&gt;</w:t>
        <w:br/>
        <w:t>Як співав у минулому я.</w:t>
      </w:r>
    </w:p>
    <w:p>
      <w:r>
        <w:br/>
        <w:t>Про Дінець і заквітчане поле&lt;br /&gt;</w:t>
        <w:br/>
        <w:t>В голубому розгоні доріг,&lt;br /&gt;</w:t>
        <w:br/>
        <w:t>Про завод і про шахти навколо,&lt;br /&gt;</w:t>
        <w:br/>
        <w:t>Про людей героїчних твоїх.</w:t>
      </w:r>
    </w:p>
    <w:p>
      <w:r>
        <w:br/>
        <w:t>Не забуть нам про молодість хмуру,&lt;br /&gt;</w:t>
        <w:br/>
        <w:t>Дзвін кайданів і кров поміж трав...&lt;br /&gt;</w:t>
        <w:br/>
        <w:t>І на шахті парторга Сосюру,&lt;br /&gt;</w:t>
        <w:br/>
        <w:t>Брата рідного я цілував.</w:t>
      </w:r>
    </w:p>
    <w:p>
      <w:r>
        <w:br/>
        <w:t>Любий Януш!.. Я бачив: сивини,&lt;br /&gt;</w:t>
        <w:br/>
        <w:t>Сльози-роси спливали до них...&lt;br /&gt;</w:t>
        <w:br/>
        <w:t>Ти згадав, як із тьми-домовини&lt;br /&gt;</w:t>
        <w:br/>
        <w:t>Йшли в боях ми до днів золотих.</w:t>
      </w:r>
    </w:p>
    <w:p>
      <w:r>
        <w:br/>
        <w:t>Шестопалов... Ми грали "у пера",&lt;br /&gt;</w:t>
        <w:br/>
        <w:t>Як маленькі з тобою були,&lt;br /&gt;</w:t>
        <w:br/>
        <w:t>А тепер ми — життя інженери&lt;br /&gt;</w:t>
        <w:br/>
        <w:t>І до щастя з народом прийшли.</w:t>
      </w:r>
    </w:p>
    <w:p>
      <w:r>
        <w:br/>
        <w:t>Більше ночі не прийдуть прокляті,&lt;br /&gt;</w:t>
        <w:br/>
        <w:t>О мій краю вугілля і руд!&lt;br /&gt;</w:t>
        <w:br/>
        <w:t>В Безпощадного Паші кімнаті&lt;br /&gt;</w:t>
        <w:br/>
        <w:t>Я співаю про зоряний труд.</w:t>
      </w:r>
    </w:p>
    <w:p>
      <w:r>
        <w:br/>
        <w:t>Мій поете, мій брате, з тобою&lt;br /&gt;</w:t>
        <w:br/>
        <w:t>Ми з шахтарської вийшли сім'ї,&lt;br /&gt;</w:t>
        <w:br/>
        <w:t>Щоб співать про гудки і забої,&lt;br /&gt;</w:t>
        <w:br/>
        <w:t>Про людей, що твої і мої,</w:t>
      </w:r>
    </w:p>
    <w:p>
      <w:r>
        <w:br/>
        <w:t>Про шахтьорів, що в небо крилате&lt;br /&gt;</w:t>
        <w:br/>
        <w:t>Підіймають і місто, й село.&lt;br /&gt;</w:t>
        <w:br/>
        <w:t>Бо якби не було їх, мій брате,&lt;br /&gt;</w:t>
        <w:br/>
        <w:t>То з тобою б і нас не було.</w:t>
      </w:r>
    </w:p>
    <w:p>
      <w:r>
        <w:br/>
        <w:t>Третя Рота... Дінець і копальні,&lt;br /&gt;</w:t>
        <w:br/>
        <w:t>Дим заводу над синню ріки...&lt;br /&gt;</w:t>
        <w:br/>
        <w:t>Як салюти, гудуть привітальні&lt;br /&gt;</w:t>
        <w:br/>
        <w:t>Над віками Донбасу гудки.</w:t>
      </w:r>
    </w:p>
    <w:p>
      <w:r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Третя рота (Павлу Безпощадному)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