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Трепета</w:t>
      </w:r>
    </w:p>
    <w:p>
      <w:r>
        <w:br/>
        <w:t xml:space="preserve"> &lt;p&gt;А коли архиєреї й старшина жидівська засудила Ісуса на смерть, вислали своїх слуг, щоб розшукати дерева на хрест, — знаряддя муки Сина Божого.</w:t>
      </w:r>
    </w:p>
    <w:p>
      <w:r>
        <w:br/>
        <w:t>І вийшли слуги архиєрейські на гору Ливан, де росли вікові кедри.</w:t>
      </w:r>
    </w:p>
    <w:p>
      <w:r>
        <w:br/>
        <w:t>— Дайте нам свого дерева на хрест Ісуса Назарея! — мовлять.</w:t>
      </w:r>
    </w:p>
    <w:p>
      <w:r>
        <w:br/>
        <w:t>Гордо виструнчився найстарший кедр і мовить їм:</w:t>
      </w:r>
    </w:p>
    <w:p>
      <w:r>
        <w:br/>
        <w:t>— Століття ми ростемо, а ще досі не сплямились поганим учинком. Не дамо дерева на муки цього Праведника. Адже сам намісник кесаря (цісар, володар — ред.), Пилат, не знайшов за Ним ніякої вини й обмив руки від Його засуду. Геть від нас, слуги диявола!</w:t>
      </w:r>
    </w:p>
    <w:p>
      <w:r>
        <w:br/>
        <w:t>І зійшли висланці вниз і стали перед могутнім дубом.</w:t>
      </w:r>
    </w:p>
    <w:p>
      <w:r>
        <w:br/>
        <w:t>— Дай нам свого дерева на хрест для Ісуса Назарея! — мовлять.</w:t>
      </w:r>
    </w:p>
    <w:p>
      <w:r>
        <w:br/>
        <w:t>Зашуміли розлогі верхів'я дуба:</w:t>
      </w:r>
    </w:p>
    <w:p>
      <w:r>
        <w:br/>
        <w:t>— Царем дерев зробила мене лісова громада. Не личить цареві служити знаряддям злоби й сліпоти юрби. Я бачив Назарея під моїм гіллям, як навчав народ, як благословив дітей, що їх матері приводили до Нього, як оздоровлював хворих, калік, біснуватих. І для цього добродія людства мав би я стати знаряддям муки? Геть від мене, безвіри!</w:t>
      </w:r>
    </w:p>
    <w:p>
      <w:r>
        <w:br/>
        <w:t>І спустилися слуги ще нижче на пустельні простори, де росли гінкі пальми.</w:t>
      </w:r>
    </w:p>
    <w:p>
      <w:r>
        <w:br/>
        <w:t>— Дай нам, пальмо, свого дерева на хрест для Ісуса Назарея! — мовлять.</w:t>
      </w:r>
    </w:p>
    <w:p>
      <w:r>
        <w:br/>
        <w:t>Згорда глянула на них широколиста пальма.</w:t>
      </w:r>
    </w:p>
    <w:p>
      <w:r>
        <w:br/>
        <w:t>— Для Ісуса з Назарету? Того, що годував тисячі народу рибою і хлібом? Що воскресив єдину доньку Яїра і мертвого від чотирьох днів Лазаря, брата Марії і Марти? Цьому справжньому Синові Божому мала ю завдати муки? Геть від мене, поганці!</w:t>
      </w:r>
    </w:p>
    <w:p>
      <w:r>
        <w:br/>
        <w:t>І далі помандрували слуги архиєрейські, аж перейшовши потік Кедрон, вийшли на гору в сад Гетсиманський. Росли тут оливні дерева-маслини і доних приступили висланці, мовлячи:</w:t>
      </w:r>
    </w:p>
    <w:p>
      <w:r>
        <w:br/>
        <w:t>— Дайте нам свого дерева на хрест для Ісуса Назарея!</w:t>
      </w:r>
    </w:p>
    <w:p>
      <w:r>
        <w:br/>
        <w:t>Сумно зашелестіла найстарша маслина:</w:t>
      </w:r>
    </w:p>
    <w:p>
      <w:r>
        <w:br/>
        <w:t>— Я бачило Його тут учора вночі. Його учні поснули на підгір'ї, а Він, припавши до землі під моїм деревом, молився до Отця свого небесного: "Коли можна, відверни від мене муки, що вене ждуть, але не моя, а Твоя воля хай буде". І тривав у смертній боротьбі зі собою, а кривавий піт спливав Йому з чола на землю. І цьому Праведникові, що приносить себе в жертву за гріхи світу, я мала б стати за ката? Геть від мене, запроданці лукаві!</w:t>
      </w:r>
    </w:p>
    <w:p>
      <w:r>
        <w:br/>
        <w:t>І вже не знали слуги, куди їм — до кого вдатися, коли це побачили внизу ліс.</w:t>
      </w:r>
    </w:p>
    <w:p>
      <w:r>
        <w:br/>
        <w:t>А росли в ньому поменші дерева: буки, граби, берези й осики, кущі ліщини й калини і високі папороті.</w:t>
      </w:r>
    </w:p>
    <w:p>
      <w:r>
        <w:br/>
        <w:t>Глухою мовчанкою привітала лісова громада єрусалимських висланців. Дуб переказав їм уже, чого вони шукають. Тільки білява осика привітливо подалася вперед своїм гнучким станом. До неї приступили відразу архиєрейські слуги:</w:t>
      </w:r>
    </w:p>
    <w:p>
      <w:r>
        <w:br/>
        <w:t>— Осико! Дай нам свого дерева на хрест для Ісуса Назарея! Осудили Його в Єрусалимі за образу кесаря і Бога. Будеш стояти там на горі, а історія запише твоє ім'я на вічну пам'ять.</w:t>
      </w:r>
    </w:p>
    <w:p>
      <w:r>
        <w:br/>
        <w:t>— Сестро! — загомоніло лісом. — Сестро! Не йди на ворожі улещування.</w:t>
      </w:r>
    </w:p>
    <w:p>
      <w:r>
        <w:br/>
        <w:t>Але осика вже нагнула вперед свою білу стать.</w:t>
      </w:r>
    </w:p>
    <w:p>
      <w:r>
        <w:br/>
        <w:t>— Чи справді буду височіти над усіма?</w:t>
      </w:r>
    </w:p>
    <w:p>
      <w:r>
        <w:br/>
        <w:t>— Зрада! — зашуміли буки й граби.</w:t>
      </w:r>
    </w:p>
    <w:p>
      <w:r>
        <w:br/>
        <w:t>— Зрада! повторили берези й ліщини.</w:t>
      </w:r>
    </w:p>
    <w:p>
      <w:r>
        <w:br/>
        <w:t>— Ганьба! Ганьба! — шепотіла калина, паленіючи зі сорому червоними коралями.</w:t>
      </w:r>
    </w:p>
    <w:p>
      <w:r>
        <w:br/>
        <w:t>— Підла! Підла! Нікчемна! — гукали лісові дзвіночки, а за ними папороті й шипшини.</w:t>
      </w:r>
    </w:p>
    <w:p>
      <w:r>
        <w:br/>
        <w:t>А осика вже лежала на возі, що їхав до Єрусалиму.</w:t>
      </w:r>
    </w:p>
    <w:p>
      <w:r>
        <w:br/>
        <w:t>А в п'ятницю пополудні, коли сповнилася велика жертва на Голготі, о годині шостій померкло сонце і настала темрява по всій землі, що тривала до години дев'ятої. Церковна завіса роздерлася надвоє згори вниз, і мертва тиша сповила усе довкола. Ліс закляк з остраху, ні гілочка не ворохнулася. Та ось знечев'я листки осики почали дрижати, тремтіти швидко-швидко, тягом, безупинно, несамовито.</w:t>
      </w:r>
    </w:p>
    <w:p>
      <w:r>
        <w:br/>
        <w:t>— Кара! Кара на осику! — линуло шепотом у лісовій громаді.</w:t>
      </w:r>
    </w:p>
    <w:p>
      <w:r>
        <w:br/>
        <w:t>Так тремтить-тріпоче осика листками і донині при вітрі й без вітру, а в Україні люди назвали її за те — "трепета".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Трепета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