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Трель</w:t>
      </w:r>
    </w:p>
    <w:p>
      <w:r>
        <w:br/>
        <w:t xml:space="preserve"> Сну нема… Думки кружляють,&lt;br /&gt;</w:t>
        <w:br/>
        <w:t>Відлітають в інше місце,&lt;br /&gt;</w:t>
        <w:br/>
        <w:t>Де в колисці променисті,&lt;br /&gt;</w:t>
        <w:br/>
        <w:t>Перлочисті мрії сяють…&lt;br /&gt;</w:t>
        <w:br/>
        <w:t>Подивись – які величні,&lt;br /&gt;</w:t>
        <w:br/>
        <w:t>Довговічні і ментовні,&lt;br /&gt;</w:t>
        <w:br/>
        <w:t>Злотомовні, щастям повні,&lt;br /&gt;</w:t>
        <w:br/>
        <w:t>Безгріховні, блискавичні.&lt;br /&gt;</w:t>
        <w:br/>
        <w:t>Скоро ранок… зійде сонце,&lt;br /&gt;</w:t>
        <w:br/>
        <w:t>У віконце кине промінь…&lt;br /&gt;</w:t>
        <w:br/>
        <w:t>Збудить пломінь в легкий спомин.&lt;br /&gt;</w:t>
        <w:br/>
        <w:t>І відгомін мовить: сон це?&lt;br /&gt;</w:t>
        <w:br/>
        <w:t>Ні, не сон, а барвні трелі&lt;br /&gt;</w:t>
        <w:br/>
        <w:t>Невеселі з серця линуть…&lt;br /&gt;</w:t>
        <w:br/>
        <w:t>Українять, волю чинять,&lt;br /&gt;</w:t>
        <w:br/>
        <w:t>В борні гинуть, як об скелі.&lt;br /&gt;</w:t>
        <w:br/>
        <w:t>Чуєш – грають перед ранком&lt;br /&gt;</w:t>
        <w:br/>
        <w:t>Колисанку в снах мелодій? —&lt;br /&gt;</w:t>
        <w:br/>
        <w:t>То свободні, хороводні&lt;br /&gt;</w:t>
        <w:br/>
        <w:t>Линуть оди вже над ґанком.&lt;br /&gt;</w:t>
        <w:br/>
        <w:t>Ах, скоріше ніч втікала б,&lt;br /&gt;</w:t>
        <w:br/>
        <w:t>Заплітала б чорні коси,&lt;br /&gt;</w:t>
        <w:br/>
        <w:t>Впали б роси… голі й босі&lt;br /&gt;</w:t>
        <w:br/>
        <w:t>На покоси мандрували б…&lt;br /&gt;</w:t>
        <w:br/>
        <w:t>О, прислухайсь… трелі грають,&lt;br /&gt;</w:t>
        <w:br/>
        <w:t>Вибивають… злотодзвонять…&lt;br /&gt;</w:t>
        <w:br/>
        <w:t>Сум хоронять, сміх боронять,&lt;br /&gt;</w:t>
        <w:br/>
        <w:t>Передзвонять, перлосяють…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