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Трава прив’ялена і заніміла осінь...</w:t>
      </w:r>
    </w:p>
    <w:p>
      <w:r>
        <w:br/>
        <w:t xml:space="preserve"> Трава прив’ялена і заніміла осінь…&lt;br /&gt;</w:t>
        <w:br/>
        <w:t>Сьогодні сталось. Що це? Я жива?..&lt;br /&gt;</w:t>
        <w:br/>
        <w:t>В траві заплутались, розвіялися коси,&lt;br /&gt;</w:t>
        <w:br/>
        <w:t>В гарячці тіло й голова.</w:t>
      </w:r>
    </w:p>
    <w:p>
      <w:r>
        <w:br/>
        <w:t>Зім’ята сукня. На обличчі – мука.&lt;br /&gt;</w:t>
        <w:br/>
        <w:t>Червоні плями в лентах комбіне…&lt;br /&gt;</w:t>
        <w:br/>
        <w:t>І пада вечір у безодню круком,&lt;br /&gt;</w:t>
        <w:br/>
        <w:t>І кличе вечір впасти і мене.</w:t>
      </w:r>
    </w:p>
    <w:p>
      <w:r>
        <w:br/>
        <w:t>На серці якось важко і тривожно.&lt;br /&gt;</w:t>
        <w:br/>
        <w:t>І ти, ніяковий, не можеш приласкать…&lt;br /&gt;</w:t>
        <w:br/>
        <w:t>І те, що сталось, повернуть не можна.&lt;br /&gt;</w:t>
        <w:br/>
        <w:t>І серце холодом стиска…</w:t>
      </w:r>
    </w:p>
    <w:p>
      <w:r>
        <w:br/>
        <w:t>Ти так молив – сьогодні стань моєю.&lt;br /&gt;</w:t>
        <w:br/>
        <w:t>І сталось. О закон буття!&lt;br /&gt;</w:t>
        <w:br/>
        <w:t>Ми у траві забули томик Гейне, —&lt;br /&gt;</w:t>
        <w:br/>
        <w:t>Його листки од вітру шелестять.</w:t>
      </w:r>
    </w:p>
    <w:p>
      <w:r>
        <w:br/>
        <w:t>І якось чудно. Хоч усю вже бачив —&lt;br /&gt;</w:t>
        <w:br/>
        <w:t>Соромлюсь при тобі панчоху підв’язать.&lt;br /&gt;</w:t>
        <w:br/>
        <w:t>І так іду. І ми чужі неначе,&lt;br /&gt;</w:t>
        <w:br/>
        <w:t>І в мене мимохіть жемчужиться сльоза.</w:t>
      </w:r>
    </w:p>
    <w:p>
      <w:r>
        <w:br/>
        <w:t>О, не вернуть! Не стать такою, як учора,&lt;br /&gt;</w:t>
        <w:br/>
        <w:t>Нічим не змить із уст палючих плям!&lt;br /&gt;</w:t>
        <w:br/>
        <w:t>А день такий звичайний і бадьорий,&lt;br /&gt;</w:t>
        <w:br/>
        <w:t>Така спокійна стомлена земля…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Трава прив’ялена і заніміла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