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Транскрипції максима березовського</w:t>
      </w:r>
    </w:p>
    <w:p>
      <w:r>
        <w:br/>
        <w:t xml:space="preserve"> 1.</w:t>
      </w:r>
    </w:p>
    <w:p>
      <w:r>
        <w:br/>
        <w:t>&lt;br /&gt;</w:t>
        <w:br/>
        <w:t>такі посходилися повені,</w:t>
      </w:r>
    </w:p>
    <w:p>
      <w:r>
        <w:br/>
        <w:t>що й досі голосу повну.</w:t>
      </w:r>
    </w:p>
    <w:p>
      <w:r>
        <w:br/>
        <w:t>але навіщось очі сховані</w:t>
      </w:r>
    </w:p>
    <w:p>
      <w:r>
        <w:br/>
        <w:t>надсадно каламутять дно.</w:t>
      </w:r>
    </w:p>
    <w:p>
      <w:r>
        <w:br/>
        <w:t>&lt;br /&gt;</w:t>
        <w:br/>
        <w:t>гірчання скочується високо –</w:t>
      </w:r>
    </w:p>
    <w:p>
      <w:r>
        <w:br/>
        <w:t>туди, де залягли хоръ.</w:t>
      </w:r>
    </w:p>
    <w:p>
      <w:r>
        <w:br/>
        <w:t>природа ділиться на висівки,</w:t>
      </w:r>
    </w:p>
    <w:p>
      <w:r>
        <w:br/>
        <w:t>вони спливають догори.</w:t>
      </w:r>
    </w:p>
    <w:p>
      <w:r>
        <w:br/>
        <w:t>&lt;br /&gt;</w:t>
        <w:br/>
        <w:t>долина прощею видзвонює.</w:t>
      </w:r>
    </w:p>
    <w:p>
      <w:r>
        <w:br/>
        <w:t>іще б яка зоря зійшла!</w:t>
      </w:r>
    </w:p>
    <w:p>
      <w:r>
        <w:br/>
        <w:t>невже це саме та гармонія?</w:t>
      </w:r>
    </w:p>
    <w:p>
      <w:r>
        <w:br/>
        <w:t>чи омела?</w:t>
      </w:r>
    </w:p>
    <w:p>
      <w:r>
        <w:br/>
        <w:t>чи омела…</w:t>
      </w:r>
    </w:p>
    <w:p>
      <w:r>
        <w:br/>
        <w:t>&lt;br /&gt;</w:t>
        <w:br/>
        <w:t>2.</w:t>
      </w:r>
    </w:p>
    <w:p>
      <w:r>
        <w:br/>
        <w:t>&lt;br /&gt;</w:t>
        <w:br/>
        <w:t>до знічення лише єдиний крик,</w:t>
      </w:r>
    </w:p>
    <w:p>
      <w:r>
        <w:br/>
        <w:t>до значення – його пересторога,</w:t>
      </w:r>
    </w:p>
    <w:p>
      <w:r>
        <w:br/>
        <w:t>коли у ноги кланятись відвик,</w:t>
      </w:r>
    </w:p>
    <w:p>
      <w:r>
        <w:br/>
        <w:t>щоб тільки Богу кланятися в ноги.</w:t>
      </w:r>
    </w:p>
    <w:p>
      <w:r>
        <w:br/>
        <w:t>&lt;br /&gt;</w:t>
        <w:br/>
        <w:t>дзеркальний іній в провисанні нот.</w:t>
      </w:r>
    </w:p>
    <w:p>
      <w:r>
        <w:br/>
        <w:t>вага навзрид розгойдується з осені.</w:t>
      </w:r>
    </w:p>
    <w:p>
      <w:r>
        <w:br/>
        <w:t>на цілий світ звучить хорал непрошений.</w:t>
      </w:r>
    </w:p>
    <w:p>
      <w:r>
        <w:br/>
        <w:t>йому, здається, більшого дано…</w:t>
      </w:r>
    </w:p>
    <w:p>
      <w:r>
        <w:br/>
        <w:t>&lt;br /&gt;</w:t>
        <w:br/>
        <w:t>відгасне разом – розум – ризам – різь –</w:t>
      </w:r>
    </w:p>
    <w:p>
      <w:r>
        <w:br/>
        <w:t>окличних – знаків – істина – прилизана…</w:t>
      </w:r>
    </w:p>
    <w:p>
      <w:r>
        <w:br/>
        <w:t>переступаєш хату – входиш в ліс.</w:t>
      </w:r>
    </w:p>
    <w:p>
      <w:r>
        <w:br/>
        <w:t>палац переступаєш – може виженуть.</w:t>
      </w:r>
    </w:p>
    <w:p>
      <w:r>
        <w:br/>
      </w:r>
    </w:p>
    <w:p>
      <w:r>
        <w:br/>
        <w:t>3.</w:t>
      </w:r>
    </w:p>
    <w:p>
      <w:r>
        <w:br/>
        <w:t>а ми таки зневрочені, та й годі…</w:t>
      </w:r>
    </w:p>
    <w:p>
      <w:r>
        <w:br/>
        <w:t>навприйми снігу слухати пора,</w:t>
      </w:r>
    </w:p>
    <w:p>
      <w:r>
        <w:br/>
        <w:t>як догорає іскорка насподі,</w:t>
      </w:r>
    </w:p>
    <w:p>
      <w:r>
        <w:br/>
        <w:t>немов сама собою догора.</w:t>
      </w:r>
    </w:p>
    <w:p>
      <w:r>
        <w:br/>
        <w:t>&lt;br /&gt;</w:t>
        <w:br/>
        <w:t>іще заясно з-під лиману неба.</w:t>
      </w:r>
    </w:p>
    <w:p>
      <w:r>
        <w:br/>
        <w:t>ще сніг, як знать до ночі не зійшла.</w:t>
      </w:r>
    </w:p>
    <w:p>
      <w:r>
        <w:br/>
        <w:t>ти помолився – що тобі ще треба!</w:t>
      </w:r>
    </w:p>
    <w:p>
      <w:r>
        <w:br/>
        <w:t>…тепла?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Транскрипції максима березовського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