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Тоска</w:t>
      </w:r>
    </w:p>
    <w:p>
      <w:r>
        <w:br/>
        <w:t xml:space="preserve"> Гей, дзвонять дзвони, дзвонять. Рим шаліє,&lt;br /&gt;</w:t>
        <w:br/>
        <w:t>В оргію сплітаються спіжеві звуки;&lt;br /&gt;</w:t>
        <w:br/>
        <w:t>Летить псалом, росте, то знов німіє —&lt;br /&gt;</w:t>
        <w:br/>
        <w:t>Понад дахи, склепіння, вежі, луки…</w:t>
      </w:r>
    </w:p>
    <w:p>
      <w:r>
        <w:br/>
        <w:t>В'ється товпа*, немов хребет гадюки,&lt;br /&gt;</w:t>
        <w:br/>
        <w:t>В її очах огонь екстазу тліє,&lt;br /&gt;</w:t>
        <w:br/>
        <w:t>Товпа* пливе, хвилює, зносить руки,&lt;br /&gt;</w:t>
        <w:br/>
        <w:t>А понад нею шум надземний віє…</w:t>
      </w:r>
    </w:p>
    <w:p>
      <w:r>
        <w:br/>
        <w:t>Гей, Риме, Риме! Голос твоїх дзвонів,&lt;br /&gt;</w:t>
        <w:br/>
        <w:t>Що так насильно поза хмари лине,&lt;br /&gt;</w:t>
        <w:br/>
        <w:t>Коби не гинув в безвістях дороги —</w:t>
      </w:r>
    </w:p>
    <w:p>
      <w:r>
        <w:br/>
        <w:t>Міг би забрати в'язку тихих стонів&lt;br /&gt;</w:t>
        <w:br/>
        <w:t>І жменю смутків з нашої долини&lt;br /&gt;</w:t>
        <w:br/>
        <w:t>Та жбурнути їх божествам під ноги…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Тоска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