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 світ, що зітканий з безчестя...</w:t>
      </w:r>
    </w:p>
    <w:p>
      <w:r>
        <w:br/>
        <w:t xml:space="preserve"> "Той світ, що я із думки сотворила...&lt;br /&gt;</w:t>
        <w:br/>
        <w:t>мене не любить".&lt;br /&gt;</w:t>
        <w:br/>
        <w:t>Галина Турелик</w:t>
      </w:r>
    </w:p>
    <w:p>
      <w:r>
        <w:br/>
        <w:t>Той світ, що зітканий з безчестя,&lt;br /&gt;</w:t>
        <w:br/>
        <w:t>слизький, мов вичовгана гірка&lt;br /&gt;</w:t>
        <w:br/>
        <w:t>дитячих ігр на Водохреще,&lt;br /&gt;</w:t>
        <w:br/>
        <w:t>мене не любить — як не гірко!</w:t>
      </w:r>
    </w:p>
    <w:p>
      <w:r>
        <w:br/>
        <w:t>Підступний він, той світ, котрому&lt;br /&gt;</w:t>
        <w:br/>
        <w:t>я слугував, як раб нікчемний,&lt;br /&gt;</w:t>
        <w:br/>
        <w:t>і на причастії святому,&lt;br /&gt;</w:t>
        <w:br/>
        <w:t>безгрішний, каявсь надаремно.</w:t>
      </w:r>
    </w:p>
    <w:p>
      <w:r>
        <w:br/>
        <w:t>Мене не любить світ байдужий,&lt;br /&gt;</w:t>
        <w:br/>
        <w:t>як Каїн не любив Давида,&lt;br /&gt;</w:t>
        <w:br/>
        <w:t>щораз в житті брудні калюжі&lt;br /&gt;</w:t>
        <w:br/>
        <w:t>мені підсовує. Набридло!</w:t>
      </w:r>
    </w:p>
    <w:p>
      <w:r>
        <w:br/>
        <w:t>Той світ, котрий у серці ношу,&lt;br /&gt;</w:t>
        <w:br/>
        <w:t>мене підстрелив, наче дрохву.&lt;br /&gt;</w:t>
        <w:br/>
        <w:t>А я живу... й ночами прошу:&lt;br /&gt;</w:t>
        <w:br/>
        <w:t>"Продовж, о Господи, ще трохи!"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 світ, що зітканий з безчестя...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