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Тодось Осьмачка на майдані Лоґана</w:t>
      </w:r>
    </w:p>
    <w:p>
      <w:r>
        <w:br/>
        <w:t xml:space="preserve"> ТОДОСЬ ОСЬМАЧКА НА МАЙДАНІ ЛОҐАНА*&lt;br /&gt;</w:t>
        <w:br/>
        <w:t>Розпечене повітря Даунтауну**&lt;br /&gt;</w:t>
        <w:br/>
        <w:t>брижиться над Лоґана майданом,&lt;br /&gt;</w:t>
        <w:br/>
        <w:t>а він собі прохолоду уявну&lt;br /&gt;</w:t>
        <w:br/>
        <w:t>під охлялим шукає каштаном.</w:t>
      </w:r>
    </w:p>
    <w:p>
      <w:r>
        <w:br/>
        <w:t>Вона опахалом листя принадна,&lt;br /&gt;</w:t>
        <w:br/>
        <w:t>чи не тому, що на нього впала&lt;br /&gt;</w:t>
        <w:br/>
        <w:t>тінь така само рожево-брунатна,&lt;br /&gt;</w:t>
        <w:br/>
        <w:t>як стіни святих Петра і Павла?***</w:t>
      </w:r>
    </w:p>
    <w:p>
      <w:r>
        <w:br/>
        <w:t>А навпроти сліпучі і крейдяні&lt;br /&gt;</w:t>
        <w:br/>
        <w:t>Суду**** й Бібліотеки***** фасади.&lt;br /&gt;</w:t>
        <w:br/>
        <w:t>Та й до біса ж кварталів перейдено&lt;br /&gt;</w:t>
        <w:br/>
        <w:t>у цю спеку з нудьги і досади.</w:t>
      </w:r>
    </w:p>
    <w:p>
      <w:r>
        <w:br/>
        <w:t>Ліворуч, як на поштівці паризькій,&lt;br /&gt;</w:t>
        <w:br/>
        <w:t>з пельок дельфінів, наяд, тритона&lt;br /&gt;</w:t>
        <w:br/>
        <w:t>струменить, хлюпочить і бризкає&lt;br /&gt;</w:t>
        <w:br/>
        <w:t>водограю соняшна запона.</w:t>
      </w:r>
    </w:p>
    <w:p>
      <w:r>
        <w:br/>
        <w:t>Він став лицем до води, як у казці,&lt;br /&gt;</w:t>
        <w:br/>
        <w:t>і очі зплющив — не старечі.&lt;br /&gt;</w:t>
        <w:br/>
        <w:t>Згадалося давнє, рідне, черкаське:&lt;br /&gt;</w:t>
        <w:br/>
        <w:t>"Обросивсь по самісінькі плечі!"</w:t>
      </w:r>
    </w:p>
    <w:p>
      <w:r>
        <w:br/>
        <w:t>___________________________________&lt;br /&gt;</w:t>
        <w:br/>
        <w:t>* назва одного з майданів у Філадельфії&lt;br /&gt;</w:t>
        <w:br/>
        <w:t>**англ. нижня частина міста&lt;br /&gt;</w:t>
        <w:br/>
        <w:t>*** римо-кат. Катедр. Собор у Філадельфії&lt;br /&gt;</w:t>
        <w:br/>
        <w:t>**** буд. окр.суду&lt;br /&gt;</w:t>
        <w:br/>
        <w:t>***** буд.міської бібліотеки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Тодось Осьмачка на майдані Лоґана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