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Точка зору</w:t>
      </w:r>
    </w:p>
    <w:p>
      <w:r>
        <w:br/>
        <w:t xml:space="preserve"> &lt;p&gt;Василь ШУКШИН</w:t>
      </w:r>
    </w:p>
    <w:p>
      <w:r>
        <w:br/>
        <w:t>ТОЧКА ЗОРУ</w:t>
      </w:r>
    </w:p>
    <w:p>
      <w:r>
        <w:br/>
        <w:t>Повість-казка</w:t>
      </w:r>
    </w:p>
    <w:p>
      <w:r>
        <w:br/>
        <w:t>За долами, за горами жило-було двоє юнаків — Песиміст і Оптиміст. Жили вони по сусідству і знай сперечались. Песиміст казав: "Усе в житті кепсько, вульгарно, нецікаво". Оптимістові, навпаки, все надзвичайно подобалось. "Життя — це лиш поривання вперед, це наче стометрівка, — любив казати він. І додавав: — Я, можливо, повторюю загальновідомі істини, та в тім-то й річ, що я не задумуюсь над тим, як треба міркувати про життя, — воно переповнює мене всього, й мені зостається тільки співати". І він часто співав. А Песиміст недобре якось сміявся: "Ка-ка-ка!" — "під Мефістофеля".</w:t>
      </w:r>
    </w:p>
    <w:p>
      <w:r>
        <w:br/>
        <w:t>— Ви, такі, не знаєте, що таке життя! — голосно кричав Оптиміст. — І ми вас, таких, попереджаємо!..</w:t>
      </w:r>
    </w:p>
    <w:p>
      <w:r>
        <w:br/>
        <w:t>— Ні, це ви не знаєте, що таке життя! — теж кричав Песиміст. — А ми знаємо. Наша туга виправдана.</w:t>
      </w:r>
    </w:p>
    <w:p>
      <w:r>
        <w:br/>
        <w:t>— Ти неправий, Алику!</w:t>
      </w:r>
    </w:p>
    <w:p>
      <w:r>
        <w:br/>
        <w:t>— Ка-ка-ка! — гірко сміявся Алик, Песиміст.</w:t>
      </w:r>
    </w:p>
    <w:p>
      <w:r>
        <w:br/>
        <w:t>От якось сперечалися вони, сперечались, мало не побились, але знову не дійшли ніякої згоди. Тоді Оптиміст каже:</w:t>
      </w:r>
    </w:p>
    <w:p>
      <w:r>
        <w:br/>
        <w:t>— Я знаю одного чарівника. Ходімо до нього, він розсудить нас.</w:t>
      </w:r>
    </w:p>
    <w:p>
      <w:r>
        <w:br/>
        <w:t>— Я знаю, чому ви прийшли до мене, — сказав Чарівник. — Я допоможу вам. Та спершу ви мені — кожен — покажіть життя таким, яким ви його бачите. Тільки тоді я зможу розв'язати вашу суперечку.</w:t>
      </w:r>
    </w:p>
    <w:p>
      <w:r>
        <w:br/>
        <w:t>— Я згоден! — дзвінко вигукнув Оптиміст.</w:t>
      </w:r>
    </w:p>
    <w:p>
      <w:r>
        <w:br/>
        <w:t>— Із задоволенням, — сказав Песиміст. — Я вам його покажу. О, я вам його покажу!</w:t>
      </w:r>
    </w:p>
    <w:p>
      <w:r>
        <w:br/>
        <w:t>— Бачите цей дім? — спитав Чарівник, скривившись від такої надмірної впевненості Песиміста.</w:t>
      </w:r>
    </w:p>
    <w:p>
      <w:r>
        <w:br/>
        <w:t>— Бачимо!</w:t>
      </w:r>
    </w:p>
    <w:p>
      <w:r>
        <w:br/>
        <w:t>— Там живе дівчина. Ввечері її прийдуть сватати. Я хочу, щоб кожен із вас показав цю подію в її житті так, як він бачить. Гаразд? — І Чарівник неголосно засміявся.</w:t>
      </w:r>
    </w:p>
    <w:p>
      <w:r>
        <w:br/>
        <w:t>Сказано як зав'язано. Ввечері вони втрьох прийшли до дівочого житла й сіли навпроти, на лавочці. Чарівник поглянув на годинник.</w:t>
      </w:r>
    </w:p>
    <w:p>
      <w:r>
        <w:br/>
        <w:t>— Вже час. Хто перший?</w:t>
      </w:r>
    </w:p>
    <w:p>
      <w:r>
        <w:br/>
        <w:t>— Я! — сказав Песиміст. Його дуже вже брала нетерплячка.</w:t>
      </w:r>
    </w:p>
    <w:p>
      <w:r>
        <w:br/>
        <w:t>Чарівник дав Песимістові чарівну гілочку і звелів:</w:t>
      </w:r>
    </w:p>
    <w:p>
      <w:r>
        <w:br/>
        <w:t>— Поведи цією гілочкою й скажи: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мені людей, але не такими, якими їх усі бачать, а такими, якими я, ім'ярек, бачу".</w:t>
      </w:r>
    </w:p>
    <w:p>
      <w:r>
        <w:br/>
        <w:t>Песиміст узяв гілочку, повів нею і сказав: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мені людей, але не такими, якими їх усі бачать, а такими, якими я, Алик, бачу".</w:t>
      </w:r>
    </w:p>
    <w:p>
      <w:r>
        <w:br/>
        <w:t>Тільки він так сказав, стіни житла Нареченої з тріском розкололися. І видно стало: брудна кімната; сім'я Нареченої — сама Наречена, її Мати, Батько й Дід сидять за столом, вечеряють.</w:t>
      </w:r>
    </w:p>
    <w:p>
      <w:r>
        <w:br/>
        <w:t>Мати Нареченої нахилилась до вуха свекора й сказала:</w:t>
      </w:r>
    </w:p>
    <w:p>
      <w:r>
        <w:br/>
        <w:t>— Ну й мастак ти пожерти, папашо!</w:t>
      </w:r>
    </w:p>
    <w:p>
      <w:r>
        <w:br/>
        <w:t>Дід скривився, перепитав:</w:t>
      </w:r>
    </w:p>
    <w:p>
      <w:r>
        <w:br/>
        <w:t>— Га?</w:t>
      </w:r>
    </w:p>
    <w:p>
      <w:r>
        <w:br/>
        <w:t>— Їси, кажу, багато, куди до біса!</w:t>
      </w:r>
    </w:p>
    <w:p>
      <w:r>
        <w:br/>
        <w:t>Старий образився, відсунув тарілку.</w:t>
      </w:r>
    </w:p>
    <w:p>
      <w:r>
        <w:br/>
        <w:t>За нього заступився син, Батько Нареченої:</w:t>
      </w:r>
    </w:p>
    <w:p>
      <w:r>
        <w:br/>
        <w:t>— Об'їв він тебе? — крикнув він на жінку.</w:t>
      </w:r>
    </w:p>
    <w:p>
      <w:r>
        <w:br/>
        <w:t>— А що я таке сказала? — в свою чергу розгнівалась Маги Нареченої. — Хай їсть. Треба тільки міру знати.</w:t>
      </w:r>
    </w:p>
    <w:p>
      <w:r>
        <w:br/>
        <w:t>Наречена крикнула на вухо Дідові:</w:t>
      </w:r>
    </w:p>
    <w:p>
      <w:r>
        <w:br/>
        <w:t>— Рубай, дідуню!</w:t>
      </w:r>
    </w:p>
    <w:p>
      <w:r>
        <w:br/>
        <w:t>Старий присунув тарілку й став похапцем сьорбати.</w:t>
      </w:r>
    </w:p>
    <w:p>
      <w:r>
        <w:br/>
        <w:t>У цей час по вулиці, простуючи до житла Нареченої, Пройшла група людей — родина Жениха: сам Жених, його Мати, Батько. Й з ними ще хтось — Незрозуміло хто.</w:t>
      </w:r>
    </w:p>
    <w:p>
      <w:r>
        <w:br/>
        <w:t>— А ту кімнату я однаково перегороджу, й ми там житимемо! — кричав Жених.</w:t>
      </w:r>
    </w:p>
    <w:p>
      <w:r>
        <w:br/>
        <w:t>— А дулю під носа хочеш? — спитав батько.</w:t>
      </w:r>
    </w:p>
    <w:p>
      <w:r>
        <w:br/>
        <w:t>— А я кажу: буду!</w:t>
      </w:r>
    </w:p>
    <w:p>
      <w:r>
        <w:br/>
        <w:t>— А я кажу: ні!</w:t>
      </w:r>
    </w:p>
    <w:p>
      <w:r>
        <w:br/>
        <w:t>— А я кажу: буду!</w:t>
      </w:r>
    </w:p>
    <w:p>
      <w:r>
        <w:br/>
        <w:t>— А я кажу: ні!</w:t>
      </w:r>
    </w:p>
    <w:p>
      <w:r>
        <w:br/>
        <w:t>— А де ж бо він житиме? — спитала чоловіка Мати Жениха. — Інтересний ти теж якийсь.</w:t>
      </w:r>
    </w:p>
    <w:p>
      <w:r>
        <w:br/>
        <w:t>— Хай де хоче, там і живе, — заявив Батько. — Коли я женився, мені батько теж так сказав: "Як хоч, так і живи".</w:t>
      </w:r>
    </w:p>
    <w:p>
      <w:r>
        <w:br/>
        <w:t>— Суд розсудить, — із притиском сказав Жених.</w:t>
      </w:r>
    </w:p>
    <w:p>
      <w:r>
        <w:br/>
        <w:t>— Суд розсудить, — згодився Батько.</w:t>
      </w:r>
    </w:p>
    <w:p>
      <w:r>
        <w:br/>
        <w:t>Група ввійшла в під'їзд.</w:t>
      </w:r>
    </w:p>
    <w:p>
      <w:r>
        <w:br/>
        <w:t>А в кімнаті в цей час Мати Нареченої розповідала:</w:t>
      </w:r>
    </w:p>
    <w:p>
      <w:r>
        <w:br/>
        <w:t>— Ця зараза сьогодні й каже мені на кухні: "Мені, — каже, — хтось гасу підлив у суп". А сама на мене дивиться. Я кажу: "Якщо ти, — кажу, — думаєш, що це я, то ти глибоко помиляєшся, — не з таких. Нас, — кажу, — дев'ятеро душ у сім'ї росло, і всі в люди вибилися, а ти, кажу, одного…"</w:t>
      </w:r>
    </w:p>
    <w:p>
      <w:r>
        <w:br/>
        <w:t>— Мамашо, а я бачила, — сказала Наречена.</w:t>
      </w:r>
    </w:p>
    <w:p>
      <w:r>
        <w:br/>
        <w:t>Дід тихенько засміявся.</w:t>
      </w:r>
    </w:p>
    <w:p>
      <w:r>
        <w:br/>
        <w:t>— Що ти бачила? — суворо спитала Мати.</w:t>
      </w:r>
    </w:p>
    <w:p>
      <w:r>
        <w:br/>
        <w:t>— Як ти гас підливала.</w:t>
      </w:r>
    </w:p>
    <w:p>
      <w:r>
        <w:br/>
        <w:t>Дід знову тихенько засміявся. І всі тихенько засміялись. Мати Нареченої також хихикнула.</w:t>
      </w:r>
    </w:p>
    <w:p>
      <w:r>
        <w:br/>
        <w:t>— Я їй хотіла туди мочалку покласти, та пошкодувала мочалки, — зізналась вона.</w:t>
      </w:r>
    </w:p>
    <w:p>
      <w:r>
        <w:br/>
        <w:t>В двері постукали.</w:t>
      </w:r>
    </w:p>
    <w:p>
      <w:r>
        <w:br/>
        <w:t>— Кого там іще чорт несе, — пробурчав Батько й пішов відчиняти.</w:t>
      </w:r>
    </w:p>
    <w:p>
      <w:r>
        <w:br/>
        <w:t>До кімнати ввійшов Жених зі своєю родиною. Привіталися:</w:t>
      </w:r>
    </w:p>
    <w:p>
      <w:r>
        <w:br/>
        <w:t>— Привіт!</w:t>
      </w:r>
    </w:p>
    <w:p>
      <w:r>
        <w:br/>
        <w:t>— Здрастуйте!</w:t>
      </w:r>
    </w:p>
    <w:p>
      <w:r>
        <w:br/>
        <w:t>— Смачного!</w:t>
      </w:r>
    </w:p>
    <w:p>
      <w:r>
        <w:br/>
        <w:t>— Здрастуйте!</w:t>
      </w:r>
    </w:p>
    <w:p>
      <w:r>
        <w:br/>
        <w:t>Тільки двоє промовчали: Дід і Незрозуміло хто. Незрозуміло хто став роззиратися по кімнаті.</w:t>
      </w:r>
    </w:p>
    <w:p>
      <w:r>
        <w:br/>
        <w:t>— Може, вечеряти з нами? — спитала Мати Нареченої.</w:t>
      </w:r>
    </w:p>
    <w:p>
      <w:r>
        <w:br/>
        <w:t>— Дякуємо, — сказав Батько Жениха. — У нас діло до вас.</w:t>
      </w:r>
    </w:p>
    <w:p>
      <w:r>
        <w:br/>
        <w:t>— Яке діло? — спитав Батько Нареченої, буцім не розуміючи, у чім, власне, це діло.</w:t>
      </w:r>
    </w:p>
    <w:p>
      <w:r>
        <w:br/>
        <w:t>Батько Жениха невдоволено подивився на сина, вийшов на середину кімнати й сказав:</w:t>
      </w:r>
    </w:p>
    <w:p>
      <w:r>
        <w:br/>
        <w:t>— Ну ось, значить: у вас, ми чули, товар залежався, а в нас покупець дурною маятою мучиться… Значить, треба їх обкрутити, і діло в шляпі. Як у вас із житлоплощею?</w:t>
      </w:r>
    </w:p>
    <w:p>
      <w:r>
        <w:br/>
        <w:t>— Це ви не туди потрапили! — відрізала Мати Нареченої.</w:t>
      </w:r>
    </w:p>
    <w:p>
      <w:r>
        <w:br/>
        <w:t>— Як? — Батько Жениха подивився на сина, той подав йому знак рукою: "Туди. Вона просто повиламуватись хоче". — Ні, ми туди потрапили. Ми "не туди" ніколи не потрапляємо.</w:t>
      </w:r>
    </w:p>
    <w:p>
      <w:r>
        <w:br/>
        <w:t>— Може, й туди, але товар у нас не залежався, — пояснила ображеним тоном Мати Нареченої. — У нас у роду цього не було…</w:t>
      </w:r>
    </w:p>
    <w:p>
      <w:r>
        <w:br/>
        <w:t>Тут не витримала Наречена.</w:t>
      </w:r>
    </w:p>
    <w:p>
      <w:r>
        <w:br/>
        <w:t>— Мамо, ну чого ти? Так-о, як ця… Це ж обряд такий, — сказала вона.</w:t>
      </w:r>
    </w:p>
    <w:p>
      <w:r>
        <w:br/>
        <w:t>— А ти мовчи! — прикрикнула на неї Мати. — Підіжми хвіст і мовчи. Без тебе як-небудь порозуміємось.</w:t>
      </w:r>
    </w:p>
    <w:p>
      <w:r>
        <w:br/>
        <w:t>— Ви свататися, чи що, прийшли? — нетерпляче спитав Батько Нареченої.</w:t>
      </w:r>
    </w:p>
    <w:p>
      <w:r>
        <w:br/>
        <w:t>— Свататись.</w:t>
      </w:r>
    </w:p>
    <w:p>
      <w:r>
        <w:br/>
        <w:t>— Так і кажіть, а то крутять тут…</w:t>
      </w:r>
    </w:p>
    <w:p>
      <w:r>
        <w:br/>
        <w:t>— А ти й не тямиш! — в'їдливо сказав Батько Жениха.</w:t>
      </w:r>
    </w:p>
    <w:p>
      <w:r>
        <w:br/>
        <w:t>Незрозуміло хто не звертав ніякої уваги на сватання. Він обдивився кругом, підійшов до старого, запитав:</w:t>
      </w:r>
    </w:p>
    <w:p>
      <w:r>
        <w:br/>
        <w:t>— Шифоньєр майстрували не самі?</w:t>
      </w:r>
    </w:p>
    <w:p>
      <w:r>
        <w:br/>
        <w:t>Дід не дочув:</w:t>
      </w:r>
    </w:p>
    <w:p>
      <w:r>
        <w:br/>
        <w:t>— Га?</w:t>
      </w:r>
    </w:p>
    <w:p>
      <w:r>
        <w:br/>
        <w:t>— Шифоньєр, кажу, майстрували не самі?</w:t>
      </w:r>
    </w:p>
    <w:p>
      <w:r>
        <w:br/>
        <w:t>Дід подивився на шифоньєр.</w:t>
      </w:r>
    </w:p>
    <w:p>
      <w:r>
        <w:br/>
        <w:t>— Ні. Якого дідька я його сам майструватиму?</w:t>
      </w:r>
    </w:p>
    <w:p>
      <w:r>
        <w:br/>
        <w:t>— А чого це ти до шифоньєра придивляєшся? — спитав Батько Нареченої, підозріливо приглядаючись до незнайомого чоловіка. Той саме уважно обдивлявся тумбочку. На запитання не відповів.</w:t>
      </w:r>
    </w:p>
    <w:p>
      <w:r>
        <w:br/>
        <w:t>Жених весь час стояв біля дверей. Коли Мати Нареченої сказала дочці: "Підіжми хвіст і мовчи!" — він утупився в неї некліпливими суворими очима. Потім не витримав і сказав:</w:t>
      </w:r>
    </w:p>
    <w:p>
      <w:r>
        <w:br/>
        <w:t>— Я дико вибачаюсь, та ви, мамашо, теж неправильно висловлюєтесь. — Ви, наприклад, сказали: "Підіжми хвіст". Я не згоден.</w:t>
      </w:r>
    </w:p>
    <w:p>
      <w:r>
        <w:br/>
        <w:t>Мати Нареченої приємно здивувалася.</w:t>
      </w:r>
    </w:p>
    <w:p>
      <w:r>
        <w:br/>
        <w:t>— Скажіть, який заступник знайшовся! Вона поки ще моя дочка як хочу, так і розмовляю з нею. От коли вона стане твоєю жінкою, тоді зможеш мені затикати рот.</w:t>
      </w:r>
    </w:p>
    <w:p>
      <w:r>
        <w:br/>
        <w:t>Жених не відчув у словах майбутньої тещі доброго ставлення до себе, по-дурному вперся:</w:t>
      </w:r>
    </w:p>
    <w:p>
      <w:r>
        <w:br/>
        <w:t>— А я не згоден! Треба теж вибирати вислови. Я вам теж можу сказати: "Зачиніть піддувало". Ви теж не згодитесь.</w:t>
      </w:r>
    </w:p>
    <w:p>
      <w:r>
        <w:br/>
        <w:t>Мати Жениха й Батько Жениха засміялися. Зате Мати Нареченої і Батько Нареченої недобре посуворішали.</w:t>
      </w:r>
    </w:p>
    <w:p>
      <w:r>
        <w:br/>
        <w:t>— Ні, чому, — сказав Батько Нареченої, — я просто за такі слова в лоб дам разок, і все.</w:t>
      </w:r>
    </w:p>
    <w:p>
      <w:r>
        <w:br/>
        <w:t>Жених поблажливо посміхнувся, а Наречена хихикнула.</w:t>
      </w:r>
    </w:p>
    <w:p>
      <w:r>
        <w:br/>
        <w:t>— Папашо, — сказала вона радісно, — адже він першорозрядник із боксу. В нього удар — двісті п'ятдесят кеге.</w:t>
      </w:r>
    </w:p>
    <w:p>
      <w:r>
        <w:br/>
        <w:t>Батько Нареченої прикусив язика.</w:t>
      </w:r>
    </w:p>
    <w:p>
      <w:r>
        <w:br/>
        <w:t>— А тумбочки теж майстрували не самі? — запитав Невідомо хто в Діда.</w:t>
      </w:r>
    </w:p>
    <w:p>
      <w:r>
        <w:br/>
        <w:t>— Га?</w:t>
      </w:r>
    </w:p>
    <w:p>
      <w:r>
        <w:br/>
        <w:t>— Тумбочки, кажу…</w:t>
      </w:r>
    </w:p>
    <w:p>
      <w:r>
        <w:br/>
        <w:t>Дід поглянув на тумбочки:</w:t>
      </w:r>
    </w:p>
    <w:p>
      <w:r>
        <w:br/>
        <w:t>— Ні.</w:t>
      </w:r>
    </w:p>
    <w:p>
      <w:r>
        <w:br/>
        <w:t>— Ну гаразд, — сказав Батько Жениха, — це все пусті балачки. Як у вас із житлоплощею? Тільки не тягніть кота за хвіст.</w:t>
      </w:r>
    </w:p>
    <w:p>
      <w:r>
        <w:br/>
        <w:t>Тут несподівано вибухнув Дід.</w:t>
      </w:r>
    </w:p>
    <w:p>
      <w:r>
        <w:br/>
        <w:t>— Це неподобство! — вигукнув він. — До чого тут житлоплоща, коли вони кохають одне одного?</w:t>
      </w:r>
    </w:p>
    <w:p>
      <w:r>
        <w:br/>
        <w:t>Всі здивувалися.</w:t>
      </w:r>
    </w:p>
    <w:p>
      <w:r>
        <w:br/>
        <w:t>— Ти що, з глузду зсунувся? — спитав Батько Нареченої. — Чи зірвався з одного місця?</w:t>
      </w:r>
    </w:p>
    <w:p>
      <w:r>
        <w:br/>
        <w:t>— Прокинувся, — шпигнула Мати Нареченої. —Чого ти лізеш не в своє діло? Твоє місце знаєш де?.. Сказати?</w:t>
      </w:r>
    </w:p>
    <w:p>
      <w:r>
        <w:br/>
        <w:t>— Я правильно кажу. Спершу треба наречену спитати: згодна вона чи ні. Ти згодна, внучко, за цього дурня?</w:t>
      </w:r>
    </w:p>
    <w:p>
      <w:r>
        <w:br/>
        <w:t>Жених знову поблажливо всміхнувся. Одначе всі подивились на Наречену.</w:t>
      </w:r>
    </w:p>
    <w:p>
      <w:r>
        <w:br/>
        <w:t>У цей час як на гріх увійшла Сусідка, підстаркувата дівка. Глипнула очима туди-сюди і вмить утямила, що тут відбувається.</w:t>
      </w:r>
    </w:p>
    <w:p>
      <w:r>
        <w:br/>
        <w:t>— О, у вас гості? — сказала вона, всміхаючись. — Вибачте, будь ласка, я тільки хотіла праску попросити. Катре, — до Нареченої, — дай мені, будь ласкава, праску.</w:t>
      </w:r>
    </w:p>
    <w:p>
      <w:r>
        <w:br/>
        <w:t>Катря надумала зіграти на Сусідку, подумала поставити на кухні невеликий нерукотворний пам'ятник собі: надумала вбити Сусідку.</w:t>
      </w:r>
    </w:p>
    <w:p>
      <w:r>
        <w:br/>
        <w:t>— Я ще не знаю, — сказала вона, знітившись. — Я ще думаю. Взагалі, мені ще рано заміж.</w:t>
      </w:r>
    </w:p>
    <w:p>
      <w:r>
        <w:br/>
        <w:t>Всі сторопіли. Запала ніякова пауза.</w:t>
      </w:r>
    </w:p>
    <w:p>
      <w:r>
        <w:br/>
        <w:t>— Так? — спитав Жених. — Може, нам краще розійтись, як у морі кораблям? Щоб без теревенів?..</w:t>
      </w:r>
    </w:p>
    <w:p>
      <w:r>
        <w:br/>
        <w:t>Знову пауза. Мить важка, огидна.</w:t>
      </w:r>
    </w:p>
    <w:p>
      <w:r>
        <w:br/>
        <w:t>— Катре, — обізвалася Сусідка. — Я по праску… Вибачте, будьте ласкаві.</w:t>
      </w:r>
    </w:p>
    <w:p>
      <w:r>
        <w:br/>
        <w:t>Ніхто на неї не звернув уваги. Катрі тим більш було не до праски. Дід звівся, знайшов праску, подав Сусідці. Та вийшла. Незрозуміло хто зупинив Діда й мовив:</w:t>
      </w:r>
    </w:p>
    <w:p>
      <w:r>
        <w:br/>
        <w:t>— Цікаво, а етажерку…</w:t>
      </w:r>
    </w:p>
    <w:p>
      <w:r>
        <w:br/>
        <w:t>— Йди до дідька! — розгнівався старий. — Я не столярі Я машиністом був — ту-ту!.. Зрозумів?</w:t>
      </w:r>
    </w:p>
    <w:p>
      <w:r>
        <w:br/>
        <w:t>— Чого ви кричите? Я ж не глухий, як дехто тут.</w:t>
      </w:r>
    </w:p>
    <w:p>
      <w:r>
        <w:br/>
        <w:t>— Ні, я хочу зрозуміти — в якому смислі треба розуміти: "Мені ще рано заміж"? — спитав Жених.</w:t>
      </w:r>
    </w:p>
    <w:p>
      <w:r>
        <w:br/>
        <w:t>— Та в такому самому… — Наречена зрозуміла, що зморозила дурницю, розгубилась.</w:t>
      </w:r>
    </w:p>
    <w:p>
      <w:r>
        <w:br/>
        <w:t>— У якому "в такому самому"?</w:t>
      </w:r>
    </w:p>
    <w:p>
      <w:r>
        <w:br/>
        <w:t>— Та в такому самому. Й нічого до мене чіплятися. — Вона мало не плакала з відчаю.</w:t>
      </w:r>
    </w:p>
    <w:p>
      <w:r>
        <w:br/>
        <w:t>— Я все зрозумів, — сказав Жених. — Ходімо, рідня.</w:t>
      </w:r>
    </w:p>
    <w:p>
      <w:r>
        <w:br/>
        <w:t>— Посмішили людей і ходімо? Так тільки коміки чинять, — сказала Мати Нареченої.</w:t>
      </w:r>
    </w:p>
    <w:p>
      <w:r>
        <w:br/>
        <w:t>— Я, може, пожартувала, — спробувала врятувати становище Наречена. — Я, може, просто так сказала.</w:t>
      </w:r>
    </w:p>
    <w:p>
      <w:r>
        <w:br/>
        <w:t>— Нічого собі жарти! — вигукнув Жених. — Я теж можу сказати: "Мені ще рано женитись, я ще не нагулявся". Цікаво, сподобається тобі це? Не сподобається, більш ніж певен.</w:t>
      </w:r>
    </w:p>
    <w:p>
      <w:r>
        <w:br/>
        <w:t>— Вона не хотіла так сказати, — мовила Мати Нареченої.</w:t>
      </w:r>
    </w:p>
    <w:p>
      <w:r>
        <w:br/>
        <w:t>— А як вона хотіла сказати?! Я не дурень, як натякає ваш глушман, я розумію, як вона сказала.</w:t>
      </w:r>
    </w:p>
    <w:p>
      <w:r>
        <w:br/>
        <w:t>— Вона — дівчина й повинна бути скромною, — встряв до неприємної розмови Батько Нареченої. — Мало, що вона згодна! Вона повинна казати, що не згода.</w:t>
      </w:r>
    </w:p>
    <w:p>
      <w:r>
        <w:br/>
        <w:t>— Я тільки сказала: я подумаю.</w:t>
      </w:r>
    </w:p>
    <w:p>
      <w:r>
        <w:br/>
        <w:t>— Знаєте!.. — заревів Жених. — Знаємо ми ці коники! Сьогодні — подумаю, а завтра — хихоньки з сусідом. Знаємо ми це. В мене один друг теж женився: вона його другого ж дня зрадила.</w:t>
      </w:r>
    </w:p>
    <w:p>
      <w:r>
        <w:br/>
        <w:t>— Ну й ми теж дещо знаємо! — пожвавішала Наречена. — В однієї моєї подружки теж чоловік сказав, що їде у відрядження, а сам жив із нашою спільною знайомою. Вона їх заскочила. Так він набрався нахабства й каже: "А ми, — каже, — нічого, ми, — каже, — листа турецькому султанові пишемо…"</w:t>
      </w:r>
    </w:p>
    <w:p>
      <w:r>
        <w:br/>
        <w:t>— Теж — комік, — кинула Мати Нареченої.</w:t>
      </w:r>
    </w:p>
    <w:p>
      <w:r>
        <w:br/>
        <w:t>— А в мене товариш був, — згадав Батько Нареченої, — так що він вчудив: заскочив теж жінку з полюбовником і скинув його з чотирнадцятого поверху.</w:t>
      </w:r>
    </w:p>
    <w:p>
      <w:r>
        <w:br/>
        <w:t>— Розбився? — поцікавився Незрозуміло хто.</w:t>
      </w:r>
    </w:p>
    <w:p>
      <w:r>
        <w:br/>
        <w:t>— Полюбовник? Авжеж. Із чотирнадцятого поверху… Спробуй.</w:t>
      </w:r>
    </w:p>
    <w:p>
      <w:r>
        <w:br/>
        <w:t>— А я оце йду вчора вулицею, — обізвався Батько Жениха, — дивлюсь: чоловік лупцює жінку що є сили. А в самого кулак — як дитяча голівка. Я йому кажу: "Що ж ти робиш? Адже ти можеш їй ребра поламати". А він мені відповідає: "Чим, — каже, — менше женщину ми любим, тим більше нравимось ми їй". Доцент якийсь…</w:t>
      </w:r>
    </w:p>
    <w:p>
      <w:r>
        <w:br/>
        <w:t>— У вас санвузол об'єднаний? — спитав Незрозуміло хто в Батька Нареченої.</w:t>
      </w:r>
    </w:p>
    <w:p>
      <w:r>
        <w:br/>
        <w:t>— Об'єднаний, — відповів той.</w:t>
      </w:r>
    </w:p>
    <w:p>
      <w:r>
        <w:br/>
        <w:t>— Це кепсько, — сказав Незрозуміло хто.</w:t>
      </w:r>
    </w:p>
    <w:p>
      <w:r>
        <w:br/>
        <w:t>— Кому як. — Батько Нареченої знову підозріливо подивився на незнайомця. — Тісно, та не слізно, кажуть.</w:t>
      </w:r>
    </w:p>
    <w:p>
      <w:r>
        <w:br/>
        <w:t>— А сусіди як? Нічого?</w:t>
      </w:r>
    </w:p>
    <w:p>
      <w:r>
        <w:br/>
        <w:t>— Нічого. Тимошка Соколов тільки бешкетує часто. Ось тут, через стіну, живе. З сокирою бігає, шибки б'є інколи… А вчора, наприклад, приплентався додому в стані зеленого алкоголю. А сім'я, — ну, тобто рідня й знайомі, дивились телевізор. Ну, він теж став дивитись. Подивився трохи й каже: "Таких теслів не буває!" Його попросили привести себе до ладу. А він своє: "Таких теслів не буває! Я, — каже, — сам тесля — знаю! Це все брехня". Зняв чобіт із лівої ноги і вдарив по телевізору.</w:t>
      </w:r>
    </w:p>
    <w:p>
      <w:r>
        <w:br/>
        <w:t>— Скільки дали? — спитав Незрозуміло хто.</w:t>
      </w:r>
    </w:p>
    <w:p>
      <w:r>
        <w:br/>
        <w:t>— П'ятнадцять діб. Я сам і відвів його у відділення. Критик ти, — кажу, — а не тесля.</w:t>
      </w:r>
    </w:p>
    <w:p>
      <w:r>
        <w:br/>
        <w:t>— Який телевізор? — спитав Незрозуміло хто.</w:t>
      </w:r>
    </w:p>
    <w:p>
      <w:r>
        <w:br/>
        <w:t>— Звичайний телевізор.</w:t>
      </w:r>
    </w:p>
    <w:p>
      <w:r>
        <w:br/>
        <w:t>— Вони всякі бувають.</w:t>
      </w:r>
    </w:p>
    <w:p>
      <w:r>
        <w:br/>
        <w:t>— У них "Рекорд" був, — сказала Наречена.</w:t>
      </w:r>
    </w:p>
    <w:p>
      <w:r>
        <w:br/>
        <w:t>— Найгірший. А ось у вас, я бачу, ніякого телевізора нема.</w:t>
      </w:r>
    </w:p>
    <w:p>
      <w:r>
        <w:br/>
        <w:t>— Телевізор — це тільки клопіт, — уперто сказав Жених. — У одного мого друга теж телевізор був… Дивились якось із сусідами виставу про любов. Світло, звісно, вимкнули. Ну, один сусід почав мацати жінку друга. Вони, значить, так сиділи: вона попереду, жінка та, а чоловік із сусідами ззаду. Ну, він став її погладжувати. Вона каже: "Це ти, Васю?" — чоловіка її Васею звати. А Вася — ні сном, ні духом. "Що?" — каже. "Нічого, — це вона. — Я, — каже, — думала, це ти".</w:t>
      </w:r>
    </w:p>
    <w:p>
      <w:r>
        <w:br/>
        <w:t>— Ая-яй, — сказала Мати Нареченої.</w:t>
      </w:r>
    </w:p>
    <w:p>
      <w:r>
        <w:br/>
        <w:t>— Ловко! — захоплено мовив Батько Нареченої.</w:t>
      </w:r>
    </w:p>
    <w:p>
      <w:r>
        <w:br/>
        <w:t>— А як на мене, от — чи він є, цей телевізор, чи його немає, — однаково, — сказала Наречена. — Я більше люблю у вікно дивитись.</w:t>
      </w:r>
    </w:p>
    <w:p>
      <w:r>
        <w:br/>
        <w:t>— Пустощі самі від цих телевізорів, — згодилась Мати Нареченої.</w:t>
      </w:r>
    </w:p>
    <w:p>
      <w:r>
        <w:br/>
        <w:t>— Ні, інколи можна подивитись, чому ж, — сказав Жених. — Зовсім не дивитися телевізор — це теж відсталість. Але навіщо світло гасити?</w:t>
      </w:r>
    </w:p>
    <w:p>
      <w:r>
        <w:br/>
        <w:t>— Еге, це вже так, — підтакнула Мати Нареченої. — Світло погасять — тут же, звісно…</w:t>
      </w:r>
    </w:p>
    <w:p>
      <w:r>
        <w:br/>
        <w:t>— Еге, тут уже тільки тримайся, це точно, — докинув Батько Нареченої.</w:t>
      </w:r>
    </w:p>
    <w:p>
      <w:r>
        <w:br/>
        <w:t>— При світлі, звісно, можна подивитись, — виправилась Наречена, — я в цьому смислі й сказала. Я в цьому смислі нічого не маю проти… В однієї моєї подружки теж телевізор є… Вона, як бачить мене, завжди каже: "Чому ти ніколи на телевізор не приходиш?" Я кажу: "Ні, дивіться вже самі". Вона каже: "Чому? Хоч, — каже, — посміємось". — "Ні, — кажу, — дивіться вже самі". А тому що я знаю, що вони, коли дивляться телевізор, світло завжди гасять.</w:t>
      </w:r>
    </w:p>
    <w:p>
      <w:r>
        <w:br/>
        <w:t>— "Посміємось"! — обурилась Мати Нареченої. — "Приходь, хоч посміємося"! Почнуть усі сміятися, так ти й не помітиш, як тебе облапають усю. І я завжди своїй дочці казала: "Ніколи не смійся, доню!" Вона подеколи: "Мамо, я в кіно піду". — "А чого, — кажу, — ти там не бачила? Чого? Знову сміятися будете?"</w:t>
      </w:r>
    </w:p>
    <w:p>
      <w:r>
        <w:br/>
        <w:t>— Ні, інколи можна посміятись, чому ж. Коли комедія якась — будь ласка, смійся. Тому й на афішах пишуть: "Комедія". — Жених потроху нахабнів. — Я сам люблю комедії…</w:t>
      </w:r>
    </w:p>
    <w:p>
      <w:r>
        <w:br/>
        <w:t>— В здоровому тілі — здоровий дух, — згодився Батько Нареченої. Чим більше нахабнів Жених, тим активніше запобігали перед ним Наречена, Батько Нареченої, Мати: хоч як крути, а заміж треба.</w:t>
      </w:r>
    </w:p>
    <w:p>
      <w:r>
        <w:br/>
        <w:t>— А при чім тут тіло? — суворо запитав Жених.</w:t>
      </w:r>
    </w:p>
    <w:p>
      <w:r>
        <w:br/>
        <w:t>— Я в тому смислі, що я теж кіно поважаю.</w:t>
      </w:r>
    </w:p>
    <w:p>
      <w:r>
        <w:br/>
        <w:t>— Треба ж вибирати вирази.</w:t>
      </w:r>
    </w:p>
    <w:p>
      <w:r>
        <w:br/>
        <w:t>— Це правильно, авжеж.</w:t>
      </w:r>
    </w:p>
    <w:p>
      <w:r>
        <w:br/>
        <w:t>— Взагалі, кіно — це розпуста, — сказав Жених. — Ти ж береш квиток, ти ж не знаєш, хто поруч із тобою сидітиме. Буває так, що сяде якась фіфочка… Від неї парфумами всякими… Тут не те що на екран, тут усякі думки в голову лізуть, хе-хе…</w:t>
      </w:r>
    </w:p>
    <w:p>
      <w:r>
        <w:br/>
        <w:t>Всі голосно засміялись.</w:t>
      </w:r>
    </w:p>
    <w:p>
      <w:r>
        <w:br/>
        <w:t>У двері постукали.</w:t>
      </w:r>
    </w:p>
    <w:p>
      <w:r>
        <w:br/>
        <w:t>— Можна! — сказав Батько Нареченої.</w:t>
      </w:r>
    </w:p>
    <w:p>
      <w:r>
        <w:br/>
        <w:t>Ввійшов літній скромний Громадянин з газетою в руках.</w:t>
      </w:r>
    </w:p>
    <w:p>
      <w:r>
        <w:br/>
        <w:t>— Що трапилося, сусідоньку? — миролюбно спитав Батько Нареченої.</w:t>
      </w:r>
    </w:p>
    <w:p>
      <w:r>
        <w:br/>
        <w:t>— Чи не можна тихіше, товариші?</w:t>
      </w:r>
    </w:p>
    <w:p>
      <w:r>
        <w:br/>
        <w:t>— Чи бачиш, у нас че-пе — дочку заміж віддаємо.</w:t>
      </w:r>
    </w:p>
    <w:p>
      <w:r>
        <w:br/>
        <w:t>— Я розумію, а все-таки… будь ласка, га?</w:t>
      </w:r>
    </w:p>
    <w:p>
      <w:r>
        <w:br/>
        <w:t>— Гаразд.</w:t>
      </w:r>
    </w:p>
    <w:p>
      <w:r>
        <w:br/>
        <w:t>Скромний Громадянин вийшов.</w:t>
      </w:r>
    </w:p>
    <w:p>
      <w:r>
        <w:br/>
        <w:t>— Хто це? — спитав Незрозуміло хто.</w:t>
      </w:r>
    </w:p>
    <w:p>
      <w:r>
        <w:br/>
        <w:t>— Та бухгалтерик один… Противний, зараза! Ми тут недавно блощиць морили гасом, ну, звісно, відчинили двері, щоб запах у коридор виходив. Так він навмисне зав'язав голову рушником і ходить із рушником. "Голова, — каже, — болить від вашого гасу".</w:t>
      </w:r>
    </w:p>
    <w:p>
      <w:r>
        <w:br/>
        <w:t>— "Від вашого гасу…" А сам, напевне, з похмілля мучився, — сердито сказала Мати Нареченої.</w:t>
      </w:r>
    </w:p>
    <w:p>
      <w:r>
        <w:br/>
        <w:t>— Зловживає? — спитав Незрозуміло хто.</w:t>
      </w:r>
    </w:p>
    <w:p>
      <w:r>
        <w:br/>
        <w:t>— Та каже, що в нього шлунок вирізано. А сам, напевне, п'є тихенько. Хто тепер не п'є?</w:t>
      </w:r>
    </w:p>
    <w:p>
      <w:r>
        <w:br/>
        <w:t>— Я сам недавно хильнув із дружками в кафе — ледь додому прителіпався, — весело сказав Батько Нареченої. — Спасибі, хлопці-дружинники допомогли.</w:t>
      </w:r>
    </w:p>
    <w:p>
      <w:r>
        <w:br/>
        <w:t>— Якщо не бешкетуєте, чому не випити? — докинула своє слово Мати Жениха. — Бувають буйні.</w:t>
      </w:r>
    </w:p>
    <w:p>
      <w:r>
        <w:br/>
        <w:t>— Ні, він спокійний у нас, — не без похвальби сказала Мати Нареченої.</w:t>
      </w:r>
    </w:p>
    <w:p>
      <w:r>
        <w:br/>
        <w:t>Батькові Нареченої явно полестило зауваження жінки, розхвастався:</w:t>
      </w:r>
    </w:p>
    <w:p>
      <w:r>
        <w:br/>
        <w:t>— Я зразу — спати. Інших тягне десь вештатись, а я зразу додому — спати.</w:t>
      </w:r>
    </w:p>
    <w:p>
      <w:r>
        <w:br/>
        <w:t>— Папаша у нас, як нап'ється, так бере пісенник і співає всі пісні підряд. І всі на один мотив, — сказала Наречена, з любов'ю дивлячись на батька.</w:t>
      </w:r>
    </w:p>
    <w:p>
      <w:r>
        <w:br/>
        <w:t>Задоволений Батько засміявся:</w:t>
      </w:r>
    </w:p>
    <w:p>
      <w:r>
        <w:br/>
        <w:t>— Ну, ти вже скажеш, дочко.</w:t>
      </w:r>
    </w:p>
    <w:p>
      <w:r>
        <w:br/>
        <w:t>— А що, неправда? Мама його лає матом, а він собі співає.</w:t>
      </w:r>
    </w:p>
    <w:p>
      <w:r>
        <w:br/>
        <w:t>— Хе-хе-хе… Ні, я справді таких не розумію: нап'ється — і ось починає корчити з себе. Правильно, що почали боротьбу з такими. Напився? Йди додому! І ніхто ніколи тобі слова не скаже. Навпаки, будуть за приклад ставити.</w:t>
      </w:r>
    </w:p>
    <w:p>
      <w:r>
        <w:br/>
        <w:t>— Якщо не бешкетуєте, то чому ж, — знову сказала Мати Жениха й подивилась на свого чоловіка.</w:t>
      </w:r>
    </w:p>
    <w:p>
      <w:r>
        <w:br/>
        <w:t>— У мене батько-покійник, царство йому небесне, Катрин дідуньо, — згадала Мати Нареченої, — такий був. Душевна людина! Уже ж і пив, господи-батеньку!.. Сам дві півлітри вихиляв. Але щоб він кому-небудь зайве слово сказав чи лайнувся на вулиці — ніколи! Прийде, бувало, — ледве на ногах стоїть, а сам знай усміхається. "Ось і я", — каже. Любили його всі. Так від запою й помер, бідолаха.</w:t>
      </w:r>
    </w:p>
    <w:p>
      <w:r>
        <w:br/>
        <w:t>— А я от ніколи не пам'ятаю, що зі мною буває, — сказав Батько Жениха. — Прокинешся ранком і думаєш: "Що ж учора було?"</w:t>
      </w:r>
    </w:p>
    <w:p>
      <w:r>
        <w:br/>
        <w:t>— Це небезпечно, — авторитетно сказав Батько Нареченої. —Так можна підзалетіти. У нас днями судили одного…</w:t>
      </w:r>
    </w:p>
    <w:p>
      <w:r>
        <w:br/>
        <w:t>— Аз моїм другом теж днями історія трапилась, — озвався Жених. — Пішов він із жінкою в гості до наших спільних знайомих, випили теж, завели радіолу, стали танцювати. А він, друг мій, помічає, що в його жінки чомусь очі блищать. Ну, прикинувся п'яним. Потім — шасть на кухню: а там цілує його жінку наш спільний знайомий. Світло, звісно, вимкнуто.</w:t>
      </w:r>
    </w:p>
    <w:p>
      <w:r>
        <w:br/>
        <w:t>— Ая-яй! — сказала Мати Нареченої.</w:t>
      </w:r>
    </w:p>
    <w:p>
      <w:r>
        <w:br/>
        <w:t>— Ловко! — вигукнув Батько Нареченої.</w:t>
      </w:r>
    </w:p>
    <w:p>
      <w:r>
        <w:br/>
        <w:t>— А він що? — спитав Незрозуміло хто. — Викинув його?</w:t>
      </w:r>
    </w:p>
    <w:p>
      <w:r>
        <w:br/>
        <w:t>— Хто?</w:t>
      </w:r>
    </w:p>
    <w:p>
      <w:r>
        <w:br/>
        <w:t>— А чоловік?</w:t>
      </w:r>
    </w:p>
    <w:p>
      <w:r>
        <w:br/>
        <w:t>— Він їм нічого не сказав.</w:t>
      </w:r>
    </w:p>
    <w:p>
      <w:r>
        <w:br/>
        <w:t>— !!!</w:t>
      </w:r>
    </w:p>
    <w:p>
      <w:r>
        <w:br/>
        <w:t>— А коли вони пішли з кухні, він узяв зіпсував їм холодильник і випустив папугу з клітки. Зовсім — у кватирку.</w:t>
      </w:r>
    </w:p>
    <w:p>
      <w:r>
        <w:br/>
        <w:t>— Ловко!</w:t>
      </w:r>
    </w:p>
    <w:p>
      <w:r>
        <w:br/>
        <w:t>— Я от не розумію жінок, які танцювати люблять, — мовила Наречена. — Що хорошого? Крутяться, крутяться — дивитися гидко.</w:t>
      </w:r>
    </w:p>
    <w:p>
      <w:r>
        <w:br/>
        <w:t>— Ні, інколи можна потанцювати, чому ж. А взагалі — це розпуста, я по собі суджу: підеш із якоюсь фіфочкою, а від неї парфумами всякими… Хе-хе…</w:t>
      </w:r>
    </w:p>
    <w:p>
      <w:r>
        <w:br/>
        <w:t>Всі знову голосно засміялись.</w:t>
      </w:r>
    </w:p>
    <w:p>
      <w:r>
        <w:br/>
        <w:t>У двері постукали.</w:t>
      </w:r>
    </w:p>
    <w:p>
      <w:r>
        <w:br/>
        <w:t>— Можна! — сказав Батько Нареченої.</w:t>
      </w:r>
    </w:p>
    <w:p>
      <w:r>
        <w:br/>
        <w:t>Ввійшов літній чоловік із газетою.</w:t>
      </w:r>
    </w:p>
    <w:p>
      <w:r>
        <w:br/>
        <w:t>— Товариші, чи не можна тихіше?</w:t>
      </w:r>
    </w:p>
    <w:p>
      <w:r>
        <w:br/>
        <w:t>— Знаєте що! — вибухнула Мати Нареченої. — Йдіть краще похмеліться! Вештаються тут алкоголіки всякі!</w:t>
      </w:r>
    </w:p>
    <w:p>
      <w:r>
        <w:br/>
        <w:t>Громадянин витріщив на неї очі.</w:t>
      </w:r>
    </w:p>
    <w:p>
      <w:r>
        <w:br/>
        <w:t>— Ви що, збожеволіли?</w:t>
      </w:r>
    </w:p>
    <w:p>
      <w:r>
        <w:br/>
        <w:t>На Громадянина посунув Батько Нареченої.</w:t>
      </w:r>
    </w:p>
    <w:p>
      <w:r>
        <w:br/>
        <w:t>— Як ти сказав? Я не зовсім розчув. Ну, повтори ще…</w:t>
      </w:r>
    </w:p>
    <w:p>
      <w:r>
        <w:br/>
        <w:t>Жених зупинив його й чемно сказав скромному Громадянину:</w:t>
      </w:r>
    </w:p>
    <w:p>
      <w:r>
        <w:br/>
        <w:t>— Товаришу, я вас зараз покалічу. От сюди дістану разок… Оп!.. — Він зробив випад, лякаючи Громадянина.</w:t>
      </w:r>
    </w:p>
    <w:p>
      <w:r>
        <w:br/>
        <w:t>Громадянин вибіг із кімнати. Всі знову засміялись.</w:t>
      </w:r>
    </w:p>
    <w:p>
      <w:r>
        <w:br/>
        <w:t>— Ось так і треба з ними, — сказала Мати Нареченої.</w:t>
      </w:r>
    </w:p>
    <w:p>
      <w:r>
        <w:br/>
        <w:t>— Ох і знахабнів народ, — обурився Батько Нареченої. — Це ж — не пройдеш вулицею, щоб тобі щось не віддавили. Мені на днях усі руки віддавили.</w:t>
      </w:r>
    </w:p>
    <w:p>
      <w:r>
        <w:br/>
        <w:t>Незрозуміло хто запитливо втупився в Батька Нареченої.</w:t>
      </w:r>
    </w:p>
    <w:p>
      <w:r>
        <w:br/>
        <w:t>— А я якось іду вулицею, — обізвався Батько Жениха, — до мене підходять двоє. "Давай, — кажуть, — на трьох". Я кажу: "У мене грошей нема". Так один мені сунув ось сюди кулаком і каже: "Зазнався, сука".</w:t>
      </w:r>
    </w:p>
    <w:p>
      <w:r>
        <w:br/>
        <w:t>— У таких випадках треба зразу ось сюди бити, — сказав Жених. Підійшов до батька, показав — під груди! — Ось так — р-раз!..</w:t>
      </w:r>
    </w:p>
    <w:p>
      <w:r>
        <w:br/>
        <w:t>— Ой!</w:t>
      </w:r>
    </w:p>
    <w:p>
      <w:r>
        <w:br/>
        <w:t>— У нас недавно оказія трапилась: приходимо з другом у парк…</w:t>
      </w:r>
    </w:p>
    <w:p>
      <w:r>
        <w:br/>
        <w:t>— Одну хвилинку, я переб'ю, — сказав Незрозуміло хто. — Я не дотумкав, як це вам руки віддавили?</w:t>
      </w:r>
    </w:p>
    <w:p>
      <w:r>
        <w:br/>
        <w:t>Батько Нареченої оглушливо засміявся. І всі, хто був у кімнаті, оглушливо засміялись і подивилися на Незрозуміло кого, як на дурника.</w:t>
      </w:r>
    </w:p>
    <w:p>
      <w:r>
        <w:br/>
        <w:t>— А ось так! — вигукнув Батько Нареченої, став навкарачки й пішов по кімнаті. — Йдіть до мене.</w:t>
      </w:r>
    </w:p>
    <w:p>
      <w:r>
        <w:br/>
        <w:t>Незрозуміло хто стояв на місці.</w:t>
      </w:r>
    </w:p>
    <w:p>
      <w:r>
        <w:br/>
        <w:t>— Ну йди, йди, — підштовхнув ЙОГО Жених.</w:t>
      </w:r>
    </w:p>
    <w:p>
      <w:r>
        <w:br/>
        <w:t>Незрозуміло хто наблизився до Батька Нареченої.</w:t>
      </w:r>
    </w:p>
    <w:p>
      <w:r>
        <w:br/>
        <w:t>— Ось я йду додому, — пояснював Батько Нареченої, стоячи навкарачки. — Так. А ти — перехожий… Йди повз мене. Йди!</w:t>
      </w:r>
    </w:p>
    <w:p>
      <w:r>
        <w:br/>
        <w:t>— Навіщо?</w:t>
      </w:r>
    </w:p>
    <w:p>
      <w:r>
        <w:br/>
        <w:t>— Та йди, не бійся!</w:t>
      </w:r>
    </w:p>
    <w:p>
      <w:r>
        <w:br/>
        <w:t>Незрозуміло хто пішов повз нього.</w:t>
      </w:r>
    </w:p>
    <w:p>
      <w:r>
        <w:br/>
        <w:t>— Йдеш, так? — спитав Батько Нареченої.</w:t>
      </w:r>
    </w:p>
    <w:p>
      <w:r>
        <w:br/>
        <w:t>— Йду.</w:t>
      </w:r>
    </w:p>
    <w:p>
      <w:r>
        <w:br/>
        <w:t>— Тепер наступай мені на руку… Ну, наступай!</w:t>
      </w:r>
    </w:p>
    <w:p>
      <w:r>
        <w:br/>
        <w:t>— А-а! — нарешті втямив Незрозуміло хто.</w:t>
      </w:r>
    </w:p>
    <w:p>
      <w:r>
        <w:br/>
        <w:t>Всі знову засміялись. Батько Нареченої звівся, обтрусив коліна.</w:t>
      </w:r>
    </w:p>
    <w:p>
      <w:r>
        <w:br/>
        <w:t>— Ось так і віддавлюють руки, хлопче, — сказав він, поблажливо всміхаючись.</w:t>
      </w:r>
    </w:p>
    <w:p>
      <w:r>
        <w:br/>
        <w:t>— Ну, приходите ви, значить, із другом у парк? — нагадала Наречена Женихові, заздалегідь усміхаючись.</w:t>
      </w:r>
    </w:p>
    <w:p>
      <w:r>
        <w:br/>
        <w:t>— Ну, приходимо ми, значить, у парк, друг і каже мені: "Тут, — каже, — один тип є, він у мене дівчину відбив. Ходімо, — каже, — побалакаємо з ним як, жельтмени". Я йому як дав ось сюди, він двадцять сім хвилин у нокауті був.</w:t>
      </w:r>
    </w:p>
    <w:p>
      <w:r>
        <w:br/>
        <w:t>— Ловко!</w:t>
      </w:r>
    </w:p>
    <w:p>
      <w:r>
        <w:br/>
        <w:t>— Я тільки не зрозуміла, хто в нокауті лежав: ваш друг чи той тип? — спитала Мати Нареченої.</w:t>
      </w:r>
    </w:p>
    <w:p>
      <w:r>
        <w:br/>
        <w:t>— Та той тип, звісно, — вигукнула Наречена. — Мама теж скаже…</w:t>
      </w:r>
    </w:p>
    <w:p>
      <w:r>
        <w:br/>
        <w:t>— Тип, — підтвердив Жених. — Я йому в печінку дав.</w:t>
      </w:r>
    </w:p>
    <w:p>
      <w:r>
        <w:br/>
        <w:t>— Одну хвилинку, я переб'ю: яка у вас квартплата виходить? — спитав Незрозуміло хто.</w:t>
      </w:r>
    </w:p>
    <w:p>
      <w:r>
        <w:br/>
        <w:t>— П'ять із копійками, — відповів Батько Нареченої.</w:t>
      </w:r>
    </w:p>
    <w:p>
      <w:r>
        <w:br/>
        <w:t>— Продовжуйте.</w:t>
      </w:r>
    </w:p>
    <w:p>
      <w:r>
        <w:br/>
        <w:t>Але тут обізвався Батько Жениха.</w:t>
      </w:r>
    </w:p>
    <w:p>
      <w:r>
        <w:br/>
        <w:t>— Ну, а як ми розв'яжемо наше діло? — спитав він усіх.</w:t>
      </w:r>
    </w:p>
    <w:p>
      <w:r>
        <w:br/>
        <w:t>— Ні, я ж ясно сказав: нічого не вийде, — мовив Жених. — Ми розійдемось, як у морі кораблі.</w:t>
      </w:r>
    </w:p>
    <w:p>
      <w:r>
        <w:br/>
        <w:t>Хвилин зо три всі мовчали, дивились на Жениха.</w:t>
      </w:r>
    </w:p>
    <w:p>
      <w:r>
        <w:br/>
        <w:t>— Я не люблю марно ляси точити, — пояснив той. — Я ж уже сказав: "Знаємо ми ці коники".</w:t>
      </w:r>
    </w:p>
    <w:p>
      <w:r>
        <w:br/>
        <w:t>Дід тихенько засміявся.</w:t>
      </w:r>
    </w:p>
    <w:p>
      <w:r>
        <w:br/>
        <w:t>— Паскудник! — голосно сказала Наречена й заплакала.</w:t>
      </w:r>
    </w:p>
    <w:p>
      <w:r>
        <w:br/>
        <w:t>Батько Нареченої, теж мало не плачучи від образи й кривди, пішов знімати рушницю.</w:t>
      </w:r>
    </w:p>
    <w:p>
      <w:r>
        <w:br/>
        <w:t>— Ти боксер, так? Ти боксер? — Зняв рушницю, звів курок. — А я вас тоді дуплетом…</w:t>
      </w:r>
    </w:p>
    <w:p>
      <w:r>
        <w:br/>
        <w:t>Першою, зверескнувши, кинулася з кімнати Мати Жениха, за нею — Батько Жениха. Потім вискочив Жених. Незрозуміло хто лишився і, не звертаючи уваги на гармидер, став міряти кроками кімнату — рахував метраж.</w:t>
      </w:r>
    </w:p>
    <w:p>
      <w:r>
        <w:br/>
        <w:t>— А тобі що тут треба?! — загорлав Батько Нареченої. — Ти хто такий?</w:t>
      </w:r>
    </w:p>
    <w:p>
      <w:r>
        <w:br/>
        <w:t>— Я квартирант їхній, Лизунов Євген Єлизарович, — спокійно пояснив Незрозуміло хто. — Як ви на те, коли ми поберемося з вашою дочкою?</w:t>
      </w:r>
    </w:p>
    <w:p>
      <w:r>
        <w:br/>
        <w:t>Наречена непристойно роззявила рота. Мати Нареченої вщипнула себе за руку. Батько Нареченої чомусь подивився в дуло рушниці й почепив рушницю на стіну.</w:t>
      </w:r>
    </w:p>
    <w:p>
      <w:r>
        <w:br/>
        <w:t>— Чорт його зна, — сказав він. — Я чомусь нічого не розумію…</w:t>
      </w:r>
    </w:p>
    <w:p>
      <w:r>
        <w:br/>
        <w:t>— Що ти не розумієш?! — напалася на нього жінка. — Що тут незрозумілого, скажи, будь ласка? Зовсім уже здурів?..</w:t>
      </w:r>
    </w:p>
    <w:p>
      <w:r>
        <w:br/>
        <w:t>Лизунов засміявся:</w:t>
      </w:r>
    </w:p>
    <w:p>
      <w:r>
        <w:br/>
        <w:t>— Це, знаєте, буває. По-науковому — перша стадія.</w:t>
      </w:r>
    </w:p>
    <w:p>
      <w:r>
        <w:br/>
        <w:t>— Затули рот, — тихо сказала мати дочці. Потім звернулася з усмішкою до Лизунова — А тонко ви під'їхали!.. Просто навіть дивно!</w:t>
      </w:r>
    </w:p>
    <w:p>
      <w:r>
        <w:br/>
        <w:t>Лизунов скинув піджак, акуратно повісив його на спинці стільця, став закасувати рукава.</w:t>
      </w:r>
    </w:p>
    <w:p>
      <w:r>
        <w:br/>
        <w:t>— Життя, мамашо, складна штука. Вибачте, ванночку можна прийняти? І мені б махровий рушник та дитячий шампунь. Лупа, знаєте…</w:t>
      </w:r>
    </w:p>
    <w:p>
      <w:r>
        <w:br/>
        <w:t>— Можна. Ходімо, я покажу, — заклопоталась Мати Нареченої. — А ти, Катрусю, зготуй поки на стіл. А ти, батьку, збігай у магазин…</w:t>
      </w:r>
    </w:p>
    <w:p>
      <w:r>
        <w:br/>
        <w:t>Лизунов пішов і заспівав:</w:t>
      </w:r>
    </w:p>
    <w:p>
      <w:r>
        <w:br/>
        <w:t>Гей, Одарко, не сварися…</w:t>
      </w:r>
    </w:p>
    <w:p>
      <w:r>
        <w:br/>
        <w:t>Тут Чарівник узяв у Песиміста чарівну паличку і повів нею. Стіни житла зімкнулися.</w:t>
      </w:r>
    </w:p>
    <w:p>
      <w:r>
        <w:br/>
        <w:t>— Ти помиляєшся, Алику! — вигукнув Оптиміст і почав схвильовано ходити біля лавки. — І звідки в тебе це?! Звідки?</w:t>
      </w:r>
    </w:p>
    <w:p>
      <w:r>
        <w:br/>
        <w:t>— Ка-ка-ка!.. — засміявся Песиміст.</w:t>
      </w:r>
    </w:p>
    <w:p>
      <w:r>
        <w:br/>
        <w:t>Тим часом Чарівник перевів свій чарівний годинник назад на дві години й віддав гілочку Оптимістові.</w:t>
      </w:r>
    </w:p>
    <w:p>
      <w:r>
        <w:br/>
        <w:t>— Тепер ти. Час повернувся назад на дві години — подія та сама: прийдуть сватати Наречену. Покажи, як ти це бачиш.</w:t>
      </w:r>
    </w:p>
    <w:p>
      <w:r>
        <w:br/>
        <w:t>Оптиміст повів гілочкою й сказав:</w:t>
      </w:r>
    </w:p>
    <w:p>
      <w:r>
        <w:br/>
        <w:t>"Не ховайтесь, відчинітесь,</w:t>
      </w:r>
    </w:p>
    <w:p>
      <w:r>
        <w:br/>
        <w:t>Не соромтесь, покажітесь.</w:t>
      </w:r>
    </w:p>
    <w:p>
      <w:r>
        <w:br/>
        <w:t>Гілочко, гілочко, покажи нам людей, але не такими, якими їх усі бачать, а такими, якими я, Едуард, бачу".</w:t>
      </w:r>
    </w:p>
    <w:p>
      <w:r>
        <w:br/>
        <w:t>Щойно він так сказав, як стіна житла Нареченої з тріском розкололася.</w:t>
      </w:r>
    </w:p>
    <w:p>
      <w:r>
        <w:br/>
        <w:t>Все так само, як ми вже бачили, й одначе все не так. Люди ті самі й водночас зовсім інші. І в кімнаті все наче так само, та не так…</w:t>
      </w:r>
    </w:p>
    <w:p>
      <w:r>
        <w:br/>
        <w:t>— Ну й любите ви поїсти, папашо! — весело сказала Мати Нареченої на вухо Дідові.</w:t>
      </w:r>
    </w:p>
    <w:p>
      <w:r>
        <w:br/>
        <w:t>— Га?</w:t>
      </w:r>
    </w:p>
    <w:p>
      <w:r>
        <w:br/>
        <w:t>— Апетит у вас, кажу, чудовий!</w:t>
      </w:r>
    </w:p>
    <w:p>
      <w:r>
        <w:br/>
        <w:t>— Не скаржуся, не скаржуся. Бувало, в імперіалістичну об заклад барана з'їдав. Зате й силу мав! Посаджу, бувало, трьох ворогів на багнет — і через себе.</w:t>
      </w:r>
    </w:p>
    <w:p>
      <w:r>
        <w:br/>
        <w:t>— Ви б написали про це, дідуню, — сказала Наречена. — У вас таке багате життя.</w:t>
      </w:r>
    </w:p>
    <w:p>
      <w:r>
        <w:br/>
        <w:t>— А я й пишу, внучко. Пишу книжку. Називатиметься: "Руки вгору, вороги!" Якщо хочеш, почитаю після вечері.</w:t>
      </w:r>
    </w:p>
    <w:p>
      <w:r>
        <w:br/>
        <w:t>— З задоволенням послухаю, — згодилась Наречена.</w:t>
      </w:r>
    </w:p>
    <w:p>
      <w:r>
        <w:br/>
        <w:t>— Їжте, папашо, їжте, — пригощала його Мати Нареченої. — Потім нам усім почитаєте. Ми всі з задоволенням послухаємо.</w:t>
      </w:r>
    </w:p>
    <w:p>
      <w:r>
        <w:br/>
        <w:t>Вулицею, простуючи до житла, проходить родина Жениха, і з ними ще хтось — Незрозуміло хто.</w:t>
      </w:r>
    </w:p>
    <w:p>
      <w:r>
        <w:br/>
        <w:t>— Ну, рояль, холодильник, телевізор — це все забирайте, — казав батько Жениха. — Ви молоді, вам це потрібно.</w:t>
      </w:r>
    </w:p>
    <w:p>
      <w:r>
        <w:br/>
        <w:t>— Спасибі, батьку! — з почуттям сказав Жених. — Але я б хотів придбати все на свої зароблені гроші.</w:t>
      </w:r>
    </w:p>
    <w:p>
      <w:r>
        <w:br/>
        <w:t>Батько Жениха всміхнувся хорошою усмішкою.</w:t>
      </w:r>
    </w:p>
    <w:p>
      <w:r>
        <w:br/>
        <w:t>— Розумію — гордість! Ось таким я й хотів бачити свого сина.</w:t>
      </w:r>
    </w:p>
    <w:p>
      <w:r>
        <w:br/>
        <w:t>Мати відвела сина вбік і сказала пошепки:</w:t>
      </w:r>
    </w:p>
    <w:p>
      <w:r>
        <w:br/>
        <w:t>— Батько хоче вам стару "Победу" купити на свої заощадження.</w:t>
      </w:r>
    </w:p>
    <w:p>
      <w:r>
        <w:br/>
        <w:t>— "Победу"?!</w:t>
      </w:r>
    </w:p>
    <w:p>
      <w:r>
        <w:br/>
        <w:t>— Тс!.. Тільки ти ні слова про це. Він хоче піднести сюрприз.</w:t>
      </w:r>
    </w:p>
    <w:p>
      <w:r>
        <w:br/>
        <w:t>Син наздогнав Батька, — обійняв його й поцілував у щоку.</w:t>
      </w:r>
    </w:p>
    <w:p>
      <w:r>
        <w:br/>
        <w:t>— Це що таке? — спитав Батько з чоловічою, доброю суворістю. — За що?</w:t>
      </w:r>
    </w:p>
    <w:p>
      <w:r>
        <w:br/>
        <w:t>— За все, тату!</w:t>
      </w:r>
    </w:p>
    <w:p>
      <w:r>
        <w:br/>
        <w:t>Мати Жениха й Незрозуміло хто йдуть іззаду.</w:t>
      </w:r>
    </w:p>
    <w:p>
      <w:r>
        <w:br/>
        <w:t>— Який у вас чудовий син! — сказав Незрозуміло хто.</w:t>
      </w:r>
    </w:p>
    <w:p>
      <w:r>
        <w:br/>
        <w:t>Мати схлипнула, та одразу ж витерла сльози. Усміхнулась.</w:t>
      </w:r>
    </w:p>
    <w:p>
      <w:r>
        <w:br/>
        <w:t>Увійшли в під'їзд.</w:t>
      </w:r>
    </w:p>
    <w:p>
      <w:r>
        <w:br/>
        <w:t>А в кімнаті Мати Нареченої розповідала:</w:t>
      </w:r>
    </w:p>
    <w:p>
      <w:r>
        <w:br/>
        <w:t>— Сьогодні посварилася з Марією Миколаївною.</w:t>
      </w:r>
    </w:p>
    <w:p>
      <w:r>
        <w:br/>
        <w:t>— Що таке? — запитав чоловік. — Чому?</w:t>
      </w:r>
    </w:p>
    <w:p>
      <w:r>
        <w:br/>
        <w:t>— Вона каже, що сьогодні її черга залишатися з сусідською дівчинкою, а я кажу — моя.</w:t>
      </w:r>
    </w:p>
    <w:p>
      <w:r>
        <w:br/>
        <w:t>— Мамо, та ви ж учора залишалися з нею, — сказала дочка. — Правда за Марією Миколаївною.</w:t>
      </w:r>
    </w:p>
    <w:p>
      <w:r>
        <w:br/>
        <w:t>— Так, але дівчинка до мене звикла, — стала виправдуватись Мати. — Крім того, ми з дівчинкою не дочитали повість "Жилін і Костилін".</w:t>
      </w:r>
    </w:p>
    <w:p>
      <w:r>
        <w:br/>
        <w:t>— Яка повість! — сказав Дід. — Умів закручувати граф Толстой. Га? Майстер, майстер! Біографія тільки… теє, а так — майстер.</w:t>
      </w:r>
    </w:p>
    <w:p>
      <w:r>
        <w:br/>
        <w:t>— Майстер, — згодився Батько Нареченої. — І що дивно — все дуже ясно й лапідарно!</w:t>
      </w:r>
    </w:p>
    <w:p>
      <w:r>
        <w:br/>
        <w:t>— В тім-то й річ. Я, наприклад, у своїй книжці "Руки вгору, вороги!" також хочу викласти події дуже простою мовою. Але важке це діло! Ох, важке! Я розумію Толстого з його "Не можу мовчати!". Інколи так розхвилюєшся, думаєш: краще б я йому в морду дав, негативному героєві якому-небудь, хочеться, вибачте, матом крити, а доводиться писати, що називається, коректно! Тьху!., а слово яке…</w:t>
      </w:r>
    </w:p>
    <w:p>
      <w:r>
        <w:br/>
        <w:t>— Коли ви думаєте закінчити книжку, дідуню? — спитала Наречена.</w:t>
      </w:r>
    </w:p>
    <w:p>
      <w:r>
        <w:br/>
        <w:t>— Думаю, через п'ять років закінчу. Це буде мій скромний подарунок прийдешнім поколінням.</w:t>
      </w:r>
    </w:p>
    <w:p>
      <w:r>
        <w:br/>
        <w:t>У двері постукали.</w:t>
      </w:r>
    </w:p>
    <w:p>
      <w:r>
        <w:br/>
        <w:t>— Ввійдіть! — сказав Батько Нареченої.</w:t>
      </w:r>
    </w:p>
    <w:p>
      <w:r>
        <w:br/>
        <w:t>Ввійшла родина Жениха.</w:t>
      </w:r>
    </w:p>
    <w:p>
      <w:r>
        <w:br/>
        <w:t>Жених: —Добрий вечір!</w:t>
      </w:r>
    </w:p>
    <w:p>
      <w:r>
        <w:br/>
        <w:t>Батько Жениха: — Здрастуйте!</w:t>
      </w:r>
    </w:p>
    <w:p>
      <w:r>
        <w:br/>
        <w:t>Мати Жениха: — Добрий вечір! Смачного!</w:t>
      </w:r>
    </w:p>
    <w:p>
      <w:r>
        <w:br/>
        <w:t>Незрозуміло хто: — Здрастуйте, товариші!</w:t>
      </w:r>
    </w:p>
    <w:p>
      <w:r>
        <w:br/>
        <w:t>Наречена: — Здрастуйте!</w:t>
      </w:r>
    </w:p>
    <w:p>
      <w:r>
        <w:br/>
        <w:t>Батько Нареченої: — Вечір добрий!</w:t>
      </w:r>
    </w:p>
    <w:p>
      <w:r>
        <w:br/>
        <w:t>Мати Нареченої: — Ласкаво просимо!</w:t>
      </w:r>
    </w:p>
    <w:p>
      <w:r>
        <w:br/>
        <w:t>Дід: — До нашого куреня!</w:t>
      </w:r>
    </w:p>
    <w:p>
      <w:r>
        <w:br/>
        <w:t>— Вибачте, що в таку пізню годину, — обізвався Батько Жениха. — Але діло не терпить, щоб відкладати.</w:t>
      </w:r>
    </w:p>
    <w:p>
      <w:r>
        <w:br/>
        <w:t>— Будьте ласкаві! — вигукнув Батько Нареченої. — Які можуть бути розмови? Сідайте до нас.</w:t>
      </w:r>
    </w:p>
    <w:p>
      <w:r>
        <w:br/>
        <w:t>— Спасибі за запрошення: ми щойно повечеряли — й відразу сюди.</w:t>
      </w:r>
    </w:p>
    <w:p>
      <w:r>
        <w:br/>
        <w:t>Жених і Наречена перезираються. Наречена зашарілась. Дід з такою хитрою лукавинкою стежить за молодими.</w:t>
      </w:r>
    </w:p>
    <w:p>
      <w:r>
        <w:br/>
        <w:t>— Тож яке діло привело вас, товариші? — спитав Батько Нареченої: він справді не розуміє, в чому справа.</w:t>
      </w:r>
    </w:p>
    <w:p>
      <w:r>
        <w:br/>
        <w:t>— Привело нас дуже, можна сказати, делікатне діло, — мовив Батько Жениха, помітно хвилюючись. — Молоді люди — ваша дочка й мій син, — виявляється, люблять одне одного.</w:t>
      </w:r>
    </w:p>
    <w:p>
      <w:r>
        <w:br/>
        <w:t>Батько Нареченої дуже здивувався, а Мати Нареченої не здивувалась, але вона також була помітно схвильована. А Дід усміхався хорошою дідівською усмішкою — хитрою й доброю. Наречена опустила долу очі.</w:t>
      </w:r>
    </w:p>
    <w:p>
      <w:r>
        <w:br/>
        <w:t>— Я зі свого боку серйозно й докладно розмовляв із сином, — вів далі Батько Жениха. — Думаю, до одруження він готовий.</w:t>
      </w:r>
    </w:p>
    <w:p>
      <w:r>
        <w:br/>
        <w:t>Батько Нареченої, помітно хвилюючись, ходив по кімнаті.</w:t>
      </w:r>
    </w:p>
    <w:p>
      <w:r>
        <w:br/>
        <w:t>— Ох, коза-дереза!.. А я, старий дурень, живу й нічогісінько не знаю!.. А я думаю, що вона в нас усе ще дівчинка, а вона ось що!.. Чому ти не сказала мені, що в тебе є хлопець і що ви хочете побратися? Чому? Невже я консерватор якийсь?</w:t>
      </w:r>
    </w:p>
    <w:p>
      <w:r>
        <w:br/>
        <w:t>— Папулю, мені було якось соромно про це казати. Я просто не знаю… Я знала, що ви не консерватор, і однаково… Мені й зараз страшенно соромно, товариші… Просто не знаю. — Наречена також помітно схвильована.</w:t>
      </w:r>
    </w:p>
    <w:p>
      <w:r>
        <w:br/>
        <w:t>— Як же так, дочко? Я здивований, я тобі чесно кажу: я здивований. Не сказати батькові…</w:t>
      </w:r>
    </w:p>
    <w:p>
      <w:r>
        <w:br/>
        <w:t>— Ну, чого ти до неї присікався, Миколо, — заступився за внучку Дід. — Молодість диктує свої закони, які нам не завжди дано зрозуміти. Ти також свого часу не сказав мені…</w:t>
      </w:r>
    </w:p>
    <w:p>
      <w:r>
        <w:br/>
        <w:t>— Тоді був інший час, батьку.</w:t>
      </w:r>
    </w:p>
    <w:p>
      <w:r>
        <w:br/>
        <w:t>— Я б хотіла тільки звернути увагу молодих людей на той факт, що одруження — це дуже й дуже відповідальний крок, діти мої, — сказала Мати Нареченої. — Я не проти того, щоб ви побрались. Я знала про те, що ви дружите… Мені про все розповідали сусіди й ваші вчителі. Але ви не уявляєте, діти мої, який це серйозний і відповідальний крок. — Вона схлипнула.</w:t>
      </w:r>
    </w:p>
    <w:p>
      <w:r>
        <w:br/>
        <w:t>— Вгамуйся, мати, — сказав Батько Нареченої. — Життя є життя: молоді ростуть, старі старіють. А чи давно, здається, ми з тобою стояли на пероні вокзалу… Я їхав тоді на Крайню Північ… Ох, час, час! — Батько витер скупу сльозу.</w:t>
      </w:r>
    </w:p>
    <w:p>
      <w:r>
        <w:br/>
        <w:t>— Так, так… І ми теж стояли колись на пероні вокзалу, — Батько Жениха також витер скупу сльозу.</w:t>
      </w:r>
    </w:p>
    <w:p>
      <w:r>
        <w:br/>
        <w:t>Незрозуміло хто підійшов до Діда й запитав:</w:t>
      </w:r>
    </w:p>
    <w:p>
      <w:r>
        <w:br/>
        <w:t>— Я чув, ви книжку пишете, дідуню?</w:t>
      </w:r>
    </w:p>
    <w:p>
      <w:r>
        <w:br/>
        <w:t>— Пишу, хлопче, пишу.</w:t>
      </w:r>
    </w:p>
    <w:p>
      <w:r>
        <w:br/>
        <w:t>— "Спогади літньої людини"?</w:t>
      </w:r>
    </w:p>
    <w:p>
      <w:r>
        <w:br/>
        <w:t>— Га?</w:t>
      </w:r>
    </w:p>
    <w:p>
      <w:r>
        <w:br/>
        <w:t>— Я кажу, називатиметься "Спогади літньої людини"?</w:t>
      </w:r>
    </w:p>
    <w:p>
      <w:r>
        <w:br/>
        <w:t>— Кепсько ви про нас думаєте, хлопче, — образився Дід. — Які ж ми літні?! Хіба роки можуть зістарити людину?</w:t>
      </w:r>
    </w:p>
    <w:p>
      <w:r>
        <w:br/>
        <w:t>Незрозуміло хто знітився.</w:t>
      </w:r>
    </w:p>
    <w:p>
      <w:r>
        <w:br/>
        <w:t>— Ні, я не в тому смислі сказав… Я розумію, що роки тут ні до чого.</w:t>
      </w:r>
    </w:p>
    <w:p>
      <w:r>
        <w:br/>
        <w:t>— Отож-бо! Я в свої сімдесят дев'ять років молодший декого з вісімнадцятилітніх. А чому? Та тому, що не відстаю від життя. А ось дехто… Ану, молоді люди!.. — (Це до батьків). — Чого рюмсаєте?! Вище голови! Вдаримо, братці, хвацьку!</w:t>
      </w:r>
    </w:p>
    <w:p>
      <w:r>
        <w:br/>
        <w:t>Всі голосно засміялися.</w:t>
      </w:r>
    </w:p>
    <w:p>
      <w:r>
        <w:br/>
        <w:t>Стукіт у двері.</w:t>
      </w:r>
    </w:p>
    <w:p>
      <w:r>
        <w:br/>
        <w:t>— Ввійдіть, — сказав Батько Нареченої.</w:t>
      </w:r>
    </w:p>
    <w:p>
      <w:r>
        <w:br/>
        <w:t>Ввійшов літній Громадянин із енциклопедією в руках.</w:t>
      </w:r>
    </w:p>
    <w:p>
      <w:r>
        <w:br/>
        <w:t>— Добрий вечір, товариші!</w:t>
      </w:r>
    </w:p>
    <w:p>
      <w:r>
        <w:br/>
        <w:t>Батько Нареченої:— Здорово, сусіде!</w:t>
      </w:r>
    </w:p>
    <w:p>
      <w:r>
        <w:br/>
        <w:t>Мати Нареченої: — Здрастуйте, Семене Кузьмовичу!</w:t>
      </w:r>
    </w:p>
    <w:p>
      <w:r>
        <w:br/>
        <w:t>Дід: —До нашого куреня, Кузьмовичу!</w:t>
      </w:r>
    </w:p>
    <w:p>
      <w:r>
        <w:br/>
        <w:t>Наречена: —Здрастуйте, дядечку Семене.</w:t>
      </w:r>
    </w:p>
    <w:p>
      <w:r>
        <w:br/>
        <w:t>Батько Жениха: — Здрастуйте!</w:t>
      </w:r>
    </w:p>
    <w:p>
      <w:r>
        <w:br/>
        <w:t>Мати Жениха: — Здрастуйте!</w:t>
      </w:r>
    </w:p>
    <w:p>
      <w:r>
        <w:br/>
        <w:t>Жених: —Здрастуйте!</w:t>
      </w:r>
    </w:p>
    <w:p>
      <w:r>
        <w:br/>
        <w:t>Незрозуміло хто: — Здрастуйте!</w:t>
      </w:r>
    </w:p>
    <w:p>
      <w:r>
        <w:br/>
        <w:t>— А я чую: у вас якесь торжество, дай, думаю, зайду, — сказав Громадянин.</w:t>
      </w:r>
    </w:p>
    <w:p>
      <w:r>
        <w:br/>
        <w:t>— А ось вони, винуватці торжества, — сказав Батько Нареченої й показав на Жениха й Наречену. — Моя дочка виходить заміж.</w:t>
      </w:r>
    </w:p>
    <w:p>
      <w:r>
        <w:br/>
        <w:t>— Та що ви кажете! — здивувався Громадянин. — Катрусю, люба!.. Вітаю тебе, дитя моє, вітаю! — Підійшов, поцілував Наречену в лоба. — А де ж?.. Ага, ось він! — Він суворо, та водночас і ніжно подивився на Жениха. — Нічого, нічого… хороший! Га? Арсене Назаровичу?.. Як вважаєш?</w:t>
      </w:r>
    </w:p>
    <w:p>
      <w:r>
        <w:br/>
        <w:t>— Мені — тільки б не відставав від життя, — сказав Дід.</w:t>
      </w:r>
    </w:p>
    <w:p>
      <w:r>
        <w:br/>
        <w:t>— Ні, хороший, хороший… Вітаю, хлопче, від душі вітаю! Ви, можна сказати, знайшли скарб.</w:t>
      </w:r>
    </w:p>
    <w:p>
      <w:r>
        <w:br/>
        <w:t>— Е-е, що — скарб, Семене Кузьмовичу, — дорікнув Громадянинові Дід. — Що в наш час скарб?</w:t>
      </w:r>
    </w:p>
    <w:p>
      <w:r>
        <w:br/>
        <w:t>— Я просто до слова, Арсене Назаровичу. Ні, хороший… А я-бо Катрусю ось із яких літ знаю, коли вона ще під стіл пішки ходила, хе-хе-хе… Ох, де мої сімнадцять літ!</w:t>
      </w:r>
    </w:p>
    <w:p>
      <w:r>
        <w:br/>
        <w:t>— А ось цього я не люблю, Семене Кузьмовичу, — знову осадив його Дід. — Що це за зітхання?</w:t>
      </w:r>
    </w:p>
    <w:p>
      <w:r>
        <w:br/>
        <w:t>— Я так, Арсене Назаровичу, до слова. Ні, хороший! Так, молоді люди… одну хвилиночку. — Семен Кузьмович вийшов із таємничим виглядом.</w:t>
      </w:r>
    </w:p>
    <w:p>
      <w:r>
        <w:br/>
        <w:t>— Невиправна людина! — усміхнувся Батько Нареченої. — Зараз принесе якийсь подарунок, я вже його знаю.</w:t>
      </w:r>
    </w:p>
    <w:p>
      <w:r>
        <w:br/>
        <w:t>— Коли я ще була маленька, — озвалась Наречена, — дядечко Семен водив мене в планетарій, показував на Місяць і казав: "Зважте, ви там будете". І плакав.</w:t>
      </w:r>
    </w:p>
    <w:p>
      <w:r>
        <w:br/>
        <w:t>— Він у нас, як Ціолковський, — докинув Батько Нареченої. — Теж, до речі, все креслить щось. Запитаєш: "Навіщо ти винаходиш усе?" Він махне рукою й скаже: "Так… думки розпирають".</w:t>
      </w:r>
    </w:p>
    <w:p>
      <w:r>
        <w:br/>
        <w:t>— Але здає останнім часом, здає, — зауважив Дід.</w:t>
      </w:r>
    </w:p>
    <w:p>
      <w:r>
        <w:br/>
        <w:t>Увійшов Семен Кузьмович із телевізором у руках.</w:t>
      </w:r>
    </w:p>
    <w:p>
      <w:r>
        <w:br/>
        <w:t>— Прошу прийняти від мене цей скромний подарунок, молоді люди.</w:t>
      </w:r>
    </w:p>
    <w:p>
      <w:r>
        <w:br/>
        <w:t>— Що ви, дядечку Семене? — вигукнула Наречена.</w:t>
      </w:r>
    </w:p>
    <w:p>
      <w:r>
        <w:br/>
        <w:t>— Що ви, Семене… е-е… Семене Кузьмовичу! — також вигукнув Жених.</w:t>
      </w:r>
    </w:p>
    <w:p>
      <w:r>
        <w:br/>
        <w:t>— Прошу, прошу… І без церемоній — я цього не люблю. Бо ображуся. Беріть, мені важко тримати.</w:t>
      </w:r>
    </w:p>
    <w:p>
      <w:r>
        <w:br/>
        <w:t>Жених узяв телевізор.</w:t>
      </w:r>
    </w:p>
    <w:p>
      <w:r>
        <w:br/>
        <w:t>— Спасибі.</w:t>
      </w:r>
    </w:p>
    <w:p>
      <w:r>
        <w:br/>
        <w:t>— На здоров'я. Мені він на старості літ…</w:t>
      </w:r>
    </w:p>
    <w:p>
      <w:r>
        <w:br/>
        <w:t>Дід пригрозив Семену Кузьмовичу пальцем:</w:t>
      </w:r>
    </w:p>
    <w:p>
      <w:r>
        <w:br/>
        <w:t>— Кузьмо-овичу!</w:t>
      </w:r>
    </w:p>
    <w:p>
      <w:r>
        <w:br/>
        <w:t>— Мовчу. Ох, братці, вдарим хвацьку-у!..</w:t>
      </w:r>
    </w:p>
    <w:p>
      <w:r>
        <w:br/>
        <w:t>Дід підхопив:</w:t>
      </w:r>
    </w:p>
    <w:p>
      <w:r>
        <w:br/>
        <w:t>— Ох, на помин її душі!</w:t>
      </w:r>
    </w:p>
    <w:p>
      <w:r>
        <w:br/>
        <w:t>Всі голосно засміялись.</w:t>
      </w:r>
    </w:p>
    <w:p>
      <w:r>
        <w:br/>
        <w:t>Семен Кузьмович поглянув на годинника.</w:t>
      </w:r>
    </w:p>
    <w:p>
      <w:r>
        <w:br/>
        <w:t>— Добре з вами, дорогі мої, та діло є діло: судимо одного пройдисвіта товариським судом. Уявляєте, викинув номер: образився, що його покритикували на житлоактиві за некультурну поведінку в ліфті, прийшов додому, увімкнув скрізь світло — вдень!.. Увімкнув праску, електроплитку й сидить.</w:t>
      </w:r>
    </w:p>
    <w:p>
      <w:r>
        <w:br/>
        <w:t>— Ганьба! — суворо сказав Дід. — Виселити в необжиті райони.</w:t>
      </w:r>
    </w:p>
    <w:p>
      <w:r>
        <w:br/>
        <w:t>— Мало того: він почав співати! Сусіди, звісно, обурились: попросили вгамуватись. І знаєте, що він відповів? "Я, — каже, — не знав, що в будинку така звукопроникливість".</w:t>
      </w:r>
    </w:p>
    <w:p>
      <w:r>
        <w:br/>
        <w:t>— А ось це вже нахабство, — сказав Батько Нареченої. — Він не знав, що в будинку така звукопроникливість! Наївна дитина!</w:t>
      </w:r>
    </w:p>
    <w:p>
      <w:r>
        <w:br/>
        <w:t>— В наш час багато на наїв працює, — сказав Незрозуміло хто. — У нас в інституті один хлопець теж… "Я, — каже, — не знаю, чому Ремарк — це погано…"</w:t>
      </w:r>
    </w:p>
    <w:p>
      <w:r>
        <w:br/>
        <w:t>— Пробрати разок гарненько — довідається, — порадив Дід.</w:t>
      </w:r>
    </w:p>
    <w:p>
      <w:r>
        <w:br/>
        <w:t>У двері постукали.</w:t>
      </w:r>
    </w:p>
    <w:p>
      <w:r>
        <w:br/>
        <w:t>— Ввійдіть, — сказав Батько Нареченої.</w:t>
      </w:r>
    </w:p>
    <w:p>
      <w:r>
        <w:br/>
        <w:t>Вбігла Сусідка, подруга Нареченої.</w:t>
      </w:r>
    </w:p>
    <w:p>
      <w:r>
        <w:br/>
        <w:t>— Боже мій!.. Катря…</w:t>
      </w:r>
    </w:p>
    <w:p>
      <w:r>
        <w:br/>
        <w:t>— Зіна!..</w:t>
      </w:r>
    </w:p>
    <w:p>
      <w:r>
        <w:br/>
        <w:t>Вони обнялись.</w:t>
      </w:r>
    </w:p>
    <w:p>
      <w:r>
        <w:br/>
        <w:t>— Катре!..</w:t>
      </w:r>
    </w:p>
    <w:p>
      <w:r>
        <w:br/>
        <w:t>— Зіно!..</w:t>
      </w:r>
    </w:p>
    <w:p>
      <w:r>
        <w:br/>
        <w:t>— Катько!..</w:t>
      </w:r>
    </w:p>
    <w:p>
      <w:r>
        <w:br/>
        <w:t>— Зінко!..</w:t>
      </w:r>
    </w:p>
    <w:p>
      <w:r>
        <w:br/>
        <w:t>Семен Кузьмович засміявся, махнув рукою й вийшов.</w:t>
      </w:r>
    </w:p>
    <w:p>
      <w:r>
        <w:br/>
        <w:t>— Ну, тепер балачкам краю не буде, — вдавано розгнівався Дід і повернувся до Незрозуміло кого. — А ви що, теж пишете, хлопче?</w:t>
      </w:r>
    </w:p>
    <w:p>
      <w:r>
        <w:br/>
        <w:t>— Так.</w:t>
      </w:r>
    </w:p>
    <w:p>
      <w:r>
        <w:br/>
        <w:t>— Про що, коли не секрет?</w:t>
      </w:r>
    </w:p>
    <w:p>
      <w:r>
        <w:br/>
        <w:t>— Річ називається "Три товариші" — на зло Ремарку. Діють троє друзів: Митько, Толик і Боб. Вони спершу помиляються, згодом знаходять себе. А потім я писатиму ще одну річ — на зло Хемінгуею.</w:t>
      </w:r>
    </w:p>
    <w:p>
      <w:r>
        <w:br/>
        <w:t>— Схвалюю, — сказав Дід. — Благословляю, так би мовити. Нам треба розкладати, треба картати, треба перетрушувати!.. Я, наприклад, у своїй книзі "Руки вгору, вороги!" перетрушую все на світі. Треба, треба.</w:t>
      </w:r>
    </w:p>
    <w:p>
      <w:r>
        <w:br/>
        <w:t>— Отже, молоді люди, — озвався Батько Нареченої, — ви житимете самостійно. Як ви собі це уявляєте? Я хочу спитати насамперед вас, хлопче.</w:t>
      </w:r>
    </w:p>
    <w:p>
      <w:r>
        <w:br/>
        <w:t>Жених вийшов на середину кімнати й повів річ, помітно хвилюючись:</w:t>
      </w:r>
    </w:p>
    <w:p>
      <w:r>
        <w:br/>
        <w:t>— Мені легко відповідати на це запитання, тому що я недавно відповідав на запитання анкети однієї молодіжної газети — "Ваша думка про сім'ю і шлюб". Я докладно спинився там на духовному обличчі сучасної молодої сім'ї, на її, так би мовити, ідейній заквасці. Я висловив там одну, на мій погляд, цікаву думку: сучасна молода сім'я не може існувати без взаєморозуміння і дружби.</w:t>
      </w:r>
    </w:p>
    <w:p>
      <w:r>
        <w:br/>
        <w:t>— Так, — Батько Нареченої кивнув головою.</w:t>
      </w:r>
    </w:p>
    <w:p>
      <w:r>
        <w:br/>
        <w:t>— Далі, я вказував, що не уявляю собі сучасної молодої сім'ї без взаємної поваги й довір'я.</w:t>
      </w:r>
    </w:p>
    <w:p>
      <w:r>
        <w:br/>
        <w:t>— Правильно.</w:t>
      </w:r>
    </w:p>
    <w:p>
      <w:r>
        <w:br/>
        <w:t>— Ось ці чотири компоненти, як три кити, складають, на мій погляд, основу основ сучасної молодої сім'ї.</w:t>
      </w:r>
    </w:p>
    <w:p>
      <w:r>
        <w:br/>
        <w:t>— Так.</w:t>
      </w:r>
    </w:p>
    <w:p>
      <w:r>
        <w:br/>
        <w:t>Жених увійшов у раж.</w:t>
      </w:r>
    </w:p>
    <w:p>
      <w:r>
        <w:br/>
        <w:t>— Я глибоко переконаний, — казав він дзвінким голосом, — що коли навіть тільки один з цих чотирьох компонентів перестане відповідати нормам сучасного співжиття, молода сім'я розпадеться. Я також глибоко переконаний, що шлюборозлучний процес у нашому законодавстві дуже вже ускладнено. Я можу накликати на себе немилість ліваків, можу видатись надто тенденційним, та я казав і казатиму, що оголошувати в газетах про розірвання шлюбу — це… альковне блюзнірство!</w:t>
      </w:r>
    </w:p>
    <w:p>
      <w:r>
        <w:br/>
        <w:t>Всі уважно слухають Жениха, що розходився.</w:t>
      </w:r>
    </w:p>
    <w:p>
      <w:r>
        <w:br/>
        <w:t>— Ви юрист? — спитав Батько Нареченої.</w:t>
      </w:r>
    </w:p>
    <w:p>
      <w:r>
        <w:br/>
        <w:t>— Я, так би мовити, антиюрист. — Жених усміхнувся зі свого дотепу. — Я філолог. Та діло тут, як ви самі розумієте, не в професії. Мене глибоко хвилює людський аспект цього питання. Справді, ви прийшли з роботи, скупались у ванні, повечеряли й лягаєте на диван. У вас чудовий настрій. Ви берете газету й починаєте її проглядати. Все добре. Й раптом: "Марія Іванівна Загогулькіна…"</w:t>
      </w:r>
    </w:p>
    <w:p>
      <w:r>
        <w:br/>
        <w:t>Всі голосно засміялись.</w:t>
      </w:r>
    </w:p>
    <w:p>
      <w:r>
        <w:br/>
        <w:t>— "…порушує справу про розірвання шлюбу з Загогулькіним".</w:t>
      </w:r>
    </w:p>
    <w:p>
      <w:r>
        <w:br/>
        <w:t>Усі знову голосно засміялися.</w:t>
      </w:r>
    </w:p>
    <w:p>
      <w:r>
        <w:br/>
        <w:t>— Смішно? — запитав Жених. — Ні, сумно!!! Ти лежиш, тобі тепло, в тебе чудовий настрій, а десь плаче на попіл сімейного щастя ця сама Загогулькіна Марія Іванівна…</w:t>
      </w:r>
    </w:p>
    <w:p>
      <w:r>
        <w:br/>
        <w:t>Ніхто не сміється.</w:t>
      </w:r>
    </w:p>
    <w:p>
      <w:r>
        <w:br/>
        <w:t>— Десь пропадає хороша людина Загогулькін. Пропадає тільки тому, що вчасно не додивились, не потурбувались! — В очах Жениха гарячі вогники справедливого гніву. — Як же ти можеш лежати на дивані, як ти можеш добре почуватися, коли десь сталася драма! Ні, встань, знайди цього самого Загогулькіна, побалакай із ним, довідайся, в чому річ, а потім уже лягай. А до цього не смій лежати!!! Я закінчив.</w:t>
      </w:r>
    </w:p>
    <w:p>
      <w:r>
        <w:br/>
        <w:t>— Так їх, хлопче! — закричав Дід. — І не бійтесь бути надмірно тенденційним! А слово теж якесь…</w:t>
      </w:r>
    </w:p>
    <w:p>
      <w:r>
        <w:br/>
        <w:t>— Але ти сам собі суперечиш, Андж, — зауважила Наречена.</w:t>
      </w:r>
    </w:p>
    <w:p>
      <w:r>
        <w:br/>
        <w:t>— Як?</w:t>
      </w:r>
    </w:p>
    <w:p>
      <w:r>
        <w:br/>
        <w:t>— Коли б не було оголошень у газеті, ти б не довідався про драму.</w:t>
      </w:r>
    </w:p>
    <w:p>
      <w:r>
        <w:br/>
        <w:t>— Ага! Ну-ну. — Дід задоволено потер долоні. — Люблю всякі пікніки.</w:t>
      </w:r>
    </w:p>
    <w:p>
      <w:r>
        <w:br/>
        <w:t>Жених поблажливо і з любов'ю подивився на Наречену.</w:t>
      </w:r>
    </w:p>
    <w:p>
      <w:r>
        <w:br/>
        <w:t>— Я суперечу сам собі тільки тому, що тобі цього хочеться.</w:t>
      </w:r>
    </w:p>
    <w:p>
      <w:r>
        <w:br/>
        <w:t>— Але якби не було оголошення в газеті, ти б не довідався про драму і мав би гарний настрій, — наполягала на своєму Наречена. В неї також спалахнув у очах вогник.</w:t>
      </w:r>
    </w:p>
    <w:p>
      <w:r>
        <w:br/>
        <w:t>— Отже, по-твоєму, коли б не було газети, я б не знав життя? — запитав Жених.</w:t>
      </w:r>
    </w:p>
    <w:p>
      <w:r>
        <w:br/>
        <w:t>Всі з цікавістю стежать за молодими, добре всміхаються.</w:t>
      </w:r>
    </w:p>
    <w:p>
      <w:r>
        <w:br/>
        <w:t>— Я не стверджую, що, не читаючи газет, ти б не знав життя, — для цього існують кіно, радіо, телебачення. Я тільки хочу сказати, що ти б не довідався про конкретну драму Загогулькіна.</w:t>
      </w:r>
    </w:p>
    <w:p>
      <w:r>
        <w:br/>
        <w:t>— Та я цього Загогулькіна за два квартали впізнаю! — вигукнув Жених. — Іде людина з сумними очима — стоп! У чому справа, товаришу? Ану викладай, не ніяковій — що там у вас сталося? І суть не в тому, чи це Загогулькін, чи хтось інший.</w:t>
      </w:r>
    </w:p>
    <w:p>
      <w:r>
        <w:br/>
        <w:t>— Ти впізнаєш, а інший не впізнає. Не можна всіх міряти своєю міркою. Я знаю скільки завгодно молодих людей, які зі спокійною совістю пройдуть мимо Загогулькіна.</w:t>
      </w:r>
    </w:p>
    <w:p>
      <w:r>
        <w:br/>
        <w:t>— От-от! — вигукнув Жених і показав пальцем на Наречену. — Ось ми й добалакались!.. Ось із ким боротись треба — з байдужими! Саме про це я й хотів сказати, коли повів мову про шлюборозлучний процес.</w:t>
      </w:r>
    </w:p>
    <w:p>
      <w:r>
        <w:br/>
        <w:t>— Це все правильно, хлопче, — сказав Дід. — Мені подобається ваш запал, із яким обстоюєте свої переконання. На мій погляд, трохи забагато запалу, та з роками це мине. Ви станете спокійним, і ви легше знаходитимете ті єдино правильні слова, які прокладуть вам шлях до щасливого життя. Я хочу спитати про інше: як ви собі уявляєте інший бік сімейного життя — матеріальний, так би мовити?</w:t>
      </w:r>
    </w:p>
    <w:p>
      <w:r>
        <w:br/>
        <w:t>Жених скривився:</w:t>
      </w:r>
    </w:p>
    <w:p>
      <w:r>
        <w:br/>
        <w:t>— Якось не хочеться про це сьогодні…</w:t>
      </w:r>
    </w:p>
    <w:p>
      <w:r>
        <w:br/>
        <w:t>— Ні, ви вже скажіть, — наполягав Дід. — Я розумію, моє запитання трохи коробить вас, та ми, люди літні, знаємо, що над цим питанням багато хто сушив голову.</w:t>
      </w:r>
    </w:p>
    <w:p>
      <w:r>
        <w:br/>
        <w:t>— Ну, по-перше, ми матимемо дві кімнати, два телевізори… Крім того — я розголошую чужу таємницю… — Жених радісно засміявся й подивився на свого батька. — Та я дуже радий і тому скажу: тато купує нам стару "Победу".</w:t>
      </w:r>
    </w:p>
    <w:p>
      <w:r>
        <w:br/>
        <w:t>В кімнаті запала зловісна тиша. Всі зневажливо й гнівно дивляться на Жениха. Він повільно, зі страхом осягає, як низько він опустився зі своєю нікчемною, дурною, недоречною радістю.</w:t>
      </w:r>
    </w:p>
    <w:p>
      <w:r>
        <w:br/>
        <w:t>— Геть, — тихо сказав Дід.</w:t>
      </w:r>
    </w:p>
    <w:p>
      <w:r>
        <w:br/>
        <w:t>— Так ось ви який, виявляється, — також неголосно сказав Батько нареченої. — Вас у цьому світі хвилює тільки "Побєда"? Можете вважати, що сьогодні ви не перемогли. Я приєднуюсь до вимоги мого батька — геть! І, думаю, моя дочка також до нас приєднається.</w:t>
      </w:r>
    </w:p>
    <w:p>
      <w:r>
        <w:br/>
        <w:t>— Я приєднуюсь, тату. Я… я не знала, який він насправді… — Наречена заплакала. — Коли ми з ним розмовляли про сімейне життя, він казав тільки про чотири компоненти. Він навіть не натякав на "Победу". Він видавався мені благородним, із чудовою закваскою, а виявляється… виявляється, він виношував думку про власну "Победу"! Нікчема! О, як я помилилась!</w:t>
      </w:r>
    </w:p>
    <w:p>
      <w:r>
        <w:br/>
        <w:t>— Я сам тільки сьогодні довідався, — бовкнув був Жених.</w:t>
      </w:r>
    </w:p>
    <w:p>
      <w:r>
        <w:br/>
        <w:t>— Не смійте! — Дід гримнув костуром у підлогу. — Не смійте нічого казати! Якщо ви радієте з приводу того, що матимете свою "Побєду", то радійте ще більше, що ви в моєму домі і я не можу вас відлупцювати ось цим костуром, тому що я бла-агородна людина! Можете йти в ресторан!</w:t>
      </w:r>
    </w:p>
    <w:p>
      <w:r>
        <w:br/>
        <w:t>— Я приголомшений, товариші! — обізвався блідий Батько Жениха. — Мені важко зараз говорити… Я не впізнаю свого сина… Я щось прогавив у ньому свого часу — це безсумнівно. Я чогось головного не побачив у ньому. Я справді хотів купити йому "Побєду". Та я ніколи не думав, що разом із "Побєдою" в ньому підведе голову той дрібненький власник, якого він так уміло ховав у собі. Я сам усе життя ось цими руками розливав газовану воду (показав руки), мені часом було не до сина, я передоручив його виховання бабці — і ось результат.</w:t>
      </w:r>
    </w:p>
    <w:p>
      <w:r>
        <w:br/>
        <w:t>Мати Жениха також заплакала.</w:t>
      </w:r>
    </w:p>
    <w:p>
      <w:r>
        <w:br/>
        <w:t>— Андрійку, синку… Скільки разів я тобі казала: не знайся з цими молодиками, це лиха компанія. Ти мені що казав? "Мамо, це славні люди, хоча вони й артисти. Але це не вина їхня, а біда". Ти казав…</w:t>
      </w:r>
    </w:p>
    <w:p>
      <w:r>
        <w:br/>
        <w:t>Батько Жениха: — О-о!</w:t>
      </w:r>
    </w:p>
    <w:p>
      <w:r>
        <w:br/>
        <w:t>Батько Нареченої: — Все зрозуміло.</w:t>
      </w:r>
    </w:p>
    <w:p>
      <w:r>
        <w:br/>
        <w:t>Мати Нареченої: —Ая-яй!</w:t>
      </w:r>
    </w:p>
    <w:p>
      <w:r>
        <w:br/>
        <w:t>Дід: — Ну, звичайно!</w:t>
      </w:r>
    </w:p>
    <w:p>
      <w:r>
        <w:br/>
        <w:t>Наречена: — Та-ак!</w:t>
      </w:r>
    </w:p>
    <w:p>
      <w:r>
        <w:br/>
        <w:t>Незрозуміло хто: — Та-ак;..</w:t>
      </w:r>
    </w:p>
    <w:p>
      <w:r>
        <w:br/>
        <w:t>— А я ж бо знала, — вела далі Мати Жениха, — що один з цих молодиків розлучився з жінкою, у другого — догана по громадській лінії за грубощі з начальством… І хоч би скільки він казав, що це несправедлива догана, я не вірила. Несправедливих доган не буває…</w:t>
      </w:r>
    </w:p>
    <w:p>
      <w:r>
        <w:br/>
        <w:t>Жених стояв білий, як папір. Він подивився на Невідомо кого.</w:t>
      </w:r>
    </w:p>
    <w:p>
      <w:r>
        <w:br/>
        <w:t>— Толику, скажи їм, що це непогані люди… Скажи хоч що-небудь!</w:t>
      </w:r>
    </w:p>
    <w:p>
      <w:r>
        <w:br/>
        <w:t>— Я не хочу з тобою розмовляти! — відрізав Толик. — Я більше тобі не друг. Ти щойно казав про боротьбу з байдужими — ти брехав! Ти не тільки не впізнаєш Загогулькіна, ти наїдеш на нього власною "Побєдою". Ти роздушиш його! Подумай про те, що з тобою сталося сьогодні, зрозумій, поки не пізно, що ти стоїш над прірвою в житі. Ти казав, що не треба оголошувати розірвані шлюби в газетах, ти знову брехав: їх давно не оголошують. Ти забрехався!</w:t>
      </w:r>
    </w:p>
    <w:p>
      <w:r>
        <w:br/>
        <w:t>— Люди пізнаються на крутих поворотах, — суворо сказав Дід, — Я не випадково повів мову про матеріальний, так би мовити, бік діла. Коли він казав про чотири компоненти, в його словах відчувалась якась невпевненість, він весь час щось замовчував. Мене не обдуриш, хлопче! Я розкушував екземпляри складніші, й мені шкода вашого батька й вашу матір: не велика радість мати такого сина.</w:t>
      </w:r>
    </w:p>
    <w:p>
      <w:r>
        <w:br/>
        <w:t>— Я усвідомив, товариші, — жалюгідно забелькотів Жених. — Мені дуже соромно. Мені… я… Мені так важко зараз… — Він скривився, стримуючи мимовільні сльози… Махнув рукою й швидко вийшов, не попрощавшись.</w:t>
      </w:r>
    </w:p>
    <w:p>
      <w:r>
        <w:br/>
        <w:t>— Нічого, в нього є ще час стати справжньою людиною, — так само суворо сказав Дід. — Допоможіть йому, не залишайте сьогодні його самого.</w:t>
      </w:r>
    </w:p>
    <w:p>
      <w:r>
        <w:br/>
        <w:t>— Який жах! — проголосив Батько Жениха. — Який жах!.. До побачення!</w:t>
      </w:r>
    </w:p>
    <w:p>
      <w:r>
        <w:br/>
        <w:t>— Ось до чого доводить лиха компанія, — сказала Мати Жениха. — До побачення.</w:t>
      </w:r>
    </w:p>
    <w:p>
      <w:r>
        <w:br/>
        <w:t>— До побачення.</w:t>
      </w:r>
    </w:p>
    <w:p>
      <w:r>
        <w:br/>
        <w:t>— До побачення.</w:t>
      </w:r>
    </w:p>
    <w:p>
      <w:r>
        <w:br/>
        <w:t>— На все добре, — сказав Дід. — Попильнуйте сьогодні за ним. Заберіть із його кімнати всі ножі, виделки — взагалі, гострі предмети. Та особливо чорнило — не допустіть, щоб він писав занепадницькі вірші.</w:t>
      </w:r>
    </w:p>
    <w:p>
      <w:r>
        <w:br/>
        <w:t>Мати Жениха й Батько Жениха пішли. Тут на середину кімнати вийшов Незрозуміло хто (Толик).</w:t>
      </w:r>
    </w:p>
    <w:p>
      <w:r>
        <w:br/>
        <w:t>— Миколо Арсеновичу, й ви, Анно Іванівно, й ви, Арсене Назаровичу… — Голос Толика ледь тремтів. — Одне слово, я прошу руки вашої дочки і внучки. Вибачте за зухвальство.</w:t>
      </w:r>
    </w:p>
    <w:p>
      <w:r>
        <w:br/>
        <w:t>Мати Нареченої:—Як?</w:t>
      </w:r>
    </w:p>
    <w:p>
      <w:r>
        <w:br/>
        <w:t>Батько Нареченої:— Як?</w:t>
      </w:r>
    </w:p>
    <w:p>
      <w:r>
        <w:br/>
        <w:t>Дід — Як?</w:t>
      </w:r>
    </w:p>
    <w:p>
      <w:r>
        <w:br/>
        <w:t>— Я давно люблю Катрю. Та я знав, що вона дружить із цим… Я не хотів завадити їхньому щастю.</w:t>
      </w:r>
    </w:p>
    <w:p>
      <w:r>
        <w:br/>
        <w:t>— Це бла-агородно, хлопче!</w:t>
      </w:r>
    </w:p>
    <w:p>
      <w:r>
        <w:br/>
        <w:t>— Я на останньому курсі філологічного факультету — вивчаю мову древніх арабів. Захищаю диплом і їду на Крайню Північ. Багатьом це може здатися дивним — еге ж, навіщо? Я не впевнений, що моє знання давньоарабської мови знадобиться в суворій тундрі.</w:t>
      </w:r>
    </w:p>
    <w:p>
      <w:r>
        <w:br/>
        <w:t>— Нічого в цьому дивного нема! — вигукнув Дід. — Це бла-агородно.</w:t>
      </w:r>
    </w:p>
    <w:p>
      <w:r>
        <w:br/>
        <w:t>— Я поки я живу в гуртожитку, голий, як коліно, за душею — ні копійки. Все — в майбутньому. Якщо вас це непокоїть, скажіть відразу — я напишу на вас фейлетон.</w:t>
      </w:r>
    </w:p>
    <w:p>
      <w:r>
        <w:br/>
        <w:t>Що ви! — скрикнув Батько Нареченої. — Кого це може непокоїти?</w:t>
      </w:r>
    </w:p>
    <w:p>
      <w:r>
        <w:br/>
        <w:t>— Але зважте, діти мої, сімейне життя, та ще в умовах тундри… — Мати Нареченої знову схлипнула.</w:t>
      </w:r>
    </w:p>
    <w:p>
      <w:r>
        <w:br/>
        <w:t>— Браво, хлопче! — знову вигукнув Дід. — Я колись теж так починав.</w:t>
      </w:r>
    </w:p>
    <w:p>
      <w:r>
        <w:br/>
        <w:t>— Толику!.. Толику!.. — Наречена кинулась до Толика. — Я завжди за тебе голосувала!..</w:t>
      </w:r>
    </w:p>
    <w:p>
      <w:r>
        <w:br/>
        <w:t>Чарівник узяв гілочку в Оптиміста, повів нею — стіна житла зімкнулась.</w:t>
      </w:r>
    </w:p>
    <w:p>
      <w:r>
        <w:br/>
        <w:t>— Я вагаюсь, молоді люди, — сказав він. — Ось що: у мене є заступник із оргпитань, я попрошу його побесідувати з вами, він дока в цих ділах. Потім вирішимо. — І Чарівник щез.</w:t>
      </w:r>
    </w:p>
    <w:p>
      <w:r>
        <w:br/>
        <w:t>А Песиміст і Оптиміст знову засперечались.</w:t>
      </w:r>
    </w:p>
    <w:p>
      <w:r>
        <w:br/>
        <w:t>— Ти кретин, — сказав Песиміст.</w:t>
      </w:r>
    </w:p>
    <w:p>
      <w:r>
        <w:br/>
        <w:t>— Ні, це ти кретин, — відповів Оптиміст.</w:t>
      </w:r>
    </w:p>
    <w:p>
      <w:r>
        <w:br/>
        <w:t>— Ти — екзальтована коняка!</w:t>
      </w:r>
    </w:p>
    <w:p>
      <w:r>
        <w:br/>
        <w:t>— Покидьок!</w:t>
      </w:r>
    </w:p>
    <w:p>
      <w:r>
        <w:br/>
        <w:t>— Зараз я тебе битиму!</w:t>
      </w:r>
    </w:p>
    <w:p>
      <w:r>
        <w:br/>
        <w:t>Тут вони стали битися. Прибігли люди, розборонили їх. Прийшов міліціонер:</w:t>
      </w:r>
    </w:p>
    <w:p>
      <w:r>
        <w:br/>
        <w:t>— У чому справа, громадяни?</w:t>
      </w:r>
    </w:p>
    <w:p>
      <w:r>
        <w:br/>
        <w:t>Оптиміст показав на Песиміста:</w:t>
      </w:r>
    </w:p>
    <w:p>
      <w:r>
        <w:br/>
        <w:t>— Ось цей тип спотворив картину життя!</w:t>
      </w:r>
    </w:p>
    <w:p>
      <w:r>
        <w:br/>
        <w:t>— Пі, це ти спотворив!</w:t>
      </w:r>
    </w:p>
    <w:p>
      <w:r>
        <w:br/>
        <w:t>— Ні, ти!</w:t>
      </w:r>
    </w:p>
    <w:p>
      <w:r>
        <w:br/>
        <w:t>— Ні, ти!</w:t>
      </w:r>
    </w:p>
    <w:p>
      <w:r>
        <w:br/>
        <w:t>Міліціонер бачить, що вони так і не дійдуть спільної згоди, хотів узяти їх із собою, але тут підскочив Хтось, кривий та меткий, і сказав, що він усе з'ясує.</w:t>
      </w:r>
    </w:p>
    <w:p>
      <w:r>
        <w:br/>
        <w:t>Прийшли в якесь приміщення.</w:t>
      </w:r>
    </w:p>
    <w:p>
      <w:r>
        <w:br/>
        <w:t>Песиміст злякався, Оптиміст — також: їм не сподобалось приміщення.</w:t>
      </w:r>
    </w:p>
    <w:p>
      <w:r>
        <w:br/>
        <w:t>— Посидьте поки що тут, нікуди не йдіть, — сказав Хтось, а сам пішов.</w:t>
      </w:r>
    </w:p>
    <w:p>
      <w:r>
        <w:br/>
        <w:t>— Давай укладемо поки що мир, — запропонував Песиміст.</w:t>
      </w:r>
    </w:p>
    <w:p>
      <w:r>
        <w:br/>
        <w:t>— Давай, — згодився Оптиміст.</w:t>
      </w:r>
    </w:p>
    <w:p>
      <w:r>
        <w:br/>
        <w:t>— Що робити?</w:t>
      </w:r>
    </w:p>
    <w:p>
      <w:r>
        <w:br/>
        <w:t>— Не знаю.</w:t>
      </w:r>
    </w:p>
    <w:p>
      <w:r>
        <w:br/>
        <w:t>— Ех, ту б чарівну гілочку сюди! — зітхнув Песиміст.</w:t>
      </w:r>
    </w:p>
    <w:p>
      <w:r>
        <w:br/>
        <w:t>— У мене є один листочок від неї, — сказав Оптиміст. — Коли старий дав мені гілочку, я непомітно зірвав один.</w:t>
      </w:r>
    </w:p>
    <w:p>
      <w:r>
        <w:br/>
        <w:t>— Давай його сюди! — ревнув Песиміст.</w:t>
      </w:r>
    </w:p>
    <w:p>
      <w:r>
        <w:br/>
        <w:t>— Ти бач який!</w:t>
      </w:r>
    </w:p>
    <w:p>
      <w:r>
        <w:br/>
        <w:t>— Давай так: кого першим викличуть, той візьме з собою листок, — запропонував Песиміст. — Треба, щоб там нас зрозуміли. Без листочка не зрозуміють. Давай?</w:t>
      </w:r>
    </w:p>
    <w:p>
      <w:r>
        <w:br/>
        <w:t>— Давай, — згодився Оптиміст. Він був великодушний хлопчина.</w:t>
      </w:r>
    </w:p>
    <w:p>
      <w:r>
        <w:br/>
        <w:t>Першим викликали Песиміста. Оптиміст непомітно сунув йому листок із чарівної гілки.</w:t>
      </w:r>
    </w:p>
    <w:p>
      <w:r>
        <w:br/>
        <w:t>Тільки-но Песиміст ступив на поріг кабінету, як у кабінеті все насупилось, і Хтось в одну мить з доброго, моторного обернувся на якогось лютого Малюту Скуратова, нервового й пильного.</w:t>
      </w:r>
    </w:p>
    <w:p>
      <w:r>
        <w:br/>
        <w:t>— Кажи, покидьку, що сталось?! — гаркнув він. — Тільки не крути тут.</w:t>
      </w:r>
    </w:p>
    <w:p>
      <w:r>
        <w:br/>
        <w:t>— Я висловлював свої погляди на життя. Я впевнений… Я стверджував…</w:t>
      </w:r>
    </w:p>
    <w:p>
      <w:r>
        <w:br/>
        <w:t>— Коротше!</w:t>
      </w:r>
    </w:p>
    <w:p>
      <w:r>
        <w:br/>
        <w:t>— Я висловлював погляди… Я стверджував…</w:t>
      </w:r>
    </w:p>
    <w:p>
      <w:r>
        <w:br/>
        <w:t>— Коротше!</w:t>
      </w:r>
    </w:p>
    <w:p>
      <w:r>
        <w:br/>
        <w:t>— Я висловлював погляди…</w:t>
      </w:r>
    </w:p>
    <w:p>
      <w:r>
        <w:br/>
        <w:t>— Коротше! Крадеш?</w:t>
      </w:r>
    </w:p>
    <w:p>
      <w:r>
        <w:br/>
        <w:t>— Я б попросив…</w:t>
      </w:r>
    </w:p>
    <w:p>
      <w:r>
        <w:br/>
        <w:t>— Я тебе зараз попрошу! — Хтось підвівся, наблизився до Песиміста і заходився його обшукувати — Де ніж?</w:t>
      </w:r>
    </w:p>
    <w:p>
      <w:r>
        <w:br/>
        <w:t>— Нема.</w:t>
      </w:r>
    </w:p>
    <w:p>
      <w:r>
        <w:br/>
        <w:t>— Де ніж, я тебе питаю?!</w:t>
      </w:r>
    </w:p>
    <w:p>
      <w:r>
        <w:br/>
        <w:t>— Нема.</w:t>
      </w:r>
    </w:p>
    <w:p>
      <w:r>
        <w:br/>
        <w:t>Хтось ударив Песиміста в щелепу.</w:t>
      </w:r>
    </w:p>
    <w:p>
      <w:r>
        <w:br/>
        <w:t>— Де ніж?</w:t>
      </w:r>
    </w:p>
    <w:p>
      <w:r>
        <w:br/>
        <w:t>Песиміст заплакав:</w:t>
      </w:r>
    </w:p>
    <w:p>
      <w:r>
        <w:br/>
        <w:t>— Я не краду, я належу до філософської групи.</w:t>
      </w:r>
    </w:p>
    <w:p>
      <w:r>
        <w:br/>
        <w:t>Хтось пильно подивився на Песиміста, сів, приготувався писати.</w:t>
      </w:r>
    </w:p>
    <w:p>
      <w:r>
        <w:br/>
        <w:t>— Чим займається група? В якому районі орудує? Хто ватажок? Відповідати швидко й точно.</w:t>
      </w:r>
    </w:p>
    <w:p>
      <w:r>
        <w:br/>
        <w:t>— Я — мислитель.</w:t>
      </w:r>
    </w:p>
    <w:p>
      <w:r>
        <w:br/>
        <w:t>— В чому полягають твої обов'язки?</w:t>
      </w:r>
    </w:p>
    <w:p>
      <w:r>
        <w:br/>
        <w:t>— Я думаю. Я наче розтинаю дійсність і відкриваю…</w:t>
      </w:r>
    </w:p>
    <w:p>
      <w:r>
        <w:br/>
        <w:t>— Де ніж?</w:t>
      </w:r>
    </w:p>
    <w:p>
      <w:r>
        <w:br/>
        <w:t>— Я в думках розтинаю!</w:t>
      </w:r>
    </w:p>
    <w:p>
      <w:r>
        <w:br/>
        <w:t>Хтось тицьнув Песиміста в живіт:</w:t>
      </w:r>
    </w:p>
    <w:p>
      <w:r>
        <w:br/>
        <w:t>— Де ніж?</w:t>
      </w:r>
    </w:p>
    <w:p>
      <w:r>
        <w:br/>
        <w:t>Песиміст знову заплакав:</w:t>
      </w:r>
    </w:p>
    <w:p>
      <w:r>
        <w:br/>
        <w:t>— У мене нема ножа. Я головою розтинаю…</w:t>
      </w:r>
    </w:p>
    <w:p>
      <w:r>
        <w:br/>
        <w:t>Хтось стояв у здивуванні:</w:t>
      </w:r>
    </w:p>
    <w:p>
      <w:r>
        <w:br/>
        <w:t>— Ти не темни тут! Ти мене збиваєш!</w:t>
      </w:r>
    </w:p>
    <w:p>
      <w:r>
        <w:br/>
        <w:t>— Слово честі! Я головою розтинаю, звивинами…</w:t>
      </w:r>
    </w:p>
    <w:p>
      <w:r>
        <w:br/>
        <w:t>Хтось сів, заходився писати:</w:t>
      </w:r>
    </w:p>
    <w:p>
      <w:r>
        <w:br/>
        <w:t>— Кажи далі. Все кажи.</w:t>
      </w:r>
    </w:p>
    <w:p>
      <w:r>
        <w:br/>
        <w:t>— Я вважаю, що найправильніший і найшвидший спосіб пізнання життя — це заскакувати його зненацька, несподівано… Це мій метод. Я кидаюсь на нього стрибками і зриваю всякі запинала…</w:t>
      </w:r>
    </w:p>
    <w:p>
      <w:r>
        <w:br/>
        <w:t>Хтось дістав із шухляди стола наган, поклав поряд із собою:</w:t>
      </w:r>
    </w:p>
    <w:p>
      <w:r>
        <w:br/>
        <w:t>— Далі.</w:t>
      </w:r>
    </w:p>
    <w:p>
      <w:r>
        <w:br/>
        <w:t>— Мене вже нічим не здивуєш. У житті правлять самі негідники й пройдисвіти. Хороших людей нема. Їх вигадують письменники, щоб заробити грубі гроші. Чесних людей теж нема. Всі крадуть, брешуть і ображають одне одного…</w:t>
      </w:r>
    </w:p>
    <w:p>
      <w:r>
        <w:br/>
        <w:t>Хтось підвівся, наблизився до Песиміста і… потиснув йому руку.</w:t>
      </w:r>
    </w:p>
    <w:p>
      <w:r>
        <w:br/>
        <w:t>— Дякую. Нарешті я зустрів справжню людину. Вибач, ти видався мені злодієм. Кажи далі, я записуватиму кожне твоє слово і вечорами читатиму.</w:t>
      </w:r>
    </w:p>
    <w:p>
      <w:r>
        <w:br/>
        <w:t>— Найулюбленіше моє заняття — дивитись у чужі вікна. І що ж я там бачу?! Я бачу там саму свинцеву мерзоту.</w:t>
      </w:r>
    </w:p>
    <w:p>
      <w:r>
        <w:br/>
        <w:t>— Свинцевої мерзоти не буває, — виправив Хтось. — Бувають — п'яні. В нашому чарівному світі, наприклад, багато п'ють.</w:t>
      </w:r>
    </w:p>
    <w:p>
      <w:r>
        <w:br/>
        <w:t>— До речі, що це за чарівний світ? Що ви там робите? — поцікавився Песиміст.</w:t>
      </w:r>
    </w:p>
    <w:p>
      <w:r>
        <w:br/>
        <w:t>— Ми хочемо життя перетворити на казку!</w:t>
      </w:r>
    </w:p>
    <w:p>
      <w:r>
        <w:br/>
        <w:t>— Так?</w:t>
      </w:r>
    </w:p>
    <w:p>
      <w:r>
        <w:br/>
        <w:t>— Так!</w:t>
      </w:r>
    </w:p>
    <w:p>
      <w:r>
        <w:br/>
        <w:t>— Хотів би я знати, як ви це багно перетворите на казку. Бульдозерами, чи що? Засиплете?</w:t>
      </w:r>
    </w:p>
    <w:p>
      <w:r>
        <w:br/>
        <w:t>— Це не ваше собаче діло! — чомусь раптом розгнівався Хтось. — Ваше діло…</w:t>
      </w:r>
    </w:p>
    <w:p>
      <w:r>
        <w:br/>
        <w:t>Та тут Песиміст показав чарівний листок.</w:t>
      </w:r>
    </w:p>
    <w:p>
      <w:r>
        <w:br/>
        <w:t>— Ви забуваєтесь…</w:t>
      </w:r>
    </w:p>
    <w:p>
      <w:r>
        <w:br/>
        <w:t>— Так, так… Даруйте, захопився. Отож на чому ми зупинились?</w:t>
      </w:r>
    </w:p>
    <w:p>
      <w:r>
        <w:br/>
        <w:t>— Що життя — багно.</w:t>
      </w:r>
    </w:p>
    <w:p>
      <w:r>
        <w:br/>
        <w:t>— Багно. До речі, ви не хотіли б піти повчитися на чарівника?</w:t>
      </w:r>
    </w:p>
    <w:p>
      <w:r>
        <w:br/>
        <w:t>— Навіщо? — здивувався Песиміст.</w:t>
      </w:r>
    </w:p>
    <w:p>
      <w:r>
        <w:br/>
        <w:t>— Бачте, в цій казці, яку ми хочемо створити, передбачаються… як би це висловитись… представники темної сили, чи що.</w:t>
      </w:r>
    </w:p>
    <w:p>
      <w:r>
        <w:br/>
        <w:t>— Баба Яга, Змій Горинич…</w:t>
      </w:r>
    </w:p>
    <w:p>
      <w:r>
        <w:br/>
        <w:t>— Начебто й так, тільки без тієї бридкої суті, яку звикли нести ці тварюки. Так ось, для підготовки цих персонажів…</w:t>
      </w:r>
    </w:p>
    <w:p>
      <w:r>
        <w:br/>
        <w:t>— Ні, — твердо сказав Песиміст. — Я й далі порпатимусь у бруді, я вигадуватиму нові й нові комбінації відчаю й смутку. Я ніколи не повірю ні в яке світле майбутнє…</w:t>
      </w:r>
    </w:p>
    <w:p>
      <w:r>
        <w:br/>
        <w:t>Хтось перестав записувати.</w:t>
      </w:r>
    </w:p>
    <w:p>
      <w:r>
        <w:br/>
        <w:t>— Я це не пишу. Далі.</w:t>
      </w:r>
    </w:p>
    <w:p>
      <w:r>
        <w:br/>
        <w:t>— Добре. Та я сміятимусь з тих, хто повірить у світле майбутнє. Ось так: "Ка-ка-ка!"</w:t>
      </w:r>
    </w:p>
    <w:p>
      <w:r>
        <w:br/>
        <w:t>— Чудо! Розумака! Оскар!</w:t>
      </w:r>
    </w:p>
    <w:p>
      <w:r>
        <w:br/>
        <w:t>— Який Оскар?</w:t>
      </w:r>
    </w:p>
    <w:p>
      <w:r>
        <w:br/>
        <w:t>— Ну, той… у тюрмі, в Редінгській, забув прізвище…</w:t>
      </w:r>
    </w:p>
    <w:p>
      <w:r>
        <w:br/>
        <w:t>— Ви облиште, чуєте! — прикрикнув знову Песиміст.</w:t>
      </w:r>
    </w:p>
    <w:p>
      <w:r>
        <w:br/>
        <w:t>— Мені вже заціпило.</w:t>
      </w:r>
    </w:p>
    <w:p>
      <w:r>
        <w:br/>
        <w:t>— Нам і так не солодко, а ви ще з натяками тут…</w:t>
      </w:r>
    </w:p>
    <w:p>
      <w:r>
        <w:br/>
        <w:t>— Які натяки? Облиште ви теж…</w:t>
      </w:r>
    </w:p>
    <w:p>
      <w:r>
        <w:br/>
        <w:t>— Не треба. Не треба! Не треба! Бо я дам у лоб мармуровою попільницею…</w:t>
      </w:r>
    </w:p>
    <w:p>
      <w:r>
        <w:br/>
        <w:t>— Годі, — сказав Хтось. — Дякую. Я слухав ваші слова, як музику. Це щось неймовірне!.. Пишіть книжку, юначе, пишіть вірші, робіть що-небудь, чорт вас забирай, але не закопуйте ваш талант. Зачекайте в коридорі, ми потім іще побалакаємо.</w:t>
      </w:r>
    </w:p>
    <w:p>
      <w:r>
        <w:br/>
        <w:t>Песиміст вийшов з кабінету.</w:t>
      </w:r>
    </w:p>
    <w:p>
      <w:r>
        <w:br/>
        <w:t>— Ну що? — спитав його Оптиміст.</w:t>
      </w:r>
    </w:p>
    <w:p>
      <w:r>
        <w:br/>
        <w:t>— Ажур. Ми зрозуміли одне одного: я йому набалакав…</w:t>
      </w:r>
    </w:p>
    <w:p>
      <w:r>
        <w:br/>
        <w:t>— Давай листок.</w:t>
      </w:r>
    </w:p>
    <w:p>
      <w:r>
        <w:br/>
        <w:t>— На. Тільки не загуби його. Сміливо гни свою лінію, листок працює.</w:t>
      </w:r>
    </w:p>
    <w:p>
      <w:r>
        <w:br/>
        <w:t>У кабінет викликали Оптиміста. І тільки-но він увійшов туди, як усе довкола посвітлішало. Хтось перевтілився. Це вже не Малюта Скуратов, і це не меткий, нервовий зам — це спокійний, проникливий добряк, веселий і життєрадісний.</w:t>
      </w:r>
    </w:p>
    <w:p>
      <w:r>
        <w:br/>
        <w:t>— Сідайте, хлопче, — чемно запропонував він. — Паліть.</w:t>
      </w:r>
    </w:p>
    <w:p>
      <w:r>
        <w:br/>
        <w:t>— Дякую.</w:t>
      </w:r>
    </w:p>
    <w:p>
      <w:r>
        <w:br/>
        <w:t>— Так що там у вас трапилось?</w:t>
      </w:r>
    </w:p>
    <w:p>
      <w:r>
        <w:br/>
        <w:t>— Я хвилююсь і не вмію говорити, але скажу. Я все скажу! — розпалювався Оптиміст.</w:t>
      </w:r>
    </w:p>
    <w:p>
      <w:r>
        <w:br/>
        <w:t>— Скажіть, скажіть, — Хтось доброзичливо всміхався.</w:t>
      </w:r>
    </w:p>
    <w:p>
      <w:r>
        <w:br/>
        <w:t>— Я не тільки скажу, я просто не дозволю, щоб усякі скиглії глумилися з життя. Бо життя — де… де наче стометрівка!</w:t>
      </w:r>
    </w:p>
    <w:p>
      <w:r>
        <w:br/>
        <w:t>— А чому стометрівка? — заперечив Хтось. — Я б сказав: життя — це випроби на рисях. Або краще: біг з перешкодами. Перешкоди, в розумінні — труднощі, ще є, хлопче. Незначні, звичайно, дріб'язкові, та є. Отже?..</w:t>
      </w:r>
    </w:p>
    <w:p>
      <w:r>
        <w:br/>
        <w:t>— А мене особисто життя кличе, і я лечу. І особисто я не розумію, про які труднощі ви кажете!..</w:t>
      </w:r>
    </w:p>
    <w:p>
      <w:r>
        <w:br/>
        <w:t>— Ну, ну… я просто пожартував. Який запальний хлопець! Уже й пожартувати не можна!</w:t>
      </w:r>
    </w:p>
    <w:p>
      <w:r>
        <w:br/>
        <w:t>— Не можна! Не можна так жартувати, ви розумієте?!</w:t>
      </w:r>
    </w:p>
    <w:p>
      <w:r>
        <w:br/>
        <w:t>— Ну, а якщо, скажімо, юнак або дівчина їдуть у необжиті райони, в Сибір, повинні ж їм сказати, що їх там, окрім усього іншого, чекають і труднощі?</w:t>
      </w:r>
    </w:p>
    <w:p>
      <w:r>
        <w:br/>
        <w:t>— Ні в якому разі! — вигукнув Оптиміст. — Ми припускаємось великої дурниці, коли попереджаємо про це. Ось тому ти й бачиш подеколи: людина їде в необжитий район, а замислена. Чому, спитаєте? Про що замислилась? Чи ти залишив тут щось, що дає тобі підстави задумуватись? Квартиру з вигодами? Рідних і друзів?.. А там тебе чекає намет! Там тебе чекають бурани, ведмеді, вовки!.. Постає питання: а що краще? Що краще: зручна квартира чи намет із ведмедем?</w:t>
      </w:r>
    </w:p>
    <w:p>
      <w:r>
        <w:br/>
        <w:t>— Я розумію, що ви хочете сказати. Звичайно, намет із ведмедем краще. Але їдуть-бо вони зводити будинки із зручними квартирами. Цього теж не можна забувати. Значить, ведмідь не вічний?</w:t>
      </w:r>
    </w:p>
    <w:p>
      <w:r>
        <w:br/>
        <w:t>Хтось підніс догори палець, хитро примружився.</w:t>
      </w:r>
    </w:p>
    <w:p>
      <w:r>
        <w:br/>
        <w:t>— Ведмідь, на жаль, не вічний, — згодився Оптиміст. — Та це не повинно нас стримувати: закінчаться труднощі — ми їх вигадаємо!</w:t>
      </w:r>
    </w:p>
    <w:p>
      <w:r>
        <w:br/>
        <w:t>— Це ви точно сказали. Це як в око вліпили.</w:t>
      </w:r>
    </w:p>
    <w:p>
      <w:r>
        <w:br/>
        <w:t>— Я завжди кажу в самісіньке око, хоча й не вмію говорити і завжди хвилююсь. Еге ж, так про що ми? Ага, про юнака, який їде в необжитий район і сидить там у вагоні задуманий.</w:t>
      </w:r>
    </w:p>
    <w:p>
      <w:r>
        <w:br/>
        <w:t>— Ні, ми повели мову про ведмедів. І я хотів запитати вас у зв'язку з цим: ось, скажімо, вийшли ви ранком з намету, а за десять кроків стоїть ведмідь. Звичайний бурий ведмідь середнього розміру. Ваші дії?</w:t>
      </w:r>
    </w:p>
    <w:p>
      <w:r>
        <w:br/>
        <w:t>Оптиміст трохи подумав.</w:t>
      </w:r>
    </w:p>
    <w:p>
      <w:r>
        <w:br/>
        <w:t>— Пісня! — вигукнув він. — Я заспівую бадьору пісню і йду від намету. Ведмідь слухає і йде за мною. Таким чином я відводжу його від намету, в якому сплять мої товариші, і вони ніколи не довідаються, яка небезпека чигала на них того ранку. Я йду тайгою і співаю. Ведмідь іде за мною. Я стомлююсь іти, стомлююся співати, та я йду й співаю. Потім я повзу й співаю. Потім я перестав повзти й співати. Ведмідь підходить до мене, і я бачу в його звіриних очах захоплення й подив…</w:t>
      </w:r>
    </w:p>
    <w:p>
      <w:r>
        <w:br/>
        <w:t>— Так, правильно. Ще одне запитання: ви йдете з товаришем тайгою. Ви заблукали. У вас обмаль продуктів. Ви все ділите навпіл і йдете далі…</w:t>
      </w:r>
    </w:p>
    <w:p>
      <w:r>
        <w:br/>
        <w:t>— Стоп! — вигукнув Оптиміст. — По-перше, я не стану ділити продукти навпіл — я віддам товаришеві все.</w:t>
      </w:r>
    </w:p>
    <w:p>
      <w:r>
        <w:br/>
        <w:t>— Я знав, що ви так скажете. Тому ще одне запитання: а якщо ваш товариш вчинить так само?</w:t>
      </w:r>
    </w:p>
    <w:p>
      <w:r>
        <w:br/>
        <w:t>— Тоді ми викидаємо харчі і йдемо далі.</w:t>
      </w:r>
    </w:p>
    <w:p>
      <w:r>
        <w:br/>
        <w:t>— Правильно. Вас не зловиш.</w:t>
      </w:r>
    </w:p>
    <w:p>
      <w:r>
        <w:br/>
        <w:t>— Та вже якось там.</w:t>
      </w:r>
    </w:p>
    <w:p>
      <w:r>
        <w:br/>
        <w:t>— Останнє запитання: ви виходите з тайги?</w:t>
      </w:r>
    </w:p>
    <w:p>
      <w:r>
        <w:br/>
        <w:t>— Безперечно!</w:t>
      </w:r>
    </w:p>
    <w:p>
      <w:r>
        <w:br/>
        <w:t>— Ви готові до труднощів, хлопче!</w:t>
      </w:r>
    </w:p>
    <w:p>
      <w:r>
        <w:br/>
        <w:t>— Помацайте! — Оптиміст дав помацати свої біцепси. Хтось помацав.</w:t>
      </w:r>
    </w:p>
    <w:p>
      <w:r>
        <w:br/>
        <w:t>— Так, ви готові до труднощів. У цьому я ще й ще раз переконуюсь.</w:t>
      </w:r>
    </w:p>
    <w:p>
      <w:r>
        <w:br/>
        <w:t>— Я готовий до всяких труднощів.</w:t>
      </w:r>
    </w:p>
    <w:p>
      <w:r>
        <w:br/>
        <w:t>— Отже, ви їдете в Сибір?</w:t>
      </w:r>
    </w:p>
    <w:p>
      <w:r>
        <w:br/>
        <w:t>— Я повторюю: я готовий до всяких труднощів і злигоднів, та їх у нас нема. Намет із ведмедем — це, самі розумієте, не труднощі. Значить?..</w:t>
      </w:r>
    </w:p>
    <w:p>
      <w:r>
        <w:br/>
        <w:t>Хтось не здогадується, що — "значить".</w:t>
      </w:r>
    </w:p>
    <w:p>
      <w:r>
        <w:br/>
        <w:t>Оптиміст усміхається:</w:t>
      </w:r>
    </w:p>
    <w:p>
      <w:r>
        <w:br/>
        <w:t>— Ну?.. Я готовий до труднощів, та їх нема, — значить?.. Логіка, логіка!</w:t>
      </w:r>
    </w:p>
    <w:p>
      <w:r>
        <w:br/>
        <w:t>— Не можу здогадатись. — Хтось ізніяковів.</w:t>
      </w:r>
    </w:p>
    <w:p>
      <w:r>
        <w:br/>
        <w:t>Оптиміст терпляче пояснює:</w:t>
      </w:r>
    </w:p>
    <w:p>
      <w:r>
        <w:br/>
        <w:t>— До труднощів я готовий. Так? Але труднощів нема. Намет, бурани і ведмеді не труднощі. Значить?..</w:t>
      </w:r>
    </w:p>
    <w:p>
      <w:r>
        <w:br/>
        <w:t>— Слово честі, не можу…</w:t>
      </w:r>
    </w:p>
    <w:p>
      <w:r>
        <w:br/>
        <w:t>— Значить, я не їду в Сибір! — голосно й весело сказав Оптиміст.</w:t>
      </w:r>
    </w:p>
    <w:p>
      <w:r>
        <w:br/>
        <w:t>Обидва щиро сміються.</w:t>
      </w:r>
    </w:p>
    <w:p>
      <w:r>
        <w:br/>
        <w:t>— Браво, хлопче! Двадцять копійок з мене. А в чарівники до нас не хочете піти працювати? У нас є деякі труднощі.</w:t>
      </w:r>
    </w:p>
    <w:p>
      <w:r>
        <w:br/>
        <w:t>— Ваші труднощі — це теж не труднощі, — сказав Оптиміст. — Я їх, до речі, не знаю й не хочу знати. Життя йде вперед. І як поїзд проминає невеличкий полустанок, не зупиняючись на ньому, так і життя гримить мимо ваших, наприклад, труднощів, не звертаючи на них уваги. Значить?…</w:t>
      </w:r>
    </w:p>
    <w:p>
      <w:r>
        <w:br/>
        <w:t>Хтось знову вагається.</w:t>
      </w:r>
    </w:p>
    <w:p>
      <w:r>
        <w:br/>
        <w:t>Оптиміст вирішив пояснити предметно.</w:t>
      </w:r>
    </w:p>
    <w:p>
      <w:r>
        <w:br/>
        <w:t>— Ось полустанок — тобто ваші труднощі. — Поклав на стіл коробку сірників. — Так? Ось — життя… — Хотів узяти наган, та Хтось ніяково сховав його. Оптиміст узяв протокол, згорнув дудкою. — Ось — життя, яке стрімко пролітає мимо. — Показав. — Тепер: я займаюся вашими труднощами… — Тицьнув у коробку пальцем. — А життя — дивіться! — гримить мимо. Значить? Логіка?..</w:t>
      </w:r>
    </w:p>
    <w:p>
      <w:r>
        <w:br/>
        <w:t>— Не розумію. — Хтось знову вагається.</w:t>
      </w:r>
    </w:p>
    <w:p>
      <w:r>
        <w:br/>
        <w:t>— Значить, я не йду до вас працювати!</w:t>
      </w:r>
    </w:p>
    <w:p>
      <w:r>
        <w:br/>
        <w:t>Знову весело засміялись.</w:t>
      </w:r>
    </w:p>
    <w:p>
      <w:r>
        <w:br/>
        <w:t>— Ловко ви мене, — сказав Хтось.</w:t>
      </w:r>
    </w:p>
    <w:p>
      <w:r>
        <w:br/>
        <w:t>— Якщо я піду до вас працювати, значить, я зостанусь на полустанку, і життя гримітиме повз мене. А я хочу весь час линути вперед. І я лину.</w:t>
      </w:r>
    </w:p>
    <w:p>
      <w:r>
        <w:br/>
        <w:t>— Стоп! Зараз я вгадаю вашу професію, — сказав Хтось.</w:t>
      </w:r>
    </w:p>
    <w:p>
      <w:r>
        <w:br/>
        <w:t>— Не вгадати.</w:t>
      </w:r>
    </w:p>
    <w:p>
      <w:r>
        <w:br/>
        <w:t>— Вгадаю!</w:t>
      </w:r>
    </w:p>
    <w:p>
      <w:r>
        <w:br/>
        <w:t>— Нізащо!</w:t>
      </w:r>
    </w:p>
    <w:p>
      <w:r>
        <w:br/>
        <w:t>Хтось пильно подивився на Оптиміста:</w:t>
      </w:r>
    </w:p>
    <w:p>
      <w:r>
        <w:br/>
        <w:t>— Пілот.</w:t>
      </w:r>
    </w:p>
    <w:p>
      <w:r>
        <w:br/>
        <w:t>Оптиміст заперечливо похитав головою.</w:t>
      </w:r>
    </w:p>
    <w:p>
      <w:r>
        <w:br/>
        <w:t>— Ви занадто буквально зрозуміли поривання вперед. Пілот — це механічне поривання.</w:t>
      </w:r>
    </w:p>
    <w:p>
      <w:r>
        <w:br/>
        <w:t>— Геолог!</w:t>
      </w:r>
    </w:p>
    <w:p>
      <w:r>
        <w:br/>
        <w:t>— Геолог — це поривання в глибину, а не вперед.</w:t>
      </w:r>
    </w:p>
    <w:p>
      <w:r>
        <w:br/>
        <w:t>— Викладач історії!</w:t>
      </w:r>
    </w:p>
    <w:p>
      <w:r>
        <w:br/>
        <w:t>— Ну, це зовсім не те. Історія — це…</w:t>
      </w:r>
    </w:p>
    <w:p>
      <w:r>
        <w:br/>
        <w:t>— Ні, ні, це справді не те. Зараз, зараз…</w:t>
      </w:r>
    </w:p>
    <w:p>
      <w:r>
        <w:br/>
        <w:t>Оптиміст усміхається, чекає:</w:t>
      </w:r>
    </w:p>
    <w:p>
      <w:r>
        <w:br/>
        <w:t>— Ну?..</w:t>
      </w:r>
    </w:p>
    <w:p>
      <w:r>
        <w:br/>
        <w:t>— Зараз, зараз… Поет?</w:t>
      </w:r>
    </w:p>
    <w:p>
      <w:r>
        <w:br/>
        <w:t>— Близько, та не те.</w:t>
      </w:r>
    </w:p>
    <w:p>
      <w:r>
        <w:br/>
        <w:t>— Чорт забери! Зараз, зараз… Сутенер! Тобто… Тьху, чорт… не те хотів сказати, вибачте, будь ласка. — Хтось почервонів.</w:t>
      </w:r>
    </w:p>
    <w:p>
      <w:r>
        <w:br/>
        <w:t>— Нічого, — великодушно сказав Оптиміст.</w:t>
      </w:r>
    </w:p>
    <w:p>
      <w:r>
        <w:br/>
        <w:t>— Я хотів сказати — зв'язківець!</w:t>
      </w:r>
    </w:p>
    <w:p>
      <w:r>
        <w:br/>
        <w:t>— Не те.</w:t>
      </w:r>
    </w:p>
    <w:p>
      <w:r>
        <w:br/>
        <w:t>— Тоді не знаю. Пас.</w:t>
      </w:r>
    </w:p>
    <w:p>
      <w:r>
        <w:br/>
        <w:t>— Ви взялися за непосильне завдання. Мою професію визначити неможливо.</w:t>
      </w:r>
    </w:p>
    <w:p>
      <w:r>
        <w:br/>
        <w:t>— Чому?</w:t>
      </w:r>
    </w:p>
    <w:p>
      <w:r>
        <w:br/>
        <w:t>— Тому що в мене нема ніякої професії.</w:t>
      </w:r>
    </w:p>
    <w:p>
      <w:r>
        <w:br/>
        <w:t>Хтось — наче покотом його покотило:</w:t>
      </w:r>
    </w:p>
    <w:p>
      <w:r>
        <w:br/>
        <w:t>— Ну, ловко ж ви мене!.. Ха-ха-ха!.. А що ви робите?</w:t>
      </w:r>
    </w:p>
    <w:p>
      <w:r>
        <w:br/>
        <w:t>— Нічого, в тім-то й річ.</w:t>
      </w:r>
    </w:p>
    <w:p>
      <w:r>
        <w:br/>
        <w:t>— Як?</w:t>
      </w:r>
    </w:p>
    <w:p>
      <w:r>
        <w:br/>
        <w:t>— Так. Як правило, лежу на дивані чи прогулююсь вулицею.</w:t>
      </w:r>
    </w:p>
    <w:p>
      <w:r>
        <w:br/>
        <w:t>— Та ви ж бо сказали, що ви весь час пориваєтесь вперед!</w:t>
      </w:r>
    </w:p>
    <w:p>
      <w:r>
        <w:br/>
        <w:t>— Так, я лежу й пориваюсь. Розумієте?</w:t>
      </w:r>
    </w:p>
    <w:p>
      <w:r>
        <w:br/>
        <w:t>— ???</w:t>
      </w:r>
    </w:p>
    <w:p>
      <w:r>
        <w:br/>
        <w:t>— Ну, я лежу і водночас лечу вперед! Невже ви собі не можете уявити цього? І це після ейнштейнівської теорії?</w:t>
      </w:r>
    </w:p>
    <w:p>
      <w:r>
        <w:br/>
        <w:t>— Якось важко, знаєте… Не можу, знаєте, відчути цього явища.</w:t>
      </w:r>
    </w:p>
    <w:p>
      <w:r>
        <w:br/>
        <w:t>— Душею! Серцем! Помислами пориваюсь!</w:t>
      </w:r>
    </w:p>
    <w:p>
      <w:r>
        <w:br/>
        <w:t>— A-а, ось тепер зрозумів…</w:t>
      </w:r>
    </w:p>
    <w:p>
      <w:r>
        <w:br/>
        <w:t>У цю мить вікна кабінету самі відчинились, з вулиці увірвався вихор, вихопив з рук Оптиміста чарівний листок і виніс у вікно.</w:t>
      </w:r>
    </w:p>
    <w:p>
      <w:r>
        <w:br/>
        <w:t>— Так ви, значить, ніде не працюєте? — суворо запитав Хтось. Він обернувся на стомленого, в літах.</w:t>
      </w:r>
    </w:p>
    <w:p>
      <w:r>
        <w:br/>
        <w:t>— Ні.</w:t>
      </w:r>
    </w:p>
    <w:p>
      <w:r>
        <w:br/>
        <w:t>— І не бажаєте працювати?</w:t>
      </w:r>
    </w:p>
    <w:p>
      <w:r>
        <w:br/>
        <w:t>— Працювати — значить не пориватися вперед. Правильно? Значить?..</w:t>
      </w:r>
    </w:p>
    <w:p>
      <w:r>
        <w:br/>
        <w:t>— Попросіть другого сюди, — наказав Хтось.</w:t>
      </w:r>
    </w:p>
    <w:p>
      <w:r>
        <w:br/>
        <w:t>Та двері самі відчинились, увійшли Чарівник і Песиміст. Песиміст одразу гаркнув на Оптиміста:</w:t>
      </w:r>
    </w:p>
    <w:p>
      <w:r>
        <w:br/>
        <w:t>— Стоного!.. Де чарівний листок?! Зараз я битиму тебе…</w:t>
      </w:r>
    </w:p>
    <w:p>
      <w:r>
        <w:br/>
        <w:t>Чарівник зупинив його твердою рукою:</w:t>
      </w:r>
    </w:p>
    <w:p>
      <w:r>
        <w:br/>
        <w:t>— Спокійно.</w:t>
      </w:r>
    </w:p>
    <w:p>
      <w:r>
        <w:br/>
        <w:t>— Ви бачили покидьків, які нікуди не пориваються?! — закричав Оптиміст. — Ось один з них. Дозвольте ваш наган, на хвилинку: я його цокну.</w:t>
      </w:r>
    </w:p>
    <w:p>
      <w:r>
        <w:br/>
        <w:t>— Спокійно! — знову сказав Чарівник. — Сядьте. Листок у мене, ви його не одержите.</w:t>
      </w:r>
    </w:p>
    <w:p>
      <w:r>
        <w:br/>
        <w:t>— Але ж він спотворив картину життя!</w:t>
      </w:r>
    </w:p>
    <w:p>
      <w:r>
        <w:br/>
        <w:t>— Ні, де ти її спотворив!</w:t>
      </w:r>
    </w:p>
    <w:p>
      <w:r>
        <w:br/>
        <w:t>— Спокійно! — ще раз сказав Чарівник. — Бо інакше я оберну вас на баранів, і ми з замом зготуємо з вас шашлики. — Чарівнику самому сподобався цей жарт, і він засміявся: — Ги-ги-ги…</w:t>
      </w:r>
    </w:p>
    <w:p>
      <w:r>
        <w:br/>
        <w:t>Песиміст і Оптиміст не засміялись.</w:t>
      </w:r>
    </w:p>
    <w:p>
      <w:r>
        <w:br/>
        <w:t>Чарівник схрестив руки й довго ходив по кабінету. Він думав.</w:t>
      </w:r>
    </w:p>
    <w:p>
      <w:r>
        <w:br/>
        <w:t>— Ви обоє спотворили картину життя, — сказав він. — Ви обоє перейшли межу. А смисл у тому, щоб… — Він знову заглибився в свої думи.</w:t>
      </w:r>
    </w:p>
    <w:p>
      <w:r>
        <w:br/>
        <w:t>— В чому смисл? — запитав Оптиміст. — Бо я хвилююсь.</w:t>
      </w:r>
    </w:p>
    <w:p>
      <w:r>
        <w:br/>
        <w:t>— Смисл у тому, щоб… Заманлива ідея, чорт забери! — Чарівник знову заглибився в думи.</w:t>
      </w:r>
    </w:p>
    <w:p>
      <w:r>
        <w:br/>
        <w:t>— Де у вас туалет? — тихо спитав його Оптиміст.</w:t>
      </w:r>
    </w:p>
    <w:p>
      <w:r>
        <w:br/>
        <w:t>— У коридор і ліворуч. Швидше там, я зараз виголошуватиму смисл — щось нове.</w:t>
      </w:r>
    </w:p>
    <w:p>
      <w:r>
        <w:br/>
        <w:t>— Побоюєтесь, що втечу? Принципово не піду. Я краще тут…</w:t>
      </w:r>
    </w:p>
    <w:p>
      <w:r>
        <w:br/>
        <w:t>— У чому смисл? — нетерпляче запитав Песиміст.</w:t>
      </w:r>
    </w:p>
    <w:p>
      <w:r>
        <w:br/>
        <w:t>— Смисл у тому, — урочисто мовив Чарівник, — щоб об'єднати обидві ці точки зору і в результаті напруженого філософського акту народити — третю! Га? Спробуємо?</w:t>
      </w:r>
    </w:p>
    <w:p>
      <w:r>
        <w:br/>
        <w:t>— Як? — здивувалися всі.</w:t>
      </w:r>
    </w:p>
    <w:p>
      <w:r>
        <w:br/>
        <w:t>— Так. Я переводжу свій чарівний годинник… Є. Відбувається сватання. Родина Нареченої така, якою її бачить наш Оптиміст. Родина Жениха така — як бачить Песиміст.</w:t>
      </w:r>
    </w:p>
    <w:p>
      <w:r>
        <w:br/>
        <w:t>— Ура! — закричали Песиміст і Оптиміст. Узялися за руки й стали танцювати:</w:t>
      </w:r>
    </w:p>
    <w:p>
      <w:r>
        <w:br/>
        <w:t>В цьому світі — тру-ля-ля!</w:t>
      </w:r>
    </w:p>
    <w:p>
      <w:r>
        <w:br/>
        <w:t>тру-ля-ля!</w:t>
      </w:r>
    </w:p>
    <w:p>
      <w:r>
        <w:br/>
        <w:t>тру-ля-ля!</w:t>
      </w:r>
    </w:p>
    <w:p>
      <w:r>
        <w:br/>
        <w:t>Життя не варте ні гроша!</w:t>
      </w:r>
    </w:p>
    <w:p>
      <w:r>
        <w:br/>
        <w:t>ні гроша!</w:t>
      </w:r>
    </w:p>
    <w:p>
      <w:r>
        <w:br/>
        <w:t>ні гроша!</w:t>
      </w:r>
    </w:p>
    <w:p>
      <w:r>
        <w:br/>
        <w:t>— Вперед, шибеники! — скомандував Чарівник. — Усі ходімте. Ми побачимо зараз щось нове.</w:t>
      </w:r>
    </w:p>
    <w:p>
      <w:r>
        <w:br/>
        <w:t>А в цей час у будинку Нареченої коїлося щось неймовірне.</w:t>
      </w:r>
    </w:p>
    <w:p>
      <w:r>
        <w:br/>
        <w:t>Дід читав Незрозуміло кому свою книжку:</w:t>
      </w:r>
    </w:p>
    <w:p>
      <w:r>
        <w:br/>
        <w:t>— …Тут я взяв гвинтівку й тарахнув його. Голубі мізки свиснули на парапет і драглями довго здригались. У цю мить вона вийшла з кімнати і підвела свою гадючу голівку, намагаючись справити зворотне враження. Я почав клацати затвором, відчуваючи, що мене всього обволікує. "Одержуй!" — сказав я і її теж тарахнув. "Гук! Гук! Гук!" — розляглося по всіх кімнатах.</w:t>
      </w:r>
    </w:p>
    <w:p>
      <w:r>
        <w:br/>
        <w:t>— Скільки метрів? — спитав Незрозуміло хто.</w:t>
      </w:r>
    </w:p>
    <w:p>
      <w:r>
        <w:br/>
        <w:t>— Де?</w:t>
      </w:r>
    </w:p>
    <w:p>
      <w:r>
        <w:br/>
        <w:t>— Квартира?</w:t>
      </w:r>
    </w:p>
    <w:p>
      <w:r>
        <w:br/>
        <w:t>— Не знаю.</w:t>
      </w:r>
    </w:p>
    <w:p>
      <w:r>
        <w:br/>
        <w:t>— А навіщо пишеш? Тумбочки краще майструй.</w:t>
      </w:r>
    </w:p>
    <w:p>
      <w:r>
        <w:br/>
        <w:t>В іншому кутку Жених навчав Батька Нареченої боксу. Обмотав кулак рушником і показував прийоми.</w:t>
      </w:r>
    </w:p>
    <w:p>
      <w:r>
        <w:br/>
        <w:t>— Крюк! — кричав розпашілий Жених. — Оп!</w:t>
      </w:r>
    </w:p>
    <w:p>
      <w:r>
        <w:br/>
        <w:t>Батько Нареченої відлетів до стіни.</w:t>
      </w:r>
    </w:p>
    <w:p>
      <w:r>
        <w:br/>
        <w:t>Батько Жениха повів його знову до вікна.</w:t>
      </w:r>
    </w:p>
    <w:p>
      <w:r>
        <w:br/>
        <w:t>— Удар, га?..</w:t>
      </w:r>
    </w:p>
    <w:p>
      <w:r>
        <w:br/>
        <w:t>— Прекрасний удар! Ось я пам'ятаю, коли їхав на Крайню Північ…</w:t>
      </w:r>
    </w:p>
    <w:p>
      <w:r>
        <w:br/>
        <w:t>— Постривай ти зі своєю Північчю! Ставай.</w:t>
      </w:r>
    </w:p>
    <w:p>
      <w:r>
        <w:br/>
        <w:t>— Ви легше його, — сказала Мати Нареченої. — Бо струс буде.</w:t>
      </w:r>
    </w:p>
    <w:p>
      <w:r>
        <w:br/>
        <w:t>— Який струс! — вигукнув Батько Нареченої. — Треба — значить, треба!</w:t>
      </w:r>
    </w:p>
    <w:p>
      <w:r>
        <w:br/>
        <w:t>— Він мені одного разу як засвітив, — згадав Батько Жениха, — я тиждень на кварц ходив. Ану, синку, як ти мене тоді?.. Ану, йому теж так!</w:t>
      </w:r>
    </w:p>
    <w:p>
      <w:r>
        <w:br/>
        <w:t>— Прямою правою? — запитав поважний Жених.</w:t>
      </w:r>
    </w:p>
    <w:p>
      <w:r>
        <w:br/>
        <w:t>— Я не бачив. У мене тоді іскри з очей посипались.</w:t>
      </w:r>
    </w:p>
    <w:p>
      <w:r>
        <w:br/>
        <w:t>Усі засміялись.</w:t>
      </w:r>
    </w:p>
    <w:p>
      <w:r>
        <w:br/>
        <w:t>— Як образно! — сказала Наречена. — "Іскри посипались…" Яка все-таки російська мова!..</w:t>
      </w:r>
    </w:p>
    <w:p>
      <w:r>
        <w:br/>
        <w:t>— Це — правою в лоб, знизу, — згадав Жених. — Це робиться так… Нагни голову!</w:t>
      </w:r>
    </w:p>
    <w:p>
      <w:r>
        <w:br/>
        <w:t>Батько Нареченої слухняно нагнув голову:</w:t>
      </w:r>
    </w:p>
    <w:p>
      <w:r>
        <w:br/>
        <w:t>— Єсть.</w:t>
      </w:r>
    </w:p>
    <w:p>
      <w:r>
        <w:br/>
        <w:t>— Нижче.</w:t>
      </w:r>
    </w:p>
    <w:p>
      <w:r>
        <w:br/>
        <w:t>— Єсть.</w:t>
      </w:r>
    </w:p>
    <w:p>
      <w:r>
        <w:br/>
        <w:t>— Стежте за моєю правою ногою… Ось що вона робить… Удар піде звідти.</w:t>
      </w:r>
    </w:p>
    <w:p>
      <w:r>
        <w:br/>
        <w:t>Всі завмерли і стежили за правою ногою Жениха. Він стрибав.</w:t>
      </w:r>
    </w:p>
    <w:p>
      <w:r>
        <w:br/>
        <w:t>— Оп! — сказав Жених, і Батько Нареченої полетів у куток.</w:t>
      </w:r>
    </w:p>
    <w:p>
      <w:r>
        <w:br/>
        <w:t>— Усе, нокаут, — сказав Жених.</w:t>
      </w:r>
    </w:p>
    <w:p>
      <w:r>
        <w:br/>
        <w:t>Справді, Батько Нареченої не зводився. Його стали приводити до тями.</w:t>
      </w:r>
    </w:p>
    <w:p>
      <w:r>
        <w:br/>
        <w:t>— Ти захопився, Андж, — сказала Наречена.</w:t>
      </w:r>
    </w:p>
    <w:p>
      <w:r>
        <w:br/>
        <w:t>— Якби я захопився, тут би давно вже нікого не було. Ми якось із дружком пішли до одних знайомих. А дружок із жінкою був. А там один фраєр був. Ну, ми їх заскочили в туалеті. Ось там я захопився! Стали фраєра в унітаз пхати, він не лізе…</w:t>
      </w:r>
    </w:p>
    <w:p>
      <w:r>
        <w:br/>
        <w:t>— Принципово не лізе чи просто не може? — спитала Мати Нареченої.</w:t>
      </w:r>
    </w:p>
    <w:p>
      <w:r>
        <w:br/>
        <w:t>— Не хоче!</w:t>
      </w:r>
    </w:p>
    <w:p>
      <w:r>
        <w:br/>
        <w:t>— А ви?</w:t>
      </w:r>
    </w:p>
    <w:p>
      <w:r>
        <w:br/>
        <w:t>— Ми зняли з нього костюм і пустили в самій шляпі. Він о другій годині ночі голий кігті рвав.</w:t>
      </w:r>
    </w:p>
    <w:p>
      <w:r>
        <w:br/>
        <w:t>— Це ж неетично, Андж.</w:t>
      </w:r>
    </w:p>
    <w:p>
      <w:r>
        <w:br/>
        <w:t>— Га? — запитав Жених.</w:t>
      </w:r>
    </w:p>
    <w:p>
      <w:r>
        <w:br/>
        <w:t>— Неетично.</w:t>
      </w:r>
    </w:p>
    <w:p>
      <w:r>
        <w:br/>
        <w:t>— Зате — голий! І швидкість пристойна.</w:t>
      </w:r>
    </w:p>
    <w:p>
      <w:r>
        <w:br/>
        <w:t>— Я розумію твоє захоплення швидкістю, Андж, та згодься: гола людина о другій годині ночі… Ти можеш заперечити: а як же Високе Відродження?..</w:t>
      </w:r>
    </w:p>
    <w:p>
      <w:r>
        <w:br/>
        <w:t>— Вони не встигли, — сказав Жених.</w:t>
      </w:r>
    </w:p>
    <w:p>
      <w:r>
        <w:br/>
        <w:t>— Тобто?</w:t>
      </w:r>
    </w:p>
    <w:p>
      <w:r>
        <w:br/>
        <w:t>— Ми прийшли раніше.</w:t>
      </w:r>
    </w:p>
    <w:p>
      <w:r>
        <w:br/>
        <w:t>— Я кажу про Відродження…</w:t>
      </w:r>
    </w:p>
    <w:p>
      <w:r>
        <w:br/>
        <w:t>— Я теж. Вони не встигли. Ми прийшли раніше.</w:t>
      </w:r>
    </w:p>
    <w:p>
      <w:r>
        <w:br/>
        <w:t>— При чім тут ви?</w:t>
      </w:r>
    </w:p>
    <w:p>
      <w:r>
        <w:br/>
        <w:t>Жених подивився на Наречену як на дурепу. Показав пальцем на лоб:</w:t>
      </w:r>
    </w:p>
    <w:p>
      <w:r>
        <w:br/>
        <w:t>— У тебе що, замкнуло?</w:t>
      </w:r>
    </w:p>
    <w:p>
      <w:r>
        <w:br/>
        <w:t>— Андж!!!</w:t>
      </w:r>
    </w:p>
    <w:p>
      <w:r>
        <w:br/>
        <w:t>У цей час до кімнати ввійшли Чарівник, Оптиміст, Песиміст і Хтось. На них ніхто не звернув уваги.</w:t>
      </w:r>
    </w:p>
    <w:p>
      <w:r>
        <w:br/>
        <w:t>Дід і Незрозуміло хто сперечалися про щось у своєму кутку. Наречена також щось палко доводила. Жених заперечував. Мати Жениха й Батько Жениха також засперечалися з Матір'ю Нареченої і Батьком Нареченої.</w:t>
      </w:r>
    </w:p>
    <w:p>
      <w:r>
        <w:br/>
        <w:t>— Він мене хотів скалічити! — кричав Батько Нареченої. — Це членокалічення!</w:t>
      </w:r>
    </w:p>
    <w:p>
      <w:r>
        <w:br/>
        <w:t>— Членокалічення буває не таке! — заперечував Батько Жениха. — Він куди тебе тарахнув? По довбешці?</w:t>
      </w:r>
    </w:p>
    <w:p>
      <w:r>
        <w:br/>
        <w:t>— Я б попросила!.. — також палко мовила Мати Нареченої. — Я б попросила вибирати вирази!</w:t>
      </w:r>
    </w:p>
    <w:p>
      <w:r>
        <w:br/>
        <w:t>— Так?! — запитала Мати Жениха. — А мені здається, що тут декому треба затулити піддувало! Бо — протяг!</w:t>
      </w:r>
    </w:p>
    <w:p>
      <w:r>
        <w:br/>
        <w:t>Батько Жениха взяв Батька Нареченої за барки.</w:t>
      </w:r>
    </w:p>
    <w:p>
      <w:r>
        <w:br/>
        <w:t>— А я тобі кажу: голова — це що?</w:t>
      </w:r>
    </w:p>
    <w:p>
      <w:r>
        <w:br/>
        <w:t>— А що ж це таке, по-вашому?</w:t>
      </w:r>
    </w:p>
    <w:p>
      <w:r>
        <w:br/>
        <w:t>— Голова, еге?</w:t>
      </w:r>
    </w:p>
    <w:p>
      <w:r>
        <w:br/>
        <w:t>— Ну.</w:t>
      </w:r>
    </w:p>
    <w:p>
      <w:r>
        <w:br/>
        <w:t>— Голова — це орган. А членокалічення — це… Ходімо до дверей, я тобі покажу членокалічення!</w:t>
      </w:r>
    </w:p>
    <w:p>
      <w:r>
        <w:br/>
        <w:t>— Не піду!</w:t>
      </w:r>
    </w:p>
    <w:p>
      <w:r>
        <w:br/>
        <w:t>— Підеш!..</w:t>
      </w:r>
    </w:p>
    <w:p>
      <w:r>
        <w:br/>
        <w:t>Пристрасті розпалювалися.</w:t>
      </w:r>
    </w:p>
    <w:p>
      <w:r>
        <w:br/>
        <w:t>Всі говорили разом, нічогісінько не добереш.</w:t>
      </w:r>
    </w:p>
    <w:p>
      <w:r>
        <w:br/>
        <w:t>І в цю мить пролунав голосний протяглий крик:</w:t>
      </w:r>
    </w:p>
    <w:p>
      <w:r>
        <w:br/>
        <w:t>— Полундра!.. — Це Дід скочив із місця й заметушився по кімнаті. — Де моя шабля?! Я його зараз розпанахаю на дві половинки! У мене ще повно пороху в порохівницях!..</w:t>
      </w:r>
    </w:p>
    <w:p>
      <w:r>
        <w:br/>
        <w:t>Незрозуміло хто бігав за Дідом і повторював:</w:t>
      </w:r>
    </w:p>
    <w:p>
      <w:r>
        <w:br/>
        <w:t>— Сундук! Сундук!</w:t>
      </w:r>
    </w:p>
    <w:p>
      <w:r>
        <w:br/>
        <w:t>— Атас! — вигукнув Жених і заходився знімати піджак.</w:t>
      </w:r>
    </w:p>
    <w:p>
      <w:r>
        <w:br/>
        <w:t>Батько Жениха тягнув Батька Нареченої до дверей.</w:t>
      </w:r>
    </w:p>
    <w:p>
      <w:r>
        <w:br/>
        <w:t>— Ході-імо! Зараз довідаєшся, що таке членокалічення! Зараз я тобі поясню…</w:t>
      </w:r>
    </w:p>
    <w:p>
      <w:r>
        <w:br/>
        <w:t>— Полундра-а! — кричав Дід.</w:t>
      </w:r>
    </w:p>
    <w:p>
      <w:r>
        <w:br/>
        <w:t>Тут не витримав Чарівник і надумав утрутитись:</w:t>
      </w:r>
    </w:p>
    <w:p>
      <w:r>
        <w:br/>
        <w:t>— В чому справа, дідуню? Чому ви так розджохкались?</w:t>
      </w:r>
    </w:p>
    <w:p>
      <w:r>
        <w:br/>
        <w:t>— Він на мене каже: "Сундук"!</w:t>
      </w:r>
    </w:p>
    <w:p>
      <w:r>
        <w:br/>
        <w:t>— Слухай, — звернувся Чарівник до Незрозуміло кого. — Чому ти на нього кажеш "Сундук"?</w:t>
      </w:r>
    </w:p>
    <w:p>
      <w:r>
        <w:br/>
        <w:t>— Тому що він не хоче майструвати тумбочки, — суворо сказав Незрозуміло хто.</w:t>
      </w:r>
    </w:p>
    <w:p>
      <w:r>
        <w:br/>
        <w:t>— Я пишу книжку!</w:t>
      </w:r>
    </w:p>
    <w:p>
      <w:r>
        <w:br/>
        <w:t>— Він пише книжку…</w:t>
      </w:r>
    </w:p>
    <w:p>
      <w:r>
        <w:br/>
        <w:t>Тут підійшов Песиміст і засміявся "під Мефістофеля":</w:t>
      </w:r>
    </w:p>
    <w:p>
      <w:r>
        <w:br/>
        <w:t>— Ка-ка-ка!</w:t>
      </w:r>
    </w:p>
    <w:p>
      <w:r>
        <w:br/>
        <w:t>— Що, що тут смішного? — втрутився Оптиміст. — Дідуню, пишіть і далі, не слухайте всяких хлюпиків.</w:t>
      </w:r>
    </w:p>
    <w:p>
      <w:r>
        <w:br/>
        <w:t>— У тім-то й річ! Тому-то я й хочу розпанахати його на дві половинки!</w:t>
      </w:r>
    </w:p>
    <w:p>
      <w:r>
        <w:br/>
        <w:t>Тут до них підійшли Батько Жениха й Батько Нареченої.</w:t>
      </w:r>
    </w:p>
    <w:p>
      <w:r>
        <w:br/>
        <w:t>— У нас суперечка, — сказав Батько Нареченої. — Що таке голова?</w:t>
      </w:r>
    </w:p>
    <w:p>
      <w:r>
        <w:br/>
        <w:t>— Голова? — здивувався Чарівник. — Голова — це… — він подумав, — це горище. Я висловлююсь образно. Ось дідусь мене зрозуміє.</w:t>
      </w:r>
    </w:p>
    <w:p>
      <w:r>
        <w:br/>
        <w:t>— Яв своїй книжці "Руки вгору, вороги!" називаю голову — кумпол.</w:t>
      </w:r>
    </w:p>
    <w:p>
      <w:r>
        <w:br/>
        <w:t>— А ось у нас теж був випадок, — підійшов Жених. — Їдемо ми якось із другом до нашої спільної знайомої, до нас підступає двоє. Я як дав одному…</w:t>
      </w:r>
    </w:p>
    <w:p>
      <w:r>
        <w:br/>
        <w:t>— В якому районі? — запитав його Хтось.</w:t>
      </w:r>
    </w:p>
    <w:p>
      <w:r>
        <w:br/>
        <w:t>— Заплутати хочеш, так? — насторожився Жених. — Не на того наскочив.</w:t>
      </w:r>
    </w:p>
    <w:p>
      <w:r>
        <w:br/>
        <w:t>— При чім тут зразу — "заплутати"? — втрутився Чарівник. — Він просто поцікавився…</w:t>
      </w:r>
    </w:p>
    <w:p>
      <w:r>
        <w:br/>
        <w:t>— А ти зачини піддувало й не варнякай. Я не з тобою розмовляю.</w:t>
      </w:r>
    </w:p>
    <w:p>
      <w:r>
        <w:br/>
        <w:t>— Синку, дай їм усім знизу вгору під сорок п'ять градусів, — порадив Батько Жениху.</w:t>
      </w:r>
    </w:p>
    <w:p>
      <w:r>
        <w:br/>
        <w:t>— Щось я не бачу тут нічого нового, — сказав Песиміст.</w:t>
      </w:r>
    </w:p>
    <w:p>
      <w:r>
        <w:br/>
        <w:t>Чарівник насупився.</w:t>
      </w:r>
    </w:p>
    <w:p>
      <w:r>
        <w:br/>
        <w:t>— Хлопче, хіба можна так висловлюватися?</w:t>
      </w:r>
    </w:p>
    <w:p>
      <w:r>
        <w:br/>
        <w:t>— Вони взагалі тут похаміли, — мовив Батько Нареченої. — Дочко, дай рушницю.</w:t>
      </w:r>
    </w:p>
    <w:p>
      <w:r>
        <w:br/>
        <w:t>— Руки! — закричав Дід.</w:t>
      </w:r>
    </w:p>
    <w:p>
      <w:r>
        <w:br/>
        <w:t>— Хто сказав — "руки"? — оскаженів Жених. — Хто? Оцей нафталін? Увага, зараз буде — правою знизу в щелепу! Стежте за ногами. — І він уже стрибав перед Дідом.</w:t>
      </w:r>
    </w:p>
    <w:p>
      <w:r>
        <w:br/>
        <w:t>— Зараз він його скалічить, — радісно сказав Батько Жениха.</w:t>
      </w:r>
    </w:p>
    <w:p>
      <w:r>
        <w:br/>
        <w:t>Всі зупинились біля Жениха й Діда і вичікували.</w:t>
      </w:r>
    </w:p>
    <w:p>
      <w:r>
        <w:br/>
        <w:t>— Стежте за ногами, — попередив Жених, — удар почнеться звідти.</w:t>
      </w:r>
    </w:p>
    <w:p>
      <w:r>
        <w:br/>
        <w:t>Дід розгублено чекає.</w:t>
      </w:r>
    </w:p>
    <w:p>
      <w:r>
        <w:br/>
        <w:t>— Та він уб'є його! — сказала Мати Нареченої.</w:t>
      </w:r>
    </w:p>
    <w:p>
      <w:r>
        <w:br/>
        <w:t>— Не вб'є, у нас бокс любительський, — зауважив Оптиміст. — Але щелепа може вилетіти.</w:t>
      </w:r>
    </w:p>
    <w:p>
      <w:r>
        <w:br/>
        <w:t>— Синку, — озвалась Мати Жениха, — краще лівою в печінку, щоб він зразу загнувся.</w:t>
      </w:r>
    </w:p>
    <w:p>
      <w:r>
        <w:br/>
        <w:t>— Правильно, — згодився Невідомо хто, — метраж стане вільніший. Однаково не хоче тумбочки майструвати.</w:t>
      </w:r>
    </w:p>
    <w:p>
      <w:r>
        <w:br/>
        <w:t>— Ні, краще по голові…</w:t>
      </w:r>
    </w:p>
    <w:p>
      <w:r>
        <w:br/>
        <w:t>— По голові не треба, — попередив Дід. — Я не допишу книжку.</w:t>
      </w:r>
    </w:p>
    <w:p>
      <w:r>
        <w:br/>
        <w:t>— Стежте за ногами! — знову крикнув Жених.</w:t>
      </w:r>
    </w:p>
    <w:p>
      <w:r>
        <w:br/>
        <w:t>— Зараз він його…</w:t>
      </w:r>
    </w:p>
    <w:p>
      <w:r>
        <w:br/>
        <w:t>— Дідусю, скільки вам було років? — спитав Оптиміст. — Я завтра статтю про вас писатиму.</w:t>
      </w:r>
    </w:p>
    <w:p>
      <w:r>
        <w:br/>
        <w:t>— Сімдесят вісім.</w:t>
      </w:r>
    </w:p>
    <w:p>
      <w:r>
        <w:br/>
        <w:t>— Жах! Давно слід було…</w:t>
      </w:r>
    </w:p>
    <w:p>
      <w:r>
        <w:br/>
        <w:t>— Що давно?</w:t>
      </w:r>
    </w:p>
    <w:p>
      <w:r>
        <w:br/>
        <w:t>— Давно слід повне зібрання написати. На чому ви спинились у вашій книзі?</w:t>
      </w:r>
    </w:p>
    <w:p>
      <w:r>
        <w:br/>
        <w:t>— Як я потрапив у полон і замордував ворожого генерала.</w:t>
      </w:r>
    </w:p>
    <w:p>
      <w:r>
        <w:br/>
        <w:t>Жених перестав стрибати.</w:t>
      </w:r>
    </w:p>
    <w:p>
      <w:r>
        <w:br/>
        <w:t>Всі також здивувались.</w:t>
      </w:r>
    </w:p>
    <w:p>
      <w:r>
        <w:br/>
        <w:t>— У полоні?</w:t>
      </w:r>
    </w:p>
    <w:p>
      <w:r>
        <w:br/>
        <w:t>— Звичайно. Він у мене дві доби п'ятий куток шукав. І що найдивніше: він мені намалював карту земної кулі й каже: "Все, я більше нічого не знаю". Але цей номер йому не пройшов…</w:t>
      </w:r>
    </w:p>
    <w:p>
      <w:r>
        <w:br/>
        <w:t>— Стежте за моїми ногами! — знову вигукнув Жених.</w:t>
      </w:r>
    </w:p>
    <w:p>
      <w:r>
        <w:br/>
        <w:t>— У печінку, сину! В печінку!</w:t>
      </w:r>
    </w:p>
    <w:p>
      <w:r>
        <w:br/>
        <w:t>— Дочко, дай рушницю!</w:t>
      </w:r>
    </w:p>
    <w:p>
      <w:r>
        <w:br/>
        <w:t>— Тримайся, дідусю!</w:t>
      </w:r>
    </w:p>
    <w:p>
      <w:r>
        <w:br/>
        <w:t>Всі галасують, нічого не добереш.</w:t>
      </w:r>
    </w:p>
    <w:p>
      <w:r>
        <w:br/>
        <w:t>Дід голосно заспівав:</w:t>
      </w:r>
    </w:p>
    <w:p>
      <w:r>
        <w:br/>
        <w:t>А я їду, а я їду за туманами,</w:t>
      </w:r>
    </w:p>
    <w:p>
      <w:r>
        <w:br/>
        <w:t>За туманом і за запахом тайги!</w:t>
      </w:r>
    </w:p>
    <w:p>
      <w:r>
        <w:br/>
        <w:t>— Слухайте, припиніть це! — наказав Хтось Чарівникові. — Тут нічого небаченого нема.</w:t>
      </w:r>
    </w:p>
    <w:p>
      <w:r>
        <w:br/>
        <w:t>Чарівник глянув на руку… — годинника нема.</w:t>
      </w:r>
    </w:p>
    <w:p>
      <w:r>
        <w:br/>
        <w:t>— Хто спер мій чарівний годинник?!</w:t>
      </w:r>
    </w:p>
    <w:p>
      <w:r>
        <w:br/>
        <w:t>— Стежте за ногами!.. — репетував Жених.</w:t>
      </w:r>
    </w:p>
    <w:p>
      <w:r>
        <w:br/>
        <w:t>— У печінку, синку! В печінку!</w:t>
      </w:r>
    </w:p>
    <w:p>
      <w:r>
        <w:br/>
        <w:t>— Знизу вгору під сорок п'ять! Знизу вгору під сорок п'ять!</w:t>
      </w:r>
    </w:p>
    <w:p>
      <w:r>
        <w:br/>
        <w:t>— Гоп зі смиком — це ж бо буду я! Ха-ха…</w:t>
      </w:r>
    </w:p>
    <w:p>
      <w:r>
        <w:br/>
        <w:t>— Папашо, стріляй! Вогонь, папашо!</w:t>
      </w:r>
    </w:p>
    <w:p>
      <w:r>
        <w:br/>
        <w:t>— Хто спер годинник?!</w:t>
      </w:r>
    </w:p>
    <w:p>
      <w:r>
        <w:br/>
        <w:t>А я їду, а я їду за туманами,</w:t>
      </w:r>
    </w:p>
    <w:p>
      <w:r>
        <w:br/>
        <w:t>За туманом і за запахом тайги!</w:t>
      </w:r>
    </w:p>
    <w:p>
      <w:r>
        <w:br/>
        <w:t>— Хто взяв годинник? Яка наволоч?</w:t>
      </w:r>
    </w:p>
    <w:p>
      <w:r>
        <w:br/>
        <w:t>В цьому світі — тру-ля-ля!</w:t>
      </w:r>
    </w:p>
    <w:p>
      <w:r>
        <w:br/>
        <w:t>Тру-ля-ля!</w:t>
      </w:r>
    </w:p>
    <w:p>
      <w:r>
        <w:br/>
        <w:t>Тру-ля-ля!</w:t>
      </w:r>
    </w:p>
    <w:p>
      <w:r>
        <w:br/>
        <w:t>Життя не варте ні гроша!</w:t>
      </w:r>
    </w:p>
    <w:p>
      <w:r>
        <w:br/>
        <w:t>Ні гроша!</w:t>
      </w:r>
    </w:p>
    <w:p>
      <w:r>
        <w:br/>
        <w:t>Ні гроша!</w:t>
      </w:r>
    </w:p>
    <w:p>
      <w:r>
        <w:br/>
        <w:t>— співали Оптиміст і Песиміст.</w:t>
      </w:r>
    </w:p>
    <w:p>
      <w:r>
        <w:br/>
        <w:t>— Вогонь, папашо!</w:t>
      </w:r>
    </w:p>
    <w:p>
      <w:r>
        <w:br/>
        <w:t>Хтось і Чарівник силкуються навести лад, але не можуть. Пішли в хід подушки, стільці.</w:t>
      </w:r>
    </w:p>
    <w:p>
      <w:r>
        <w:br/>
        <w:t>— Знизу вгору під сорок п'ять!</w:t>
      </w:r>
    </w:p>
    <w:p>
      <w:r>
        <w:br/>
        <w:t>В цей час увійшов Сусід.</w:t>
      </w:r>
    </w:p>
    <w:p>
      <w:r>
        <w:br/>
        <w:t>Узяв за комір Чарівника, підвів до дверей і дав йому носаком у задницю.</w:t>
      </w:r>
    </w:p>
    <w:p>
      <w:r>
        <w:br/>
        <w:t>Потім узяв Песиміста й випроводив його таким самим чином. І Оптиміста також. І Хтось подався слідом.</w:t>
      </w:r>
    </w:p>
    <w:p>
      <w:r>
        <w:br/>
        <w:t>Усі вмовкли. І дивляться одне на одного непорозуміло.</w:t>
      </w:r>
    </w:p>
    <w:p>
      <w:r>
        <w:br/>
        <w:t>— Тепер давайте так, як це буває насправді — з точки зору нормальних людей.</w:t>
      </w:r>
    </w:p>
    <w:p>
      <w:r>
        <w:br/>
        <w:t>* * *</w:t>
      </w:r>
    </w:p>
    <w:p>
      <w:r>
        <w:br/>
        <w:t>— Проходьте, товариші, — сказав Батько Нареченої, — сідайте, будь ласка. За віщо честь така?</w:t>
      </w:r>
    </w:p>
    <w:p>
      <w:r>
        <w:br/>
        <w:t>Гості (родина Жениха) повсідалися, де кому зручно.</w:t>
      </w:r>
    </w:p>
    <w:p>
      <w:r>
        <w:br/>
        <w:t>— Діло таке, — озвався Батько Жениха, — прийшли ми, як то кажуть, з дуже делікатним ділом: сватати вашу дочку. І надумали зразу цілою родиною: заразом і познайомимось. Не заперечуєте?</w:t>
      </w:r>
    </w:p>
    <w:p>
      <w:r>
        <w:br/>
        <w:t>— Але ж тут… як тут заперечиш? — Батько Нареченої засміявся (нормально). — Тут дехто, слід сподіватися, раніше знайомий. Що ж… просимо до столу. Ми, щоправда, не готувались, та якось викрутимось.</w:t>
      </w:r>
    </w:p>
    <w:p>
      <w:r>
        <w:br/>
        <w:t>— Прошу, дорогі гості, прошу, — сказала Мати Нареченої.</w:t>
      </w:r>
    </w:p>
    <w:p>
      <w:r>
        <w:br/>
        <w:t>— Е-е! — вигукнув Дід. — Так я ще й на весіллі погуляю!</w:t>
      </w:r>
    </w:p>
    <w:p>
      <w:r>
        <w:br/>
        <w:t>Всі засміялись і стали сідати до столу.</w:t>
      </w:r>
    </w:p>
    <w:p>
      <w:r>
        <w:br/>
        <w:t>Кінець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Точка зору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