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Тобі, Україно</w:t>
      </w:r>
    </w:p>
    <w:p>
      <w:r>
        <w:br/>
        <w:t xml:space="preserve"> Олександр Твардовський&lt;br /&gt;</w:t>
        <w:br/>
        <w:t>Тобі, Україно</w:t>
      </w:r>
    </w:p>
    <w:p>
      <w:r>
        <w:br/>
        <w:t>Який урожай вистигав од границі,&lt;br /&gt;</w:t>
        <w:br/>
        <w:t>Налитим колоссям шумів з далини,&lt;br /&gt;</w:t>
        <w:br/>
        <w:t>Як пахли поля молодої пшениці,&lt;br /&gt;</w:t>
        <w:br/>
        <w:t>Поглянь, подивися і легко зітхни.</w:t>
      </w:r>
    </w:p>
    <w:p>
      <w:r>
        <w:br/>
        <w:t>Зітхни, подивися — і в ранки імлисті&lt;br /&gt;</w:t>
        <w:br/>
        <w:t>Побачиш, як дихає вільна земля:&lt;br /&gt;</w:t>
        <w:br/>
        <w:t>Поля золотисті, діброви у листі,&lt;br /&gt;</w:t>
        <w:br/>
        <w:t>Заплависті луки і знову поля.</w:t>
      </w:r>
    </w:p>
    <w:p>
      <w:r>
        <w:br/>
        <w:t>Як тишею мріють побілені хати,&lt;br /&gt;</w:t>
        <w:br/>
        <w:t>Сідай, спочивай біля кожних воріт!&lt;br /&gt;</w:t>
        <w:br/>
        <w:t>Яка сторона і привітна й багата!&lt;br /&gt;</w:t>
        <w:br/>
        <w:t>Яким урожаєм хлюпнула б у світ!</w:t>
      </w:r>
    </w:p>
    <w:p>
      <w:r>
        <w:br/>
        <w:t>О земле Вкраїни, луги і долини,&lt;br /&gt;</w:t>
        <w:br/>
        <w:t>Заводи донбаські і гори Карпат,&lt;br /&gt;</w:t>
        <w:br/>
        <w:t>Цієї важкої суворої днини&lt;br /&gt;</w:t>
        <w:br/>
        <w:t>Ти нашому серцю миліша стократ.</w:t>
      </w:r>
    </w:p>
    <w:p>
      <w:r>
        <w:br/>
        <w:t>Неначе я сам народивсь на Вкраїні,&lt;br /&gt;</w:t>
        <w:br/>
        <w:t>Топтав ці дороги у шелесті трав,&lt;br /&gt;</w:t>
        <w:br/>
        <w:t>І мову любив, і пісні солов'їні,&lt;br /&gt;</w:t>
        <w:br/>
        <w:t>І ніжність коханої вперше пізнав.</w:t>
      </w:r>
    </w:p>
    <w:p>
      <w:r>
        <w:br/>
        <w:t>Хоч в іншому місці зростав я на світі,&lt;br /&gt;</w:t>
        <w:br/>
        <w:t>І трави в нас інші, і в мові — своє,&lt;br /&gt;</w:t>
        <w:br/>
        <w:t>Та тут, на просторі, в доспілому житі,&lt;br /&gt;</w:t>
        <w:br/>
        <w:t>Неначе проходить дитинство моє.</w:t>
      </w:r>
    </w:p>
    <w:p>
      <w:r>
        <w:br/>
        <w:t>Я завжди з твоїми синами й з тобою.&lt;br /&gt;</w:t>
        <w:br/>
        <w:t>Тобі, Україно, життя віддаю,&lt;br /&gt;</w:t>
        <w:br/>
        <w:t>Не край ми один захищаємо з бою,&lt;br /&gt;</w:t>
        <w:br/>
        <w:t>А всю Батьківщину, як матір свою.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Тобі, Україно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