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 be or not to be?..</w:t>
      </w:r>
    </w:p>
    <w:p>
      <w:r>
        <w:br/>
        <w:t xml:space="preserve"> Стій, серце, стій! не бийся так шалено.&lt;br /&gt;</w:t>
        <w:br/>
        <w:t>Вгамуйся, думко, не літай так буйно!&lt;br /&gt;</w:t>
        <w:br/>
        <w:t>Не бий крильми в порожньому просторі.&lt;br /&gt;</w:t>
        <w:br/>
        <w:t>Ти, музо винозора, не сліпи&lt;br /&gt;</w:t>
        <w:br/>
        <w:t>Мене вогнем твоїх очей безсмертних!&lt;br /&gt;</w:t>
        <w:br/>
        <w:t>Дай руку, притули мене до свого лона.&lt;br /&gt;</w:t>
        <w:br/>
        <w:t>Тобі я віддала усе, що мала.&lt;br /&gt;</w:t>
        <w:br/>
        <w:t>Подай мені великую пораду.&lt;br /&gt;</w:t>
        <w:br/>
        <w:t>Дивись: навколо нас великі перелоги.&lt;br /&gt;</w:t>
        <w:br/>
        <w:t>І дикі пущі, і високі кручі,&lt;br /&gt;</w:t>
        <w:br/>
        <w:t>І темні, тихі води. Подивись:&lt;br /&gt;</w:t>
        <w:br/>
        <w:t>Шляхів нема, а тільки де-не-де&lt;br /&gt;</w:t>
        <w:br/>
        <w:t>Поплутані стежинки йдуть на безвість.&lt;br /&gt;</w:t>
        <w:br/>
        <w:t>Он люди — мало їх — орють ті перелоги.&lt;br /&gt;</w:t>
        <w:br/>
        <w:t>Он з пущі ледве чутно стук сокири.&lt;br /&gt;</w:t>
        <w:br/>
        <w:t>З високих круч луна орлиний клекіт,&lt;br /&gt;</w:t>
        <w:br/>
        <w:t>Лиш тихі води все стоять мовчазно,&lt;br /&gt;</w:t>
        <w:br/>
        <w:t>І тільки часом камінь з круч зірветься,&lt;br /&gt;</w:t>
        <w:br/>
        <w:t>Впаде і кане в темних тихих водах,&lt;br /&gt;</w:t>
        <w:br/>
        <w:t>Розійдеться і зникне круг тремтячий.&lt;br /&gt;</w:t>
        <w:br/>
        <w:t>Скажи мені, пораднице надземна,&lt;br /&gt;</w:t>
        <w:br/>
        <w:t>Куди мені податись у просторі?&lt;br /&gt;</w:t>
        <w:br/>
        <w:t>Чи маю я здійняти срібло-злото&lt;br /&gt;</w:t>
        <w:br/>
        <w:t>З своєї ліри і скувати рало,&lt;br /&gt;</w:t>
        <w:br/>
        <w:t>А струнами сі крила прив'язати,&lt;br /&gt;</w:t>
        <w:br/>
        <w:t>Щоб тінь не падала на вузьку борозну,&lt;br /&gt;</w:t>
        <w:br/>
        <w:t>Зайняти постать поряд з тими людьми,&lt;br /&gt;</w:t>
        <w:br/>
        <w:t>Орати переліг і сіяти, а потім —&lt;br /&gt;</w:t>
        <w:br/>
        <w:t>А потім ждати жнив, та не для себе?&lt;br /&gt;</w:t>
        <w:br/>
        <w:t>Чи, може, кинутись туди, у пущу,&lt;br /&gt;</w:t>
        <w:br/>
        <w:t>І в диких нетрях пробивать дорогу&lt;br /&gt;</w:t>
        <w:br/>
        <w:t>З сокирою в руках і з тонкою пилою.&lt;br /&gt;</w:t>
        <w:br/>
        <w:t>Поки який гнилий, великий стовбур&lt;br /&gt;</w:t>
        <w:br/>
        <w:t>Впаде й задавить серед темних хащів?&lt;br /&gt;</w:t>
        <w:br/>
        <w:t>Чи., може, злинути орлицею високо,&lt;br /&gt;</w:t>
        <w:br/>
        <w:t>Геть понад кручі, у простор безмежний,&lt;br /&gt;</w:t>
        <w:br/>
        <w:t>Вхопити з хмари ясну блискавицю,&lt;br /&gt;</w:t>
        <w:br/>
        <w:t>Зірвати з зірки золотий вінець&lt;br /&gt;</w:t>
        <w:br/>
        <w:t>І запалати світлом опівночі?&lt;br /&gt;</w:t>
        <w:br/>
        <w:t>А що, коли те світло миттю згасне,&lt;br /&gt;</w:t>
        <w:br/>
        <w:t>Як метеор, і темрява чорніше,&lt;br /&gt;</w:t>
        <w:br/>
        <w:t>Страшніше здасться, ніж була раніш?&lt;br /&gt;</w:t>
        <w:br/>
        <w:t>А що. коли не стане в мене сили.&lt;br /&gt;</w:t>
        <w:br/>
        <w:t>Вогонь обпалить крила й я впаду,&lt;br /&gt;</w:t>
        <w:br/>
        <w:t>Неначе камінь, що зірвався з кручі,&lt;br /&gt;</w:t>
        <w:br/>
        <w:t>Туди, у темні води, в глибину,&lt;br /&gt;</w:t>
        <w:br/>
        <w:t>В холодну тишу, і недовго буде&lt;br /&gt;</w:t>
        <w:br/>
        <w:t>Тремтіти круг на площині води?&lt;br /&gt;</w:t>
        <w:br/>
        <w:t>Мовчиш ти, горда музо! тільки очі&lt;br /&gt;</w:t>
        <w:br/>
        <w:t>Спалахнули вогнем, барвисті крила&lt;br /&gt;</w:t>
        <w:br/>
        <w:t>Широким помахом угору здійнялись&lt;br /&gt;</w:t>
        <w:br/>
        <w:t>І сплеснули... О чарівнице, стій!&lt;br /&gt;</w:t>
        <w:br/>
        <w:t>Візьми мене з собою, линьмо разом!</w:t>
      </w:r>
    </w:p>
    <w:p>
      <w:r>
        <w:br/>
        <w:t>10/ІХ 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be or not to be?..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