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Тюрма Лохвиця</w:t>
      </w:r>
    </w:p>
    <w:p>
      <w:r>
        <w:br/>
        <w:t xml:space="preserve"> &lt;p&gt;ТЮРМА ЛОХВИЦЯ (НА ПОЛТАВЩИНІ)</w:t>
      </w:r>
    </w:p>
    <w:p>
      <w:r>
        <w:br/>
        <w:t>У Лохвицькій тюрмі прямо мучать людей. Режим неможливий. Як хто з тюремщиків про віщо питає тебе, одповідай йому "точно так" або "нікак нєт". А помилишся, скажеш "еге" або "ні" — кріпись!.. А як кажуть тобі "здоров!" — витягнись і кричи: "Здравія желаем, господин старший чи там: ваше високоблагородіє!" і все руки "по швам". А прогулка така: біля "отхожого" доріжка — кружальце в 23 ступні і ото крутись тією доріжкою один за одним, у землю дивись і мовчи та диш. Передача тобі тільки в неділю та в неділю приймається. Виписка з базарю — раз у місяць, а кари всякі раз у раз. Карають і душать у карцері і за те, що глянеш в "прозурку", до вікна надійдеш, і за те, що жартувать станеш з товаришем, вголос балакати почнеш. А оце недавно узнали, що в одного в'язня були десь гроші зашиті,— було йому!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Тюрма Лохвиця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