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Тіт Андронік</w:t>
      </w:r>
    </w:p>
    <w:p>
      <w:r>
        <w:br/>
        <w:t xml:space="preserve"> Переклад Бориса Тена та Віктора Гуменюка</w:t>
      </w:r>
    </w:p>
    <w:p>
      <w:r>
        <w:br/>
        <w:t>ДІЙОВІ&lt;br /&gt;</w:t>
        <w:br/>
        <w:t>ОСОБИ&lt;br /&gt;</w:t>
        <w:br/>
        <w:t>Сатурній, син померлого імператора Риму, згодом імператор.&lt;br /&gt;</w:t>
        <w:br/>
        <w:t>Бассіан, брат Сатурніна, закоханий у Лавінію.&lt;br /&gt;</w:t>
        <w:br/>
        <w:t>Тіт Андронік, знатний римлянин, полководець у війні проти готів.&lt;br /&gt;</w:t>
        <w:br/>
        <w:t>Марк Андронік, народний трибун, брат Тіта.&lt;br /&gt;</w:t>
        <w:br/>
        <w:t>Луцій&lt;br /&gt;</w:t>
        <w:br/>
        <w:t>Квінт&lt;br /&gt;</w:t>
        <w:br/>
        <w:t>) сини Тіта Андроніка.&lt;br /&gt;</w:t>
        <w:br/>
        <w:t>Марцій&lt;br /&gt;</w:t>
        <w:br/>
        <w:t>Муцій&lt;br /&gt;</w:t>
        <w:br/>
        <w:t>Малий Луцій, син Луція.&lt;br /&gt;</w:t>
        <w:br/>
        <w:t>Публій, син трибуна Марка.&lt;br /&gt;</w:t>
        <w:br/>
        <w:t>Семпроній&lt;br /&gt;</w:t>
        <w:br/>
        <w:t>Кай ) родичі Тіта Андроніка.&lt;br /&gt;</w:t>
        <w:br/>
        <w:t>Валентин&lt;br /&gt;</w:t>
        <w:br/>
        <w:t>Емілій, знатний римлянин.&lt;br /&gt;</w:t>
        <w:br/>
        <w:t>Аларб&lt;br /&gt;</w:t>
        <w:br/>
        <w:t>Деметріп ) сини Тамори.&lt;br /&gt;</w:t>
        <w:br/>
        <w:t>Хірон&lt;br /&gt;</w:t>
        <w:br/>
        <w:t>Арон, мавр, коханець Тамори.&lt;br /&gt;</w:t>
        <w:br/>
        <w:t>Воєначальник.&lt;br /&gt;</w:t>
        <w:br/>
        <w:t>Гонець.&lt;br /&gt;</w:t>
        <w:br/>
        <w:t>Блазень.&lt;br /&gt;</w:t>
        <w:br/>
        <w:t>Тамора, цариця готів,&lt;br /&gt;</w:t>
        <w:br/>
        <w:t>Лавінія, дочка Тіта Андроніка.&lt;br /&gt;</w:t>
        <w:br/>
        <w:t>Мамка і чорне дитя.&lt;br /&gt;</w:t>
        <w:br/>
        <w:t>Римляни, готи, сенатори, трибуни, служителі правосуддя, воє-&lt;br /&gt;</w:t>
        <w:br/>
        <w:t>начальники, воїни, слуги.&lt;br /&gt;</w:t>
        <w:br/>
        <w:t>Місце дії — Рим та його околиці.</w:t>
      </w:r>
    </w:p>
    <w:p>
      <w:r>
        <w:br/>
        <w:t>ДІЯ ПЕРША&lt;br /&gt;</w:t>
        <w:br/>
        <w:t>СЦЕНА 1&lt;br /&gt;</w:t>
        <w:br/>
        <w:t>Рим. Перед Капітолієм.&lt;br /&gt;</w:t>
        <w:br/>
        <w:t>Видніє гробниця Андроніків. Фанфари. Угорі входять трибуни й сенато-&lt;br /&gt;</w:t>
        <w:br/>
        <w:t>р и. Внизу, з барабанами й знаменами, входять, з одного боку, Сатурній зі&lt;br /&gt;</w:t>
        <w:br/>
        <w:t>своїми прихильниками та Бассіан зі своїми прихильниками —&lt;br /&gt;</w:t>
        <w:br/>
        <w:t>з другого.&lt;br /&gt;</w:t>
        <w:br/>
        <w:t>Сатурній Патриції поважні, прав моїх&lt;br /&gt;</w:t>
        <w:br/>
        <w:t>Захисники,— пильнуйте їх належно.&lt;br /&gt;</w:t>
        <w:br/>
        <w:t>Прихильники, теж не шкодуйте зброї&lt;br /&gt;</w:t>
        <w:br/>
        <w:t>Й мене як спадкоємця бороніть:&lt;br /&gt;</w:t>
        <w:br/>
        <w:t>Адже я перший син того, хто був&lt;br /&gt;</w:t>
        <w:br/>
        <w:t>Увінчаний короною у Римі.&lt;br /&gt;</w:t>
        <w:br/>
        <w:t>Тож велич батька хай живе в мені,&lt;br /&gt;</w:t>
        <w:br/>
        <w:t>Ніщо хай не затьмарює її.&lt;br /&gt;</w:t>
        <w:br/>
        <w:t>Бассіан Шановні оборонці прав моїх,-&lt;br /&gt;</w:t>
        <w:br/>
        <w:t>Як Бассіан, син цезаря, весь час&lt;br /&gt;</w:t>
        <w:br/>
        <w:t>В очах державних Риму славним був,^&lt;br /&gt;</w:t>
        <w:br/>
        <w:t>Цей вхід у Капітолій стережіть.&lt;br /&gt;</w:t>
        <w:br/>
        <w:t>Жаске безчестя хай не осквернить&lt;br /&gt;</w:t>
        <w:br/>
        <w:t>Високого, уславленого трону,&lt;br /&gt;</w:t>
        <w:br/>
        <w:t>Освяченого цнотами всіма.&lt;br /&gt;</w:t>
        <w:br/>
        <w:t>Хай лиш заслуги обрання осяє,&lt;br /&gt;</w:t>
        <w:br/>
        <w:t>За вільний вибір, римляни, боріться!&lt;br /&gt;</w:t>
        <w:br/>
        <w:t>Вгорі входить з короною Марк Андронік.&lt;br /&gt;</w:t>
        <w:br/>
        <w:t>Марк Виборюєте, принци, владу й сан,&lt;br /&gt;</w:t>
        <w:br/>
        <w:t>Шукаючи прибічників і друзів,&lt;br /&gt;</w:t>
        <w:br/>
        <w:t>Та знайте: римляни усі, яких&lt;br /&gt;</w:t>
        <w:br/>
        <w:t>Ми представляєм тут, одноголосно&lt;br /&gt;</w:t>
        <w:br/>
        <w:t>За доблесні заслуги перед Римом&lt;br /&gt;</w:t>
        <w:br/>
        <w:t>Обрали імператором своїм&lt;br /&gt;</w:t>
        <w:br/>
        <w:t>Дндроніка, котрий ще зветься Пій:&lt;br /&gt;</w:t>
        <w:br/>
        <w:t>Шляхетний муж, відважний войовник,&lt;br /&gt;</w:t>
        <w:br/>
        <w:t>Таких, як він, немає більше в місті.&lt;br /&gt;</w:t>
        <w:br/>
        <w:t>Сенат його відкликав до столиці&lt;br /&gt;</w:t>
        <w:br/>
        <w:t>З виснажливих боїв супроти готів;&lt;br /&gt;</w:t>
        <w:br/>
        <w:t>З синами спільно, ворогам страшний,&lt;br /&gt;</w:t>
        <w:br/>
        <w:t>Приборкав плем'я дуже, войовниче.&lt;br /&gt;</w:t>
        <w:br/>
        <w:t>Вже проминуло десять літ відтоді,&lt;br /&gt;</w:t>
        <w:br/>
        <w:t>Як вперше, він піднявсь на захист Риму&lt;br /&gt;</w:t>
        <w:br/>
        <w:t>І недругів скарав. І п'ять разів&lt;br /&gt;</w:t>
        <w:br/>
        <w:t>Вертався, весь скривавлений, із битви,&lt;br /&gt;</w:t>
        <w:br/>
        <w:t>У трунах везучи синів хоробрих.&lt;br /&gt;</w:t>
        <w:br/>
        <w:t>І ось тепер з трофеями до Риму&lt;br /&gt;</w:t>
        <w:br/>
        <w:t>Знов повернувсь уславлений Андронік,&lt;br /&gt;</w:t>
        <w:br/>
        <w:t>Звитяжець Тіт. Тож я благаю вас —&lt;br /&gt;</w:t>
        <w:br/>
        <w:t>Шануючи ім'я того, чий сан&lt;br /&gt;</w:t>
        <w:br/>
        <w:t>Наступництвом зміцнить волієм гідним,&lt;br /&gt;</w:t>
        <w:br/>
        <w:t>Та право Капітолію й сенату&lt;br /&gt;</w:t>
        <w:br/>
        <w:t>(Ви присягалися на вірність їм),-&lt;br /&gt;</w:t>
        <w:br/>
        <w:t>Вгамуйте суперечки, відпустіть&lt;br /&gt;</w:t>
        <w:br/>
        <w:t>Прихильників своїх, в чеснотах ваших&lt;br /&gt;</w:t>
        <w:br/>
        <w:t>Змагайтесь мирно, як в суді годиться.&lt;br /&gt;</w:t>
        <w:br/>
        <w:t>Сатурнін Як цей трибун думки мої утішив!&lt;br /&gt;</w:t>
        <w:br/>
        <w:t>Бассіан Марку Андроніку! Так покладаюсь&lt;br /&gt;</w:t>
        <w:br/>
        <w:t>На чесність я твою, на прямоту,&lt;br /&gt;</w:t>
        <w:br/>
        <w:t>Люблю й шаную так тебе, і Тіта&lt;br /&gt;</w:t>
        <w:br/>
        <w:t>Достойного, і всіх його синів,&lt;br /&gt;</w:t>
        <w:br/>
        <w:t>І ту, яка мене заполонила,-&lt;br /&gt;</w:t>
        <w:br/>
        <w:t>Лавінію, ясну окрасу Риму,-&lt;br /&gt;</w:t>
        <w:br/>
        <w:t>Що друзів любих відпускаю вмить&lt;br /&gt;</w:t>
        <w:br/>
        <w:t>І долі та прихильності народу&lt;br /&gt;</w:t>
        <w:br/>
        <w:t>Я доручаю обрання своє.&lt;br /&gt;</w:t>
        <w:br/>
        <w:t>Прихильники Бассіана виходять.&lt;br /&gt;</w:t>
        <w:br/>
        <w:t>Сатурній О друзі, віддані мені й завзяті!&lt;br /&gt;</w:t>
        <w:br/>
        <w:t>Всім дякую і всіх вас відпускаю.&lt;br /&gt;</w:t>
        <w:br/>
        <w:t>Лиш на любов та ласку батьківщини&lt;br /&gt;</w:t>
        <w:br/>
        <w:t>Я покладатись буду відтепер.&lt;br /&gt;</w:t>
        <w:br/>
        <w:t>Прихильники Сатурніна виходять.&lt;br /&gt;</w:t>
        <w:br/>
        <w:t>Ласкавим, справедливим, Риме, будь,&lt;br /&gt;</w:t>
        <w:br/>
        <w:t>Моєї відданості не забудь.&lt;br /&gt;</w:t>
        <w:br/>
        <w:t>Відкрийте браму, пропустіть мене.&lt;br /&gt;</w:t>
        <w:br/>
        <w:t>Бассіан Й мене, трибуни,— скромного змагальця.&lt;br /&gt;</w:t>
        <w:br/>
        <w:t>Сатурнін і Бассіан ідуть до Капітодію.&lt;br /&gt;</w:t>
        <w:br/>
        <w:t>СЦЕНА 2&lt;br /&gt;</w:t>
        <w:br/>
        <w:t>Там Же.&lt;br /&gt;</w:t>
        <w:br/>
        <w:t>Входить воєначальник.&lt;br /&gt;</w:t>
        <w:br/>
        <w:t>Воєначальник Шлях, римляни, звільніть. Андронік славний,&lt;br /&gt;</w:t>
        <w:br/>
        <w:t>Поборник честі, Риму оборонець,&lt;br /&gt;</w:t>
        <w:br/>
        <w:t>Незмінний переможець, повернувся&lt;br /&gt;</w:t>
        <w:br/>
        <w:t>В пошані та хвалі. Мечем своїм&lt;br /&gt;</w:t>
        <w:br/>
        <w:t>Він подолав, прогнав за наші межі,&lt;br /&gt;</w:t>
        <w:br/>
        <w:t>Узяв у рабство лютих ворогів.&lt;br /&gt;</w:t>
        <w:br/>
        <w:t>Лунають сурми й барабани. Входять Му цій та М а р ц і й, за ними двоє, що&lt;br /&gt;</w:t>
        <w:br/>
        <w:t>несуть труну, накриту чорним; потім Квінт і Л у ц і й. За ними — Тіт Анд-&lt;br /&gt;</w:t>
        <w:br/>
        <w:t>ронік, а даліТамора, Аларб, 'Хірон, Деметрій, мавр Арон&lt;br /&gt;</w:t>
        <w:br/>
        <w:t>та інші бранці. Потім ідуть воїни, народ. Труну ставлять долі.&lt;br /&gt;</w:t>
        <w:br/>
        <w:t>Тіт Привіт, мій Риме, і в жалобі славний!&lt;br /&gt;</w:t>
        <w:br/>
        <w:t>Мов корабель, що, вантажу тяжкого&lt;br /&gt;</w:t>
        <w:br/>
        <w:t>Позбувшися, зі скарбом дорогим&lt;br /&gt;</w:t>
        <w:br/>
        <w:t>Вертається назад у рідну гавань,&lt;br /&gt;</w:t>
        <w:br/>
        <w:t>Прибув Андронік, лаврами повитий,&lt;br /&gt;</w:t>
        <w:br/>
        <w:t>Вітати дорогу вітчизну слізьми,&lt;br /&gt;</w:t>
        <w:br/>
        <w:t>Повернення щасливими слізьми.&lt;br /&gt;</w:t>
        <w:br/>
        <w:t>Дозволь же, Капітолію хранитель,&lt;br /&gt;</w:t>
        <w:br/>
        <w:t>Звершить обряди. З двадцяти п'ятьох .&lt;br /&gt;</w:t>
        <w:br/>
        <w:t>Синів одважних (це лиш половина&lt;br /&gt;</w:t>
        <w:br/>
        <w:t>Того числа, що владар мав Пріам)&lt;br /&gt;</w:t>
        <w:br/>
        <w:t>Лишились рештки жалюгідні нам'!&lt;br /&gt;</w:t>
        <w:br/>
        <w:t>Та й серед них — мерці. Даруй же, Риме,&lt;br /&gt;</w:t>
        <w:br/>
        <w:t>Любов живим, а тих, кого в останню&lt;br /&gt;</w:t>
        <w:br/>
        <w:t>Везу домівку, прихисти між предків...&lt;br /&gt;</w:t>
        <w:br/>
        <w:t>У піхви готи вкласти меч дали.&lt;br /&gt;</w:t>
        <w:br/>
        <w:t>Чого ж примушує недбалий Тіт&lt;br /&gt;</w:t>
        <w:br/>
        <w:t>Синів, ще не похованих, блукати&lt;br /&gt;</w:t>
        <w:br/>
        <w:t>По жаховійних Стіксу берегах!&lt;br /&gt;</w:t>
        <w:br/>
        <w:t>Нехай лежать серед своїх бра.тів.&lt;br /&gt;</w:t>
        <w:br/>
        <w:t>Відкривають гробницю.&lt;br /&gt;</w:t>
        <w:br/>
        <w:t>Вітайтесь мовчки там, як мертвим личить,&lt;br /&gt;</w:t>
        <w:br/>
        <w:t>І спіть спокійно, краю оборонці!&lt;br /&gt;</w:t>
        <w:br/>
        <w:t>Священний сховку радостей моїх,&lt;br /&gt;</w:t>
        <w:br/>
        <w:t>Затишний прихистку чеснот високих!&lt;br /&gt;</w:t>
        <w:br/>
        <w:t>Спочили у тобі мої сини —&lt;br /&gt;</w:t>
        <w:br/>
        <w:t>Ніколи вже не вернуться вони.&lt;br /&gt;</w:t>
        <w:br/>
        <w:t>Луцій Віддай нам найдостойнішого з готів,&lt;br /&gt;</w:t>
        <w:br/>
        <w:t>Щоб порубали й принесли його&lt;br /&gt;</w:t>
        <w:br/>
        <w:t>Ad manes fratrum * в жертву ми отут,&lt;br /&gt;</w:t>
        <w:br/>
        <w:t>Перед земним притулком їх останків.&lt;br /&gt;</w:t>
        <w:br/>
        <w:t>Хай тіні мертвих не шугають гнівно&lt;br /&gt;</w:t>
        <w:br/>
        <w:t>І, невідомщені, нас не тривожать.&lt;br /&gt;</w:t>
        <w:br/>
        <w:t>Тіт Беріте! Найзначніший в'язень — ось:&lt;br /&gt;</w:t>
        <w:br/>
        <w:t>Найстарший син печальної цариці.&lt;br /&gt;</w:t>
        <w:br/>
        <w:t>Тамора Спиніться, браття римляни, благаю!&lt;br /&gt;</w:t>
        <w:br/>
        <w:t>Згляньсь, Тіте, благородний переможцю,&lt;br /&gt;</w:t>
        <w:br/>
        <w:t>На сльози матері, що так страждає&lt;br /&gt;</w:t>
        <w:br/>
        <w:t>За сина! Він для мене дорогий,&lt;br /&gt;</w:t>
        <w:br/>
        <w:t>Як кожен із твоїх синів — для тебе.&lt;br /&gt;</w:t>
        <w:br/>
        <w:t>Хіба не досить, що до Рима нас,&lt;br /&gt;</w:t>
        <w:br/>
        <w:t>Невільників, ув'язнених тобою,&lt;br /&gt;</w:t>
        <w:br/>
        <w:t>Пригнали окрашати твій тріумф?&lt;br /&gt;</w:t>
        <w:br/>
        <w:t>Чого ж синів моїх убити мають&lt;br /&gt;</w:t>
        <w:br/>
        <w:t>За доблесть, за любов до батьківщини?&lt;br /&gt;</w:t>
        <w:br/>
        <w:t>Синів своїх шануючи геройство,&lt;br /&gt;</w:t>
        <w:br/>
        <w:t>Знай, що мої пошани гідні теж.&lt;br /&gt;</w:t>
        <w:br/>
        <w:t>Андроніку, не треба домовини&lt;br /&gt;</w:t>
        <w:br/>
        <w:t>Плямити кров'ю. Прагнучи з богами&lt;br /&gt;</w:t>
        <w:br/>
        <w:t>Зрівнятися,— таким же милостивим&lt;br /&gt;</w:t>
        <w:br/>
        <w:t>Будь, як вони. Ознака честі — милість.&lt;br /&gt;</w:t>
        <w:br/>
        <w:t>Шляхетний Тіте, сина пощади!&lt;br /&gt;</w:t>
        <w:br/>
        <w:t>Тіт Вгамуйсь, високородна, і пробач.&lt;br /&gt;</w:t>
        <w:br/>
        <w:t>Ви, готи, їхніх бачили братів&lt;br /&gt;</w:t>
        <w:br/>
        <w:t>Живих і мертвих; за братів забитих&lt;br /&gt;</w:t>
        <w:br/>
        <w:t>Вони побожно просять жертви. Нею&lt;br /&gt;</w:t>
        <w:br/>
        <w:t>Повинен син твій стати: він помре,&lt;br /&gt;</w:t>
        <w:br/>
        <w:t>Й утихне стогін тіней потойбічних.&lt;br /&gt;</w:t>
        <w:br/>
        <w:t>Луцій Візьміть його, багаття розпаліть,&lt;br /&gt;</w:t>
        <w:br/>
        <w:t>Мечами над вогнем його рубайте,&lt;br /&gt;</w:t>
        <w:br/>
        <w:t>Аж поки тіло попелом не стане.&lt;br /&gt;</w:t>
        <w:br/>
        <w:t>Луцій, Квінт, Марцій та Муцій з Аларбом виходять.&lt;br /&gt;</w:t>
        <w:br/>
        <w:t>* Тіням братів (лат.).&lt;br /&gt;</w:t>
        <w:br/>
        <w:t>Тамора Страшне, богопротивне благочестя!&lt;br /&gt;</w:t>
        <w:br/>
        <w:t>Хірон Таких жахіть і в Скіфії нема.&lt;br /&gt;</w:t>
        <w:br/>
        <w:t>Деметрій Як з Римом гордим Скіфію рівняти?&lt;br /&gt;</w:t>
        <w:br/>
        <w:t>Аларб заснув навік, лишились ми&lt;br /&gt;</w:t>
        <w:br/>
        <w:t>Під поглядом Андроніка тремтіти.&lt;br /&gt;</w:t>
        <w:br/>
        <w:t>Стійкою, мати, будь, жени зневіру,&lt;br /&gt;</w:t>
        <w:br/>
        <w:t>І ті боги, які цариці Трої&lt;br /&gt;</w:t>
        <w:br/>
        <w:t>Дали нагоду люто відплатити&lt;br /&gt;</w:t>
        <w:br/>
        <w:t>Фракійському тирану,— допоможуть&lt;br /&gt;</w:t>
        <w:br/>
        <w:t>Цариці готів. Поки готи ми,&lt;br /&gt;</w:t>
        <w:br/>
        <w:t>Таморо, ти володарка, і мусиш&lt;br /&gt;</w:t>
        <w:br/>
        <w:t>За злочини криваві розквитатись.&lt;br /&gt;</w:t>
        <w:br/>
        <w:t>Вертаються із закривавленими мечами Луцій, Квінт,&lt;br /&gt;</w:t>
        <w:br/>
        <w:t>Марцій та Муцій.&lt;br /&gt;</w:t>
        <w:br/>
        <w:t>Лицій Глянь, батьку владний, як наш римський звичай&lt;br /&gt;</w:t>
        <w:br/>
        <w:t>Ми справили: порубаний Аларб,&lt;br /&gt;</w:t>
        <w:br/>
        <w:t>І спопелив його вогонь жертовний,&lt;br /&gt;</w:t>
        <w:br/>
        <w:t>Як фіміам, здійнявсь у небо дим.&lt;br /&gt;</w:t>
        <w:br/>
        <w:t>Лишилось поховать братів і гучно&lt;br /&gt;</w:t>
        <w:br/>
        <w:t>Вітати їхній поворот до Рима.&lt;br /&gt;</w:t>
        <w:br/>
        <w:t>Тіт Хай буде так. Андроніку, прощайсп&lt;br /&gt;</w:t>
        <w:br/>
        <w:t>Із душами синів твоїх загиблих.&lt;br /&gt;</w:t>
        <w:br/>
        <w:t>Сурми.&lt;br /&gt;</w:t>
        <w:br/>
        <w:t>Труни кладуть у гробницю.&lt;br /&gt;</w:t>
        <w:br/>
        <w:t>Спочиньте в честі й мирі тут, сини!&lt;br /&gt;</w:t>
        <w:br/>
        <w:t>Спіть у спокої, Риму оборонці,&lt;br /&gt;</w:t>
        <w:br/>
        <w:t>Далекі від усіх земних марнот,&lt;br /&gt;</w:t>
        <w:br/>
        <w:t>Невдач і прикростей. Вже не страшні&lt;br /&gt;</w:t>
        <w:br/>
        <w:t>Ні зрада вам, ні заздрість; жодна буря&lt;br /&gt;</w:t>
        <w:br/>
        <w:t>Сну вічного і тиші не збентежить.&lt;br /&gt;</w:t>
        <w:br/>
        <w:t>Спочиньте в честі й мирі тут, сини!&lt;br /&gt;</w:t>
        <w:br/>
        <w:t>Входить Л а в і н і я.&lt;br /&gt;</w:t>
        <w:br/>
        <w:t>Лавінія Нехай живе у честі й мирі Тіт!&lt;br /&gt;</w:t>
        <w:br/>
        <w:t>Поважний батьку мій, живи у славі!&lt;br /&gt;</w:t>
        <w:br/>
        <w:t>Над домовиною братів ллю сльози —&lt;br /&gt;</w:t>
        <w:br/>
        <w:t>Данина це сестринська. А тебе&lt;br /&gt;</w:t>
        <w:br/>
        <w:t>Вітаю щиро радості сльозами&lt;br /&gt;</w:t>
        <w:br/>
        <w:t>З поверненням до Риму —і схиляюсь&lt;br /&gt;</w:t>
        <w:br/>
        <w:t>До ніг твоїх. Благослови мене&lt;br /&gt;</w:t>
        <w:br/>
        <w:t>Звитяжною рукою, славний батьку!&lt;br /&gt;</w:t>
        <w:br/>
        <w:t>Тіт Мій Риме, бережеш ласкаво ти&lt;br /&gt;</w:t>
        <w:br/>
        <w:t>Лавінію, старого серця втіху.&lt;br /&gt;</w:t>
        <w:br/>
        <w:t>Живи, дитя! Переживи мене.&lt;br /&gt;</w:t>
        <w:br/>
        <w:t>Твоєї цноти слава не мине!&lt;br /&gt;</w:t>
        <w:br/>
        <w:t>Входять Марк Андронік, Сатурні н, Бассіан&lt;br /&gt;</w:t>
        <w:br/>
        <w:t>та і я ні і.&lt;br /&gt;</w:t>
        <w:br/>
        <w:t>Марк Нехай живе мій брат, величний Тіт,&lt;br /&gt;</w:t>
        <w:br/>
        <w:t>Улюбленець всіх римлян, тріумфатор!&lt;br /&gt;</w:t>
        <w:br/>
        <w:t>Тіт Спасибі, Марку, брате мій, трибуне.&lt;br /&gt;</w:t>
        <w:br/>
        <w:t>Марк Вітаю вас, племінники-звитяжці,--&lt;br /&gt;</w:t>
        <w:br/>
        <w:t>, Тих, що живі, і тих, що сплять: у славі.&lt;br /&gt;</w:t>
        <w:br/>
        <w:t>Мечі здійнявши в битві за вітчизну,&lt;br /&gt;</w:t>
        <w:br/>
        <w:t>Всі в доблесті зрівнялись. Та тріумф&lt;br /&gt;</w:t>
        <w:br/>
        <w:t>Цього погребу — все ж певніший; це —&lt;br /&gt;</w:t>
        <w:br/>
        <w:t>Над випадком тріумф на ложі честі,&lt;br /&gt;</w:t>
        <w:br/>
        <w:t>Він до Солонового щастя ближчий.&lt;br /&gt;</w:t>
        <w:br/>
        <w:t>Тіте Андроніку, народ весь римський,&lt;br /&gt;</w:t>
        <w:br/>
        <w:t>Чиїм ти ревним другом завжди був,&lt;br /&gt;</w:t>
        <w:br/>
        <w:t>Мені довірив, щоб тобі вручив я&lt;br /&gt;</w:t>
        <w:br/>
        <w:t>Цей чистий білий плащ. Він означає:&lt;br /&gt;</w:t>
        <w:br/>
        <w:t>Ти названий у виборах на трон&lt;br /&gt;</w:t>
        <w:br/>
        <w:t>З синами вмерлого державця разом&lt;br /&gt;</w:t>
        <w:br/>
        <w:t>Достойним candidatus,— одягни&lt;br /&gt;</w:t>
        <w:br/>
        <w:t>І стань в безглавім Римі головою.&lt;br /&gt;</w:t>
        <w:br/>
        <w:t>Тіт Потрібна Риму краща голова,&lt;br /&gt;</w:t>
        <w:br/>
        <w:t>Ніж ця, що вже від старості трясеться.&lt;br /&gt;</w:t>
        <w:br/>
        <w:t>Чи мушу одягать знаменний плащ&lt;br /&gt;</w:t>
        <w:br/>
        <w:t>І марно вас бентежити? Щоб гучно&lt;br /&gt;</w:t>
        <w:br/>
        <w:t>Сьогодні бути обраним, а завтра&lt;br /&gt;</w:t>
        <w:br/>
        <w:t>Померти й вам нових турбот завдати?&lt;br /&gt;</w:t>
        <w:br/>
        <w:t>Твій, Риме, був солдат я сорок літ&lt;br /&gt;</w:t>
        <w:br/>
        <w:t>І втратив двадцятьох своїх синів&lt;br /&gt;</w:t>
        <w:br/>
        <w:t>Та й ще одного — всі вони хоробро&lt;br /&gt;</w:t>
        <w:br/>
        <w:t>Загинули в боях за батьківщину.&lt;br /&gt;</w:t>
        <w:br/>
        <w:t>Моєму віку личить шани жезл,&lt;br /&gt;</w:t>
        <w:br/>
        <w:t>Не скіпетр влади в світі. Той тримав&lt;br /&gt;</w:t>
        <w:br/>
        <w:t>Його належно, хто тримав останній.&lt;br /&gt;</w:t>
        <w:br/>
        <w:t>Марк Захочеш, Тіте,— буде він твоїм.&lt;br /&gt;</w:t>
        <w:br/>
        <w:t>Сатурній Так певен ти, трибуне гордовитий?&lt;br /&gt;</w:t>
        <w:br/>
        <w:t>Тіт Стривай, мій принце.&lt;br /&gt;</w:t>
        <w:br/>
        <w:t>Сатурній Римляни, де ж правда?&lt;br /&gt;</w:t>
        <w:br/>
        <w:t>Патриції, мечі свої добудьте&lt;br /&gt;</w:t>
        <w:br/>
        <w:t>І не ховайте, поки Сатурнія&lt;br /&gt;</w:t>
        <w:br/>
        <w:t>Не стане імператором у Римі.&lt;br /&gt;</w:t>
        <w:br/>
        <w:t>Потрапить в пекло Тіт, а не загарба&lt;br /&gt;</w:t>
        <w:br/>
        <w:t>Сердець народу!&lt;br /&gt;</w:t>
        <w:br/>
        <w:t>Луцій Чиниш зло собі,&lt;br /&gt;</w:t>
        <w:br/>
        <w:t>Не осягнувши благородства Тіта!&lt;br /&gt;</w:t>
        <w:br/>
        <w:t>Тіт Вгамуйся, принце, я віддам тобі&lt;br /&gt;</w:t>
        <w:br/>
        <w:t>Серця народу, що мені належать.&lt;br /&gt;</w:t>
        <w:br/>
        <w:t>Бассіан Андроніку, не лестощі кажу —&lt;br /&gt;</w:t>
        <w:br/>
        <w:t>Шаную й завжди шанувати буду&lt;br /&gt;</w:t>
        <w:br/>
        <w:t>Тебе. Зміцни становище моє —&lt;br /&gt;</w:t>
        <w:br/>
        <w:t>й повік я буду вдячний: для достойних&lt;br /&gt;</w:t>
        <w:br/>
        <w:t>Це нагорода вища над усе.&lt;br /&gt;</w:t>
        <w:br/>
        <w:t>Тіт Народе Риму, й ви, його трибуни,&lt;br /&gt;</w:t>
        <w:br/>
        <w:t>Чи віддасте за мене голоси,&lt;br /&gt;</w:t>
        <w:br/>
        <w:t>Прихильністю обдарувавши Тіта?&lt;br /&gt;</w:t>
        <w:br/>
        <w:t>Трибуни Вітаючи Андроніка й щасливе&lt;br /&gt;</w:t>
        <w:br/>
        <w:t>Його повернення, увесь народ&lt;br /&gt;</w:t>
        <w:br/>
        <w:t>Підтримає свого обранця. Так!&lt;br /&gt;</w:t>
        <w:br/>
        <w:t>Тіт Спасибі вам, трибуни. Прошу вас&lt;br /&gt;</w:t>
        <w:br/>
        <w:t>Обрати Сатурніна й сподіваюсь,&lt;br /&gt;</w:t>
        <w:br/>
        <w:t>Що імператора найстарший син&lt;br /&gt;</w:t>
        <w:br/>
        <w:t>Осяє Рим чеснотами, як землю —&lt;br /&gt;</w:t>
        <w:br/>
        <w:t>Титана промені; і справедливість&lt;br /&gt;</w:t>
        <w:br/>
        <w:t>Тут запанує. Тож його вінчайте&lt;br /&gt;</w:t>
        <w:br/>
        <w:t>Й гукайте: "Хай живе новий наш цезар!"&lt;br /&gt;</w:t>
        <w:br/>
        <w:t>Марк Зважаючи на схвалення усіх —&lt;br /&gt;</w:t>
        <w:br/>
        <w:t>Патриціїв, плебеїв,— Сатурніна&lt;br /&gt;</w:t>
        <w:br/>
        <w:t>Визнаємо державцем. Хай живе&lt;br /&gt;</w:t>
        <w:br/>
        <w:t>Новий наш імператор Сатурній!&lt;br /&gt;</w:t>
        <w:br/>
        <w:t>Довго лунають фанфари.&lt;br /&gt;</w:t>
        <w:br/>
        <w:t>Сатурній Тіте Андроніку, за все хороше,&lt;br /&gt;</w:t>
        <w:br/>
        <w:t>Що ти в день виборів зробив для нас,&lt;br /&gt;</w:t>
        <w:br/>
        <w:t>Тобі подяку я складаю щиру&lt;br /&gt;</w:t>
        <w:br/>
        <w:t>І ділом вдячність доведу свою.&lt;br /&gt;</w:t>
        <w:br/>
        <w:t>А для початку, Тіте, піднесу&lt;br /&gt;</w:t>
        <w:br/>
        <w:t>Ім'я твоє і твій славетний рід:&lt;br /&gt;</w:t>
        <w:br/>
        <w:t>Лавінію царицею назву,&lt;br /&gt;</w:t>
        <w:br/>
        <w:t>Володаркою Риму і моєю,&lt;br /&gt;</w:t>
        <w:br/>
        <w:t>Узявши з нею шлюб у Пантеоні.&lt;br /&gt;</w:t>
        <w:br/>
        <w:t>Чи до вподоби вибір мій тобі?&lt;br /&gt;</w:t>
        <w:br/>
        <w:t>Тіт Так, повелителю, високу честь&lt;br /&gt;</w:t>
        <w:br/>
        <w:t>Нам виявлено. І нехай весь Рим&lt;br /&gt;</w:t>
        <w:br/>
        <w:t>Тепер подивиться, як Сатурніну,&lt;br /&gt;</w:t>
        <w:br/>
        <w:t>Правителеві нашої держави,&lt;br /&gt;</w:t>
        <w:br/>
        <w:t>Владиці світу,— меч дарую свій,&lt;br /&gt;</w:t>
        <w:br/>
        <w:t>І колісницю, й в'язнів. Це дари,&lt;br /&gt;</w:t>
        <w:br/>
        <w:t>Достойні імператора. Прийми&lt;br /&gt;</w:t>
        <w:br/>
        <w:t>їх як данину приязні моєї&lt;br /&gt;</w:t>
        <w:br/>
        <w:t>І відданості щирої тобі.&lt;br /&gt;</w:t>
        <w:br/>
        <w:t>Сатурній Спасибі, Тіте, батьку благородний!&lt;br /&gt;</w:t>
        <w:br/>
        <w:t>Пишаюся тобою і дарами,&lt;br /&gt;</w:t>
        <w:br/>
        <w:t>Це бачить Рим. Коли ж забуду я&lt;br /&gt;</w:t>
        <w:br/>
        <w:t>Хоча б найменшу із твоїх заслуг,&lt;br /&gt;</w:t>
        <w:br/>
        <w:t>Нехай мене всі римляни забудуть.&lt;br /&gt;</w:t>
        <w:br/>
        <w:t>Тіт&lt;br /&gt;</w:t>
        <w:br/>
        <w:t>(до Тамори)&lt;br /&gt;</w:t>
        <w:br/>
        <w:t>Ти імператорова полонянка,&lt;br /&gt;</w:t>
        <w:br/>
        <w:t>Та зважить він на рід високий твій&lt;br /&gt;</w:t>
        <w:br/>
        <w:t>І поведеться із тобою гідно.&lt;br /&gt;</w:t>
        <w:br/>
        <w:t>Сатур нін&lt;br /&gt;</w:t>
        <w:br/>
        <w:t>(убік)&lt;br /&gt;</w:t>
        <w:br/>
        <w:t>Вродливицю довірено мені,&lt;br /&gt;</w:t>
        <w:br/>
        <w:t>Та все одно її собі я взяв би.&lt;br /&gt;</w:t>
        <w:br/>
        <w:t>(До Тамори)&lt;br /&gt;</w:t>
        <w:br/>
        <w:t>Хай стане світлим твій похмурий вид.&lt;br /&gt;</w:t>
        <w:br/>
        <w:t>Хоча на нім війни печать, царице,&lt;br /&gt;</w:t>
        <w:br/>
        <w:t>Та Рим тебе не буде зневажати,&lt;br /&gt;</w:t>
        <w:br/>
        <w:t>Тут шануватимуть високий сан.&lt;br /&gt;</w:t>
        <w:br/>
        <w:t>Повір мені і не впадай у розпач.&lt;br /&gt;</w:t>
        <w:br/>
        <w:t>Можливо, той, хто так тебе втішає,&lt;br /&gt;</w:t>
        <w:br/>
        <w:t>Ще більш царицю готів возвеличить.&lt;br /&gt;</w:t>
        <w:br/>
        <w:t>Чи не гнівить Лавінію ця мова?&lt;br /&gt;</w:t>
        <w:br/>
        <w:t>Лавінія Ні, честь твоя для мене запорука&lt;br /&gt;</w:t>
        <w:br/>
        <w:t>Того, що це лиш чемність благородна.&lt;br /&gt;</w:t>
        <w:br/>
        <w:t>Сатурній Спасибі, люба. Римляни, ходім,&lt;br /&gt;</w:t>
        <w:br/>
        <w:t>Без викупу звільнімо полонених.&lt;br /&gt;</w:t>
        <w:br/>
        <w:t>Хай розголосять сурми нашу честь.&lt;br /&gt;</w:t>
        <w:br/>
        <w:t>Фанфари.&lt;br /&gt;</w:t>
        <w:br/>
        <w:t>Сатурній, Тамора, Деметрій, Хірон та Арон виходять.&lt;br /&gt;</w:t>
        <w:br/>
        <w:t>Бассіан Не гнівайсь, Тіте,— дівчина моя.&lt;br /&gt;</w:t>
        <w:br/>
        <w:t>(Хапає Лавінію)&lt;br /&gt;</w:t>
        <w:br/>
        <w:t>Тіт Це ж як? Чи тямиш, принце, що говориш?&lt;br /&gt;</w:t>
        <w:br/>
        <w:t>Бассіан Так, чесний Тіте, хочу довести,&lt;br /&gt;</w:t>
        <w:br/>
        <w:t>Що маю право я на ці слова.&lt;br /&gt;</w:t>
        <w:br/>
        <w:t>Марк Suum quique * — так римське право каже.&lt;br /&gt;</w:t>
        <w:br/>
        <w:t>йому належне забирає принц.&lt;br /&gt;</w:t>
        <w:br/>
        <w:t>Луцій І забере, бо Луцій ще не вмер.&lt;br /&gt;</w:t>
        <w:br/>
        <w:t>Тіт Ви зрадники! Мерщій сюди, сторожо!&lt;br /&gt;</w:t>
        <w:br/>
        <w:t>Лавінію схопили!&lt;br /&gt;</w:t>
        <w:br/>
        <w:t>Сатурній&lt;br /&gt;</w:t>
        <w:br/>
        <w:t>(повертаючись)&lt;br /&gt;</w:t>
        <w:br/>
        <w:t>Хто ж посмів?&lt;br /&gt;</w:t>
        <w:br/>
        <w:t>Бассіан Той, хто посмів по правді учинити&lt;br /&gt;</w:t>
        <w:br/>
        <w:t>Й забрав кохану від усього світу.&lt;br /&gt;</w:t>
        <w:br/>
        <w:t>Бассіан і Марк із Лавінією виходять.&lt;br /&gt;</w:t>
        <w:br/>
        <w:t>Муцій Допоможіть сховатись їм, брати,&lt;br /&gt;</w:t>
        <w:br/>
        <w:t>А я лишуся двері стерегти.&lt;br /&gt;</w:t>
        <w:br/>
        <w:t>Луцій, Квінт і Марцій виходять.&lt;br /&gt;</w:t>
        <w:br/>
        <w:t>Тіт За мною, владарю. Верну її!&lt;br /&gt;</w:t>
        <w:br/>
        <w:t>Сатурній виходить.&lt;br /&gt;</w:t>
        <w:br/>
        <w:t>Муцій Сюди не можна.&lt;br /&gt;</w:t>
        <w:br/>
        <w:t>Тіт Що? Хлопчак негідний!&lt;br /&gt;</w:t>
        <w:br/>
        <w:t>Шлях в Римі заступив мені?&lt;br /&gt;</w:t>
        <w:br/>
        <w:t>Муцій На поміч!&lt;br /&gt;</w:t>
        <w:br/>
        <w:t>Тіт убиває його.&lt;br /&gt;</w:t>
        <w:br/>
        <w:t>Повертається Луцій.&lt;br /&gt;</w:t>
        <w:br/>
        <w:t>Луцій Несправедливий ти — і навіть більше —&lt;br /&gt;</w:t>
        <w:br/>
        <w:t>У кривдній суперечці сина вбив!&lt;br /&gt;</w:t>
        <w:br/>
        <w:t>Тіт Ні ти, ні він мені вже не сини —&lt;br /&gt;</w:t>
        <w:br/>
        <w:t>Так не ганьблять сини. Негідний зрадник!&lt;br /&gt;</w:t>
        <w:br/>
        <w:t>Входять Сатурній зТаморою та її двома синами і Арон.&lt;br /&gt;</w:t>
        <w:br/>
        <w:t>Лавінію державцю поверни!&lt;br /&gt;</w:t>
        <w:br/>
        <w:t>Луцій Як шлюб із ним, то краще їй померти,&lt;br /&gt;</w:t>
        <w:br/>
        <w:t>Вона ж бо наречена Бассіана.&lt;br /&gt;</w:t>
        <w:br/>
        <w:t>(Виходить)&lt;br /&gt;</w:t>
        <w:br/>
        <w:t>* Кожному своє (лат.).&lt;br /&gt;</w:t>
        <w:br/>
        <w:t>Сатурнін Ні, Тіте, ні! Вона вже не потрібна,&lt;br /&gt;</w:t>
        <w:br/>
        <w:t>Так само, як і ти, і весь твій рід.&lt;br /&gt;</w:t>
        <w:br/>
        <w:t>Тому довірюсь краще, хто мене&lt;br /&gt;</w:t>
        <w:br/>
        <w:t>Висміював, тобі ж — ніколи; ви,&lt;br /&gt;</w:t>
        <w:br/>
        <w:t>Злі зрадники, безчестите мене.&lt;br /&gt;</w:t>
        <w:br/>
        <w:t>Зробити посміховиськом для всіх&lt;br /&gt;</w:t>
        <w:br/>
        <w:t>Схотіли Сатурніна? Вчинки ці&lt;br /&gt;</w:t>
        <w:br/>
        <w:t>Підтверджують чутки, що ти хвалився,&lt;br /&gt;</w:t>
        <w:br/>
        <w:t>Немов у тебе вижебрав я владу.&lt;br /&gt;</w:t>
        <w:br/>
        <w:t>Тіт О жах! Які образливі слова!&lt;br /&gt;</w:t>
        <w:br/>
        <w:t>Сатурнін Ну що ж, іди, віддай невірну дівку&lt;br /&gt;</w:t>
        <w:br/>
        <w:t>Тому, хто тут за неї розпинався.&lt;br /&gt;</w:t>
        <w:br/>
        <w:t>Хороброго придбаєш зятя. Він,&lt;br /&gt;</w:t>
        <w:br/>
        <w:t>Так само, як сини твої, мастак&lt;br /&gt;</w:t>
        <w:br/>
        <w:t>Порушувати спокій в місті нашім.&lt;br /&gt;</w:t>
        <w:br/>
        <w:t>Тіт Мов ніж, у серці в мене ці слова.&lt;br /&gt;</w:t>
        <w:br/>
        <w:t>Сатурнін Таморо красна, володарко готів,&lt;br /&gt;</w:t>
        <w:br/>
        <w:t>Ти, мов Фебея пишна поміж німф,&lt;br /&gt;</w:t>
        <w:br/>
        <w:t>Затьмарила всіх римлянок найкращих.&lt;br /&gt;</w:t>
        <w:br/>
        <w:t>Якщо тебе задовольнить мій вибір,&lt;br /&gt;</w:t>
        <w:br/>
        <w:t>То нареченою назву тебе&lt;br /&gt;</w:t>
        <w:br/>
        <w:t>Й зроблю імператрицею у Римі.&lt;br /&gt;</w:t>
        <w:br/>
        <w:t>Скажи, царице готів, згодна ти?&lt;br /&gt;</w:t>
        <w:br/>
        <w:t>Всіма богами Риму присягаюсь:&lt;br /&gt;</w:t>
        <w:br/>
        <w:t>І жрець тут близько, і вода свята,&lt;br /&gt;</w:t>
        <w:br/>
        <w:t>Й свічки яскраві — все цілком готове&lt;br /&gt;</w:t>
        <w:br/>
        <w:t>Для Гіменея; римських вулиць я&lt;br /&gt;</w:t>
        <w:br/>
        <w:t>Не привітаю, не ввійду в палац,&lt;br /&gt;</w:t>
        <w:br/>
        <w:t>Покіль мені дружиною не станеш.&lt;br /&gt;</w:t>
        <w:br/>
        <w:t>Тамора Клянуся Риму, небо кличу в свідки:&lt;br /&gt;</w:t>
        <w:br/>
        <w:t>Як Сатурнін Тамору возвеличить,-&lt;br /&gt;</w:t>
        <w:br/>
        <w:t>Вона — служниця всіх його бажань&lt;br /&gt;</w:t>
        <w:br/>
        <w:t>І юності його ласкава мати.&lt;br /&gt;</w:t>
        <w:br/>
        <w:t>Сатурнін У Пантеон, царице, піднімись.&lt;br /&gt;</w:t>
        <w:br/>
        <w:t>Панове, супроводьте всі державця&lt;br /&gt;</w:t>
        <w:br/>
        <w:t>І наречену — небеса її&lt;br /&gt;</w:t>
        <w:br/>
        <w:t>Послали Сатурніну, й мудро він&lt;br /&gt;</w:t>
        <w:br/>
        <w:t>Змінив їй шлях. Обряд чинімо шлюбний!&lt;br /&gt;</w:t>
        <w:br/>
        <w:t>Виходять усі, крім Тіта.&lt;br /&gt;</w:t>
        <w:br/>
        <w:t>Тіт Не кликали мене за ними йти-&lt;br /&gt;</w:t>
        <w:br/>
        <w:t>Чи ж так лишивсь напризволяще Тіт&lt;br /&gt;</w:t>
        <w:br/>
        <w:t>Зневажений, як зрадник, як баніт?&lt;br /&gt;</w:t>
        <w:br/>
        <w:t>Повертаються М а р к, Л у ц і й, Квінт і&lt;br /&gt;</w:t>
        <w:br/>
        <w:t>М а р ц і й.&lt;br /&gt;</w:t>
        <w:br/>
        <w:t>Марк О Тіте, глянь, глянь, що ти наробив —&lt;br /&gt;</w:t>
        <w:br/>
        <w:t>В неправій зваді сина ти убив!&lt;br /&gt;</w:t>
        <w:br/>
        <w:t>Тіт Дурний трибуне, він мені не син.&lt;br /&gt;</w:t>
        <w:br/>
        <w:t>А ти, а ті, що об'єднались рід наш&lt;br /&gt;</w:t>
        <w:br/>
        <w:t>Безчестити,— негідний брат, негідні&lt;br /&gt;</w:t>
        <w:br/>
        <w:t>Сини!&lt;br /&gt;</w:t>
        <w:br/>
        <w:t>Луцій Належно поховаймо брата!&lt;br /&gt;</w:t>
        <w:br/>
        <w:t>Дай Муція достойно поховать.&lt;br /&gt;</w:t>
        <w:br/>
        <w:t>Тіт Геть, підлі зрадники! Він тут ніколи&lt;br /&gt;</w:t>
        <w:br/>
        <w:t>Не спочиватиме. Ця домовина,&lt;br /&gt;</w:t>
        <w:br/>
        <w:t>Яку розкішно я відбудував,&lt;br /&gt;</w:t>
        <w:br/>
        <w:t>Стоїть віками; в ній лише солдати,&lt;br /&gt;</w:t>
        <w:br/>
        <w:t>Лиш вірні слуги Риму сплять у славі,&lt;br /&gt;</w:t>
        <w:br/>
        <w:t>Не місце в ній бешкетникам сварливим.&lt;br /&gt;</w:t>
        <w:br/>
        <w:t>Де вам завгодно хороніть його,&lt;br /&gt;</w:t>
        <w:br/>
        <w:t>Але не тут.&lt;br /&gt;</w:t>
        <w:br/>
        <w:t>Марк Блюзнірствуєш ти, брате:&lt;br /&gt;</w:t>
        <w:br/>
        <w:t>Мій небіж Муцій справжнім був героєм&lt;br /&gt;</w:t>
        <w:br/>
        <w:t>І має спочивати між братів.&lt;br /&gt;</w:t>
        <w:br/>
        <w:t>Квінт і Марцій І буде так. Чи й ми підем за ним!&lt;br /&gt;</w:t>
        <w:br/>
        <w:t>Тіт "І буде так?" Який невіглас мовив?&lt;br /&gt;</w:t>
        <w:br/>
        <w:t>Квінт Той, хто підтвердить завжди ці слова.&lt;br /&gt;</w:t>
        <w:br/>
        <w:t>Тіт Що? Поховаєш всупереч мені?&lt;br /&gt;</w:t>
        <w:br/>
        <w:t>Марк Ні, ні, лише після твоєї згоди&lt;br /&gt;</w:t>
        <w:br/>
        <w:t>Пробачити його і поховати.&lt;br /&gt;</w:t>
        <w:br/>
        <w:t>Тіт Ох, Марку, навіть ти мене вразив,&lt;br /&gt;</w:t>
        <w:br/>
        <w:t>З хлопчиськами поранив честь мою!&lt;br /&gt;</w:t>
        <w:br/>
        <w:t>Тепер з вас кожен ворог мій. Ідіть,&lt;br /&gt;</w:t>
        <w:br/>
        <w:t>Лишіть мене в спокої хоч на мить.&lt;br /&gt;</w:t>
        <w:br/>
        <w:t>Марк Він сам не свій від гніву. Відійдім.&lt;br /&gt;</w:t>
        <w:br/>
        <w:t>Квінт Ні,— поки брата ми не поховаєм.&lt;br /&gt;</w:t>
        <w:br/>
        <w:t>Марк і Тітові сини падають навколішки.&lt;br /&gt;</w:t>
        <w:br/>
        <w:t>Марк Не зневажай благань природи, брате.&lt;br /&gt;</w:t>
        <w:br/>
        <w:t>Квінт Природи поклику послухайсь, батьку.&lt;br /&gt;</w:t>
        <w:br/>
        <w:t>Тіт Було б тобі доречніше мовчати.&lt;br /&gt;</w:t>
        <w:br/>
        <w:t>Марк Мій любий Тіте, погамуй свій гнів...&lt;br /&gt;</w:t>
        <w:br/>
        <w:t>Луцій Коханий батьку, дух і суть синів...&lt;br /&gt;</w:t>
        <w:br/>
        <w:t>Марк Дозволь мені племінника покласти&lt;br /&gt;</w:t>
        <w:br/>
        <w:t>У цім притулку честі: він помер,&lt;br /&gt;</w:t>
        <w:br/>
        <w:t>Бо гідно боронив права сестри.&lt;br /&gt;</w:t>
        <w:br/>
        <w:t>Ти римлянин, тож варваром не будь,&lt;br /&gt;</w:t>
        <w:br/>
        <w:t>Згадай — люб'язно греків ублагав&lt;br /&gt;</w:t>
        <w:br/>
        <w:t>Лаертів мудрий син як слід ховати&lt;br /&gt;</w:t>
        <w:br/>
        <w:t>Аякса, що свій вік укоротив.&lt;br /&gt;</w:t>
        <w:br/>
        <w:t>Хай Муцій (він був радістю тобі)&lt;br /&gt;</w:t>
        <w:br/>
        <w:t>Сюди спокійно ввійде.&lt;br /&gt;</w:t>
        <w:br/>
        <w:t>Тіт Підведись.&lt;br /&gt;</w:t>
        <w:br/>
        <w:t>Це найжахливіший із днів моїх —&lt;br /&gt;</w:t>
        <w:br/>
        <w:t>Зганьбили так мене мої сини!&lt;br /&gt;</w:t>
        <w:br/>
        <w:t>Що ж, хороніть його — й мене за ним.&lt;br /&gt;</w:t>
        <w:br/>
        <w:t>Муція кладуть у гробницю.&lt;br /&gt;</w:t>
        <w:br/>
        <w:t>Луцій Між друзів, любий Муцію, спочинь,&lt;br /&gt;</w:t>
        <w:br/>
        <w:t>А ми твій сон трофеями оздобим.&lt;br /&gt;</w:t>
        <w:br/>
        <w:t>Всі Не проливаймо сліз — хоробрий Муцій&lt;br /&gt;</w:t>
        <w:br/>
        <w:t>У славі житиме, бо вмер за правду.&lt;br /&gt;</w:t>
        <w:br/>
        <w:t>Відступають убік усі, крім Марка й Тіта.&lt;br /&gt;</w:t>
        <w:br/>
        <w:t>Марк Щоб хоч на мить забути сум нестерпний,&lt;br /&gt;</w:t>
        <w:br/>
        <w:t>Скажи, мій брате, як цариці готів&lt;br /&gt;</w:t>
        <w:br/>
        <w:t>Звеличитись у Римі пощастило?&lt;br /&gt;</w:t>
        <w:br/>
        <w:t>Тіт Не знаю, Марку, знаю лиш — це так,&lt;br /&gt;</w:t>
        <w:br/>
        <w:t>А підступом чи ні, відомо небу.&lt;br /&gt;</w:t>
        <w:br/>
        <w:t>Чи не завдячує вона комусь,&lt;br /&gt;</w:t>
        <w:br/>
        <w:t>Хто підштовхнув до величі здаля?&lt;br /&gt;</w:t>
        <w:br/>
        <w:t>Так, і вона йому заплатить щедро.&lt;br /&gt;</w:t>
        <w:br/>
        <w:t>Фанфари.&lt;br /&gt;</w:t>
        <w:br/>
        <w:t>Входять з одного боку— Сатурній з почтом, Тамора, Хірон, Д є —&lt;br /&gt;</w:t>
        <w:br/>
        <w:t>м є т р і й та А р о н, з другого — Бассіан, Лавінія та інші.&lt;br /&gt;</w:t>
        <w:br/>
        <w:t>Сатурнін Що ж, Бассіане, виграв ти своє —&lt;br /&gt;</w:t>
        <w:br/>
        <w:t>Хай бог тобі пошле подружнє щастя.&lt;br /&gt;</w:t>
        <w:br/>
        <w:t>Бассіан Тобі також. Більш не скажу нічого&lt;br /&gt;</w:t>
        <w:br/>
        <w:t>І менше не бажаю. Прощавай.&lt;br /&gt;</w:t>
        <w:br/>
        <w:t>Сатурнін Ще в Римі є закон і влада в нас,-&lt;br /&gt;</w:t>
        <w:br/>
        <w:t>Ви, зрадники, поплатитесь за злочин.&lt;br /&gt;</w:t>
        <w:br/>
        <w:t>Бассіан То злочин це? Я взяв лише своє,&lt;br /&gt;</w:t>
        <w:br/>
        <w:t>Кохану вірну, а тепер дружину.&lt;br /&gt;</w:t>
        <w:br/>
        <w:t>Закони Риму хай з'ясують все,&lt;br /&gt;</w:t>
        <w:br/>
        <w:t>А поки що моє мені належить.&lt;br /&gt;</w:t>
        <w:br/>
        <w:t>Сатурнін Гаразд. Та знай, що на твою зухвалість&lt;br /&gt;</w:t>
        <w:br/>
        <w:t>Належно зможемо відповісти.&lt;br /&gt;</w:t>
        <w:br/>
        <w:t>Бассіан За те, що учинив так, як годиться,&lt;br /&gt;</w:t>
        <w:br/>
        <w:t>Я відповім — життям. Та хочу я,&lt;br /&gt;</w:t>
        <w:br/>
        <w:t>Щоб знала ваша милість річ одну,-&lt;br /&gt;</w:t>
        <w:br/>
        <w:t>Я зобов'язаний її сказати.&lt;br /&gt;</w:t>
        <w:br/>
        <w:t>Шляхетний чоловік, поважний Тіт&lt;br /&gt;</w:t>
        <w:br/>
        <w:t>Зневажений цілком несправедливо;&lt;br /&gt;</w:t>
        <w:br/>
        <w:t>Це ж, прагнучи Лавінію вернути,&lt;br /&gt;</w:t>
        <w:br/>
        <w:t>Убив він сина власною рукою,&lt;br /&gt;</w:t>
        <w:br/>
        <w:t>Стараючись для тебе, впавши в гнів,&lt;br /&gt;</w:t>
        <w:br/>
        <w:t>Бо зник тобі призначений дарунок.&lt;br /&gt;</w:t>
        <w:br/>
        <w:t>Отож прихильність поверни йому.&lt;br /&gt;</w:t>
        <w:br/>
        <w:t>Тобі й усім доводив Тіт не раз,&lt;br /&gt;</w:t>
        <w:br/>
        <w:t>Що він для Риму батько й справжній друг.&lt;br /&gt;</w:t>
        <w:br/>
        <w:t>Тіт Не захищай мене, не треба, принце,-&lt;br /&gt;</w:t>
        <w:br/>
        <w:t>Зневазі цій ти добре посприяв.&lt;br /&gt;</w:t>
        <w:br/>
        <w:t>Хай Рим і небо справедливе судять,&lt;br /&gt;</w:t>
        <w:br/>
        <w:t>Як Сатурніна щиро я любив!&lt;br /&gt;</w:t>
        <w:br/>
        <w:t>Тамора Володарю, коли Тамора варта&lt;br /&gt;</w:t>
        <w:br/>
        <w:t>Прихильності, зваж на її слова&lt;br /&gt;</w:t>
        <w:br/>
        <w:t>Неупереджені і, що було,&lt;br /&gt;</w:t>
        <w:br/>
        <w:t>Забудь великодушно.&lt;br /&gt;</w:t>
        <w:br/>
        <w:t>Сатурнін Що? Відверту&lt;br /&gt;</w:t>
        <w:br/>
        <w:t>Пробачити образу і без помсти&lt;br /&gt;</w:t>
        <w:br/>
        <w:t>Лишити?&lt;br /&gt;</w:t>
        <w:br/>
        <w:t>Тамора Ні, ласкавий володарю,-&lt;br /&gt;</w:t>
        <w:br/>
        <w:t>Нехай мене боги боронять римські,-&lt;br /&gt;</w:t>
        <w:br/>
        <w:t>Тобі завдати кривди не хотіла!&lt;br /&gt;</w:t>
        <w:br/>
        <w:t>Але насмілюсь честю присягтись&lt;br /&gt;</w:t>
        <w:br/>
        <w:t>В тім, що не винен славний Тіт нітрохи,&lt;br /&gt;</w:t>
        <w:br/>
        <w:t>Про горе свідчить справжній гнів його.&lt;br /&gt;</w:t>
        <w:br/>
        <w:t>Тож слід ласкавішим до нього бути;&lt;br /&gt;</w:t>
        <w:br/>
        <w:t>В підозрах марних друга не втрачай,&lt;br /&gt;</w:t>
        <w:br/>
        <w:t>Злом серця дружнього ти не печаль.&lt;br /&gt;</w:t>
        <w:br/>
        <w:t>(Стиха, до Сатурніна)&lt;br /&gt;</w:t>
        <w:br/>
        <w:t>Погодься з тим, що я кажу, прикинься&lt;br /&gt;</w:t>
        <w:br/>
        <w:t>Вдоволеним і гнів свій приховай.&lt;br /&gt;</w:t>
        <w:br/>
        <w:t>Ти щойно трон посів — і стережись,&lt;br /&gt;</w:t>
        <w:br/>
        <w:t>Аби народ, патриції також,&lt;br /&gt;</w:t>
        <w:br/>
        <w:t>Все зваживши, за Тітом не пішли&lt;br /&gt;</w:t>
        <w:br/>
        <w:t>Й не потіснили за невдячність нас&lt;br /&gt;</w:t>
        <w:br/>
        <w:t>(Гріхом огидним Рим її вважає).&lt;br /&gt;</w:t>
        <w:br/>
        <w:t>Згляньсь на благання, все довір мені,&lt;br /&gt;</w:t>
        <w:br/>
        <w:t>Я ж день знайду, щоб знищити їх всіх,&lt;br /&gt;</w:t>
        <w:br/>
        <w:t>Вщент вирізати кодло, рід увесь,&lt;br /&gt;</w:t>
        <w:br/>
        <w:t>Лихого батька, зрадників-синів.&lt;br /&gt;</w:t>
        <w:br/>
        <w:t>Просила марно їх за сина я —&lt;br /&gt;</w:t>
        <w:br/>
        <w:t>Що ж, знатимуть, як змушувать царицю&lt;br /&gt;</w:t>
        <w:br/>
        <w:t>Навколішках благати серед вулиць.&lt;br /&gt;</w:t>
        <w:br/>
        <w:t>(Уголос)&lt;br /&gt;</w:t>
        <w:br/>
        <w:t>Ну ж, імператоре, мій любий! Тіта&lt;br /&gt;</w:t>
        <w:br/>
        <w:t>Старого підведи і серце втіш&lt;br /&gt;</w:t>
        <w:br/>
        <w:t>Його, що від грози твоєї мре.&lt;br /&gt;</w:t>
        <w:br/>
        <w:t>Сатурній Підводься — домоглась імператриця.&lt;br /&gt;</w:t>
        <w:br/>
        <w:t>Тіт Тобі, величний, дякую і їй —&lt;br /&gt;</w:t>
        <w:br/>
        <w:t>Життям новим я сповнений до краю.&lt;br /&gt;</w:t>
        <w:br/>
        <w:t>Тамора Мене прийняв, як рідну, Рим; ласкаво&lt;br /&gt;</w:t>
        <w:br/>
        <w:t>Вітали римляни імператрицю,&lt;br /&gt;</w:t>
        <w:br/>
        <w:t>Й порадити я хочу на добро.&lt;br /&gt;</w:t>
        <w:br/>
        <w:t>Всі чвари, Тіте, скінчені сьогодні,&lt;br /&gt;</w:t>
        <w:br/>
        <w:t>Володарю, надай почесне право&lt;br /&gt;</w:t>
        <w:br/>
        <w:t>Мені тебе та друзів помирити.&lt;br /&gt;</w:t>
        <w:br/>
        <w:t>За тебе я просила, Бассіане,&lt;br /&gt;</w:t>
        <w:br/>
        <w:t>Я імператорові обіцяла,&lt;br /&gt;</w:t>
        <w:br/>
        <w:t>Що станеш ти люб'язнішим, чемнішим.&lt;br /&gt;</w:t>
        <w:br/>
        <w:t>Панове, й ти, Лавініє, не бійтесь&lt;br /&gt;</w:t>
        <w:br/>
        <w:t>Послухатись поради — на колінах&lt;br /&gt;</w:t>
        <w:br/>
        <w:t>Прощення в імператора просіть.&lt;br /&gt;</w:t>
        <w:br/>
        <w:t>Бассіан та інші стають навколішки.&lt;br /&gt;</w:t>
        <w:br/>
        <w:t>Луцій Гаразд. Його величності і небу&lt;br /&gt;</w:t>
        <w:br/>
        <w:t>Клянусь — робили все по змозі мирно,&lt;br /&gt;</w:t>
        <w:br/>
        <w:t>Щоб честь свою й сестри оберегти.&lt;br /&gt;</w:t>
        <w:br/>
        <w:t>Марк Своєю честю присягаюсь в тім.&lt;br /&gt;</w:t>
        <w:br/>
        <w:t>Сатурній Замовкніть! Геть! Не докучайте нам.&lt;br /&gt;</w:t>
        <w:br/>
        <w:t>Тамора Нам друзями, владарю, бути слід!&lt;br /&gt;</w:t>
        <w:br/>
        <w:t>Твоєї ласки просять на колінах —&lt;br /&gt;</w:t>
        <w:br/>
        <w:t>Невже відмовиш ти мені і всім?&lt;br /&gt;</w:t>
        <w:br/>
        <w:t>Сатурній Заради тебе і твойого брата,&lt;br /&gt;</w:t>
        <w:br/>
        <w:t>Та на прохання любої Тамори&lt;br /&gt;</w:t>
        <w:br/>
        <w:t>Цим юнакам я пробачаю, Марку.&lt;br /&gt;</w:t>
        <w:br/>
        <w:t>Підводьтесь.&lt;br /&gt;</w:t>
        <w:br/>
        <w:t>Бассіан та інші встають.&lt;br /&gt;</w:t>
        <w:br/>
        <w:t>Лавініє, мене ти залишила,&lt;br /&gt;</w:t>
        <w:br/>
        <w:t>Та я знайшов дружину, і клянусь&lt;br /&gt;</w:t>
        <w:br/>
        <w:t>Тобі життям я — жрець нас обвінчає!&lt;br /&gt;</w:t>
        <w:br/>
        <w:t>Ходім, двір відсвяткує два весілля.&lt;br /&gt;</w:t>
        <w:br/>
        <w:t>Будь гостею, Лавініє, й ви, друзі.&lt;br /&gt;</w:t>
        <w:br/>
        <w:t>Таморо, нині в нас любові день!&lt;br /&gt;</w:t>
        <w:br/>
        <w:t>Гіг А завтра, як захочеш, володарю,&lt;br /&gt;</w:t>
        <w:br/>
        <w:t>Ти оленя й пантеру вполювать,&lt;br /&gt;</w:t>
        <w:br/>
        <w:t>Тебе мисливським рогом привітаєм.&lt;br /&gt;</w:t>
        <w:br/>
        <w:t>Сатурнін Що ж, згода, Тіте, дякую тобі.&lt;br /&gt;</w:t>
        <w:br/>
        <w:t>Виходять.</w:t>
      </w:r>
    </w:p>
    <w:p>
      <w:r>
        <w:br/>
        <w:t>ДІЯ ДРУГА&lt;br /&gt;</w:t>
        <w:br/>
        <w:t>СЦЕНА 1&lt;br /&gt;</w:t>
        <w:br/>
        <w:t>Там же, перед палацом.&lt;br /&gt;</w:t>
        <w:br/>
        <w:t>Входить А р о н.&lt;br /&gt;</w:t>
        <w:br/>
        <w:t>Арон Вершин Олімпу досягла Тамора.&lt;br /&gt;</w:t>
        <w:br/>
        <w:t>На висоті, нещастям непідвладна,&lt;br /&gt;</w:t>
        <w:br/>
        <w:t>Захищена від блискавок і грому,&lt;br /&gt;</w:t>
        <w:br/>
        <w:t>Від заздрощів підступних і лихих.&lt;br /&gt;</w:t>
        <w:br/>
        <w:t>Як сонце, що зорю вітає ранню,&lt;br /&gt;</w:t>
        <w:br/>
        <w:t>І золотить промінням океан,&lt;br /&gt;</w:t>
        <w:br/>
        <w:t>І, оглядаючи гірські верхів'я,&lt;br /&gt;</w:t>
        <w:br/>
        <w:t>По зодіаку мчить у колісниці,&lt;br /&gt;</w:t>
        <w:br/>
        <w:t>Так і Тамора.&lt;br /&gt;</w:t>
        <w:br/>
        <w:t>Чесноти всі земні слугують їй,&lt;br /&gt;</w:t>
        <w:br/>
        <w:t>Тремтять лише від погляду цариці.&lt;br /&gt;</w:t>
        <w:br/>
        <w:t>Тож розумом і серцем приготуйся&lt;br /&gt;</w:t>
        <w:br/>
        <w:t>З коханкою такою піднестись&lt;br /&gt;</w:t>
        <w:br/>
        <w:t>І піднести, Ароне, шал тієї,&lt;br /&gt;</w:t>
        <w:br/>
        <w:t>Котру в любовні ти піймав тенета,&lt;br /&gt;</w:t>
        <w:br/>
        <w:t>Котра прикута до очей твоїх&lt;br /&gt;</w:t>
        <w:br/>
        <w:t>Міцніш, ніж Прометей до гір Кавказьких.&lt;br /&gt;</w:t>
        <w:br/>
        <w:t>Геть рабське дрантя, ниці геть думки!&lt;br /&gt;</w:t>
        <w:br/>
        <w:t>Я сяятиму в золоті і перлах,&lt;br /&gt;</w:t>
        <w:br/>
        <w:t>Слугуючи новій імператриці.&lt;br /&gt;</w:t>
        <w:br/>
        <w:t>Слугуючи? Розкошувати буду&lt;br /&gt;</w:t>
        <w:br/>
        <w:t>З богинею, царицею сирен,&lt;br /&gt;</w:t>
        <w:br/>
        <w:t>Яка зачарувала Сатурніна,&lt;br /&gt;</w:t>
        <w:br/>
        <w:t>Й побачу, як загине він і Рим.&lt;br /&gt;</w:t>
        <w:br/>
        <w:t>Гей! Що за галас там?&lt;br /&gt;</w:t>
        <w:br/>
        <w:t>Входять, храбруючи один поперед одним, Хірон і Деметрій.&lt;br /&gt;</w:t>
        <w:br/>
        <w:t>Деметрій Малий ти й куций розумом своїм,&lt;br /&gt;</w:t>
        <w:br/>
        <w:t>Аби туди потрапити, Хіроне,&lt;br /&gt;</w:t>
        <w:br/>
        <w:t>Де завше з ласкою мене стрічають&lt;br /&gt;</w:t>
        <w:br/>
        <w:t>І з пристрастю вітатимуть.&lt;br /&gt;</w:t>
        <w:br/>
        <w:t>Хірон Який&lt;br /&gt;</w:t>
        <w:br/>
        <w:t>Ти самовпевнений! Лиш на словах&lt;br /&gt;</w:t>
        <w:br/>
        <w:t>Мене здолаєш. Що там рік чи два,&lt;br /&gt;</w:t>
        <w:br/>
        <w:t>Різниця тут між нами невелика.&lt;br /&gt;</w:t>
        <w:br/>
        <w:t>Поталанить ще, може, й не тобі —&lt;br /&gt;</w:t>
        <w:br/>
        <w:t>Мені її прихильність заслужити.&lt;br /&gt;</w:t>
        <w:br/>
        <w:t>Лавінію люблю безумно я&lt;br /&gt;</w:t>
        <w:br/>
        <w:t>І доведу мечем — вона моя.&lt;br /&gt;</w:t>
        <w:br/>
        <w:t>Арон Ох, пробі! Ґвалт! Коханці не жартують.&lt;br /&gt;</w:t>
        <w:br/>
        <w:t>Деметрій Тобі, хлопчиську, мати необачно&lt;br /&gt;</w:t>
        <w:br/>
        <w:t>Рапіру танцювальну почепила,&lt;br /&gt;</w:t>
        <w:br/>
        <w:t>А ти уже й погрожуєш мерщій?&lt;br /&gt;</w:t>
        <w:br/>
        <w:t>Тікай: із піхов скіпки не виймай —&lt;br /&gt;</w:t>
        <w:br/>
        <w:t>її ти ще й тримати не навчився.&lt;br /&gt;</w:t>
        <w:br/>
        <w:t>Хірон Я й без науки зараз доведу,&lt;br /&gt;</w:t>
        <w:br/>
        <w:t>На що я можу зважитись.&lt;br /&gt;</w:t>
        <w:br/>
        <w:t>Деметрій Хлопчиську,&lt;br /&gt;</w:t>
        <w:br/>
        <w:t>Храбруєш нерозважно.&lt;br /&gt;</w:t>
        <w:br/>
        <w:t>Обидва вихоплюють мечі.&lt;br /&gt;</w:t>
        <w:br/>
        <w:t>Арон Як це так?&lt;br /&gt;</w:t>
        <w:br/>
        <w:t>Насмілилися ви біля палацу&lt;br /&gt;</w:t>
        <w:br/>
        <w:t>Мечі здійнять, вчинить відверту зваду?&lt;br /&gt;</w:t>
        <w:br/>
        <w:t>Причину суперечки добре знаю,&lt;br /&gt;</w:t>
        <w:br/>
        <w:t>Та я б і за мільйони не хотів,&lt;br /&gt;</w:t>
        <w:br/>
        <w:t>Аби довідались про неї ті,&lt;br /&gt;</w:t>
        <w:br/>
        <w:t>Кого обходить це. Нізащо б мати&lt;br /&gt;</w:t>
        <w:br/>
        <w:t>Соромитись за вас тут не бажала.&lt;br /&gt;</w:t>
        <w:br/>
        <w:t>Яка ганьба! Вгамуйтесь.&lt;br /&gt;</w:t>
        <w:br/>
        <w:t>Деметрій Ні — докіль&lt;br /&gt;</w:t>
        <w:br/>
        <w:t>Я не протну йому грудей і в горлі&lt;br /&gt;</w:t>
        <w:br/>
        <w:t>Не зупиню того пащекування,&lt;br /&gt;</w:t>
        <w:br/>
        <w:t>Яким посмів неславити мене.&lt;br /&gt;</w:t>
        <w:br/>
        <w:t>Хірон До герцю я готовий. Ти ж, поганцю,&lt;br /&gt;</w:t>
        <w:br/>
        <w:t>Лайливий боягузе, все воюєш&lt;br /&gt;</w:t>
        <w:br/>
        <w:t>Не зброєю, а тільки язиком.&lt;br /&gt;</w:t>
        <w:br/>
        <w:t>Арон Кажу вам — геть!&lt;br /&gt;</w:t>
        <w:br/>
        <w:t>Клянусь богами войовничих готів —&lt;br /&gt;</w:t>
        <w:br/>
        <w:t>Погубить нас ця сварка дріб'язкова.&lt;br /&gt;</w:t>
        <w:br/>
        <w:t>Вам навіть невтямки, як небезпечно&lt;br /&gt;</w:t>
        <w:br/>
        <w:t>На право принца зазіхать. Невже&lt;br /&gt;</w:t>
        <w:br/>
        <w:t>Лавінія: розпусницею стала&lt;br /&gt;</w:t>
        <w:br/>
        <w:t>Чи Бассіан змізернів так, що можна&lt;br /&gt;</w:t>
        <w:br/>
        <w:t>Вам сперечатись за її любов,&lt;br /&gt;</w:t>
        <w:br/>
        <w:t>Все знехтувавши — владу, помсту, суд?&lt;br /&gt;</w:t>
        <w:br/>
        <w:t>Остерігайтесь. Бо імператриця&lt;br /&gt;</w:t>
        <w:br/>
        <w:t>Дізнається — не солодко вам буде.&lt;br /&gt;</w:t>
        <w:br/>
        <w:t>Хірон Це байдуже. Хай знає цілий світ:&lt;br /&gt;</w:t>
        <w:br/>
        <w:t>Люблю Лавінію над цілий світ.&lt;br /&gt;</w:t>
        <w:br/>
        <w:t>Деметрій Хлопчиську, вчись скромнішим буть. Вона —&lt;br /&gt;</w:t>
        <w:br/>
        <w:t>Надія брата старшого.&lt;br /&gt;</w:t>
        <w:br/>
        <w:t>Арон Скажіть,&lt;br /&gt;</w:t>
        <w:br/>
        <w:t>Де розум ваш? Чи знаєте, що в Римі&lt;br /&gt;</w:t>
        <w:br/>
        <w:t>Чоловіки безжалісні, жорстокі&lt;br /&gt;</w:t>
        <w:br/>
        <w:t>До зазіхань на честь і на любов?&lt;br /&gt;</w:t>
        <w:br/>
        <w:t>Отож нічого, крім своїх смертей,&lt;br /&gt;</w:t>
        <w:br/>
        <w:t>Не знайдете.&lt;br /&gt;</w:t>
        <w:br/>
        <w:t>Хірон Хай тисячі смертей,&lt;br /&gt;</w:t>
        <w:br/>
        <w:t>Аби мені заволодіти нею.&lt;br /&gt;</w:t>
        <w:br/>
        <w:t>Арон Заволодіти! Як?&lt;br /&gt;</w:t>
        <w:br/>
        <w:t>Деметрій Ото ще диво!&lt;br /&gt;</w:t>
        <w:br/>
        <w:t>Вона ж бо жінка — от і домагайся,&lt;br /&gt;</w:t>
        <w:br/>
        <w:t>Вона ж бо жінка — от і володій,&lt;br /&gt;</w:t>
        <w:br/>
        <w:t>Вона Лавінія — от і люби.&lt;br /&gt;</w:t>
        <w:br/>
        <w:t>Тож більше у млині води спливає,&lt;br /&gt;</w:t>
        <w:br/>
        <w:t>Ніж мельник бачить. І не важко зовсім&lt;br /&gt;</w:t>
        <w:br/>
        <w:t>Украсти скибку врізаного хліба.&lt;br /&gt;</w:t>
        <w:br/>
        <w:t>Хоч Бассіан державця брат, носили&lt;br /&gt;</w:t>
        <w:br/>
        <w:t>І не такі Вулканову оздобу.&lt;br /&gt;</w:t>
        <w:br/>
        <w:t>Арон&lt;br /&gt;</w:t>
        <w:br/>
        <w:t>(убік)&lt;br /&gt;</w:t>
        <w:br/>
        <w:t>З тим самим успіхом, що й Сатурній.&lt;br /&gt;</w:t>
        <w:br/>
        <w:t>Деметрій Тож зайве в розпач упадати: словом&lt;br /&gt;</w:t>
        <w:br/>
        <w:t>Потрібно звабить, поглядом палким.&lt;br /&gt;</w:t>
        <w:br/>
        <w:t>Чи не вдавалось нам забити лань&lt;br /&gt;</w:t>
        <w:br/>
        <w:t>І спритно винести з-під носа варти?&lt;br /&gt;</w:t>
        <w:br/>
        <w:t>Арон Ну, що ж, гадаю, що така рішучість&lt;br /&gt;</w:t>
        <w:br/>
        <w:t>Послужить вам.&lt;br /&gt;</w:t>
        <w:br/>
        <w:t>Хірон Якби ж то послужила!&lt;br /&gt;</w:t>
        <w:br/>
        <w:t>Деметрій Ароне, в ціль ти влучив.&lt;br /&gt;</w:t>
        <w:br/>
        <w:t>Арон Краще вам&lt;br /&gt;</w:t>
        <w:br/>
        <w:t>Теж влучити, ніж марно сперечатись.&lt;br /&gt;</w:t>
        <w:br/>
        <w:t>Послухайте — невже здуріли ви,&lt;br /&gt;</w:t>
        <w:br/>
        <w:t>Що сваритесь? Хіба ж погано буде,&lt;br /&gt;</w:t>
        <w:br/>
        <w:t>Як вам обом поталанить?&lt;br /&gt;</w:t>
        <w:br/>
        <w:t>Хірон Не вірю.&lt;br /&gt;</w:t>
        <w:br/>
        <w:t>, Деметрій І я не певен...&lt;br /&gt;</w:t>
        <w:br/>
        <w:t>Арон Соромтеся. Ви гризетесь за те,&lt;br /&gt;</w:t>
        <w:br/>
        <w:t>Що має об'єднати вас. Мети&lt;br /&gt;</w:t>
        <w:br/>
        <w:t>Ви досягти повинні легко й хитро.&lt;br /&gt;</w:t>
        <w:br/>
        <w:t>Вирішуйте. Задумане здійснити&lt;br /&gt;</w:t>
        <w:br/>
        <w:t>Потрібно тільки так, як це можливо.&lt;br /&gt;</w:t>
        <w:br/>
        <w:t>Лукреція не більше мала цноти,&lt;br /&gt;</w:t>
        <w:br/>
        <w:t>Ніж ця Лавінія, кохана принца.&lt;br /&gt;</w:t>
        <w:br/>
        <w:t>Навіщо нудитись? Простіший шлях&lt;br /&gt;</w:t>
        <w:br/>
        <w:t>Обрати можна. Я знайшов його.&lt;br /&gt;</w:t>
        <w:br/>
        <w:t>Відбутися повинні царські лови,&lt;br /&gt;</w:t>
        <w:br/>
        <w:t>Гурт римлянок чарівних буде там...&lt;br /&gt;</w:t>
        <w:br/>
        <w:t>Безкраї гони в хащах лісових,&lt;br /&gt;</w:t>
        <w:br/>
        <w:t>Де є чимало закутків безлюдних,&lt;br /&gt;</w:t>
        <w:br/>
        <w:t>Цілком підхожих для злочинств. Між них&lt;br /&gt;</w:t>
        <w:br/>
        <w:t>З принадною сховатись ланню треба&lt;br /&gt;</w:t>
        <w:br/>
        <w:t>І силою приборкати її,&lt;br /&gt;</w:t>
        <w:br/>
        <w:t>Як не словами,— й справдяться надії.&lt;br /&gt;</w:t>
        <w:br/>
        <w:t>Прийди, володарко, чий світлий розум&lt;br /&gt;</w:t>
        <w:br/>
        <w:t>Присвячений підступності і помсті,&lt;br /&gt;</w:t>
        <w:br/>
        <w:t>Свій намір ми відкриємо тобі!..&lt;br /&gt;</w:t>
        <w:br/>
        <w:t>Імператриця дасть пораду слушну,&lt;br /&gt;</w:t>
        <w:br/>
        <w:t>Від сварки марної відверне вас&lt;br /&gt;</w:t>
        <w:br/>
        <w:t>І піднесе на висоту бажань.&lt;br /&gt;</w:t>
        <w:br/>
        <w:t>Двір імператора — притулок слави,&lt;br /&gt;</w:t>
        <w:br/>
        <w:t>Вух, язиків, очей в палаці — тьма.&lt;br /&gt;</w:t>
        <w:br/>
        <w:t>А ліс безжалісний, глухий, похмурий;&lt;br /&gt;</w:t>
        <w:br/>
        <w:t>Здійснити можна що завгодно там —&lt;br /&gt;</w:t>
        <w:br/>
        <w:t>Хіть вдовольнити в затінку таємнім,&lt;br /&gt;</w:t>
        <w:br/>
        <w:t>Лавінії скарбами навтішатись.&lt;br /&gt;</w:t>
        <w:br/>
        <w:t>Хірон Слова ці не відгонять боягузтвом.&lt;br /&gt;</w:t>
        <w:br/>
        <w:t>Деметрій Sit fas aut nefas *, доки я знайду&lt;br /&gt;</w:t>
        <w:br/>
        <w:t>Потік чарівний, що мій шал остудить,&lt;br /&gt;</w:t>
        <w:br/>
        <w:t>Per Stygia, per manes vehor **&lt;br /&gt;</w:t>
        <w:br/>
        <w:t>Виходять.&lt;br /&gt;</w:t>
        <w:br/>
        <w:t>СЦЕНА 2&lt;br /&gt;</w:t>
        <w:br/>
        <w:t>Ліс поблизу Рима.&lt;br /&gt;</w:t>
        <w:br/>
        <w:t>Вдалині видніє мисливська хижка. Чути звуки рогів і собачий гавкіт.&lt;br /&gt;</w:t>
        <w:br/>
        <w:t>Входять Тіт Андронік з мисливцями, Марк, Луцій, Квінт&lt;br /&gt;</w:t>
        <w:br/>
        <w:t>і М а р ц і й.&lt;br /&gt;</w:t>
        <w:br/>
        <w:t>Тіт Погожим ранком почалися лови.&lt;br /&gt;</w:t>
        <w:br/>
        <w:t>Ліси зелені, запашні поля.&lt;br /&gt;</w:t>
        <w:br/>
        <w:t>Спустім собак, хай валування жваве&lt;br /&gt;</w:t>
        <w:br/>
        <w:t>Розбудить імператора й дружину,&lt;br /&gt;</w:t>
        <w:br/>
        <w:t>Та й принца; хай дзвенить мисливський дзвін,&lt;br /&gt;</w:t>
        <w:br/>
        <w:t>Двір сповнює розлунням невгамовним.&lt;br /&gt;</w:t>
        <w:br/>
        <w:t>Обов'язком хай буде вам, сини,&lt;br /&gt;</w:t>
        <w:br/>
        <w:t>Так, як і ми, служить державцю вірно.&lt;br /&gt;</w:t>
        <w:br/>
        <w:t>Гнітили сни мене цієї ночі,&lt;br /&gt;</w:t>
        <w:br/>
        <w:t>Але світанок втіху знов приніс.&lt;br /&gt;</w:t>
        <w:br/>
        <w:t>Гавкіт хортів. Вітер доносить калатання дзвонів.&lt;br /&gt;</w:t>
        <w:br/>
        <w:t>Входять Сатурній, Тамора, Бассіан, Лавінія, Хірон, Демет-&lt;br /&gt;</w:t>
        <w:br/>
        <w:t>рій та почет.&lt;br /&gt;</w:t>
        <w:br/>
        <w:t>Тіт Багато днів володарю бажаю,&lt;br /&gt;</w:t>
        <w:br/>
        <w:t>Днів добрих; і володарці також!&lt;br /&gt;</w:t>
        <w:br/>
        <w:t>Я обіцяв мисливські дзвони вам.&lt;br /&gt;</w:t>
        <w:br/>
        <w:t>Сатурнін Дзвонили славно. Та для молодят&lt;br /&gt;</w:t>
        <w:br/>
        <w:t>Чи не занадто рано?&lt;br /&gt;</w:t>
        <w:br/>
        <w:t>Бассіан Що ти скажеш&lt;br /&gt;</w:t>
        <w:br/>
        <w:t>На це, Лавініє?&lt;br /&gt;</w:t>
        <w:br/>
        <w:t>* Хай то буде законно чи незаконно (лат.).&lt;br /&gt;</w:t>
        <w:br/>
        <w:t>** Мене несе через Стікс, у царство мертвих (лат.).&lt;br /&gt;</w:t>
        <w:br/>
        <w:t>Лавінія Вже дві години,&lt;br /&gt;</w:t>
        <w:br/>
        <w:t>Як я прокинулась.&lt;br /&gt;</w:t>
        <w:br/>
        <w:t>Сатурній Ну що ж, ходім.&lt;br /&gt;</w:t>
        <w:br/>
        <w:t>Лаштуйте швидше коней, колісниці!&lt;br /&gt;</w:t>
        <w:br/>
        <w:t>Побачиш нині римське полювання,&lt;br /&gt;</w:t>
        <w:br/>
        <w:t>Імператрице.&lt;br /&gt;</w:t>
        <w:br/>
        <w:t>Марк Пси мої, владарю,&lt;br /&gt;</w:t>
        <w:br/>
        <w:t>Пантеру щонайліпшу зацькують&lt;br /&gt;</w:t>
        <w:br/>
        <w:t>І на найвищу видеруться гору!&lt;br /&gt;</w:t>
        <w:br/>
        <w:t>Тіт У шалі кінь мій прудконогий мчить,&lt;br /&gt;</w:t>
        <w:br/>
        <w:t>Мов ластівка над простором безкраїм.&lt;br /&gt;</w:t>
        <w:br/>
        <w:t>Деметрій&lt;br /&gt;</w:t>
        <w:br/>
        <w:t>(до Хірона)&lt;br /&gt;</w:t>
        <w:br/>
        <w:t>Що коні й пси? Я повен сподівань —&lt;br /&gt;</w:t>
        <w:br/>
        <w:t>Ми й так впіймаємо принадну лань.&lt;br /&gt;</w:t>
        <w:br/>
        <w:t>Виходять.&lt;br /&gt;</w:t>
        <w:br/>
        <w:t>СЦЕНА З&lt;br /&gt;</w:t>
        <w:br/>
        <w:t>Глуха частина лісу.&lt;br /&gt;</w:t>
        <w:br/>
        <w:t>Входить А р о н з мішком золота.&lt;br /&gt;</w:t>
        <w:br/>
        <w:t>Арон Хто має глузд, гадатиме, що я&lt;br /&gt;</w:t>
        <w:br/>
        <w:t>його не маю,— золото ховаю&lt;br /&gt;</w:t>
        <w:br/>
        <w:t>Під деревом, аби ніколи більше&lt;br /&gt;</w:t>
        <w:br/>
        <w:t>Не володіти ним. Розумник цей&lt;br /&gt;</w:t>
        <w:br/>
        <w:t>Нехай затямить — зливки переллються&lt;br /&gt;</w:t>
        <w:br/>
        <w:t>На підступи лихі, які, здійснившись,&lt;br /&gt;</w:t>
        <w:br/>
        <w:t>Народять підлості зразок чудовий.&lt;br /&gt;</w:t>
        <w:br/>
        <w:t>(Ховає золото)&lt;br /&gt;</w:t>
        <w:br/>
        <w:t>Спочинь же, скарбе, на неспокій тим,&lt;br /&gt;</w:t>
        <w:br/>
        <w:t>Хто у Тамори мав тебе знайти.&lt;br /&gt;</w:t>
        <w:br/>
        <w:t>Входить Т а м о р а, сама.&lt;br /&gt;</w:t>
        <w:br/>
        <w:t>Тамора Чого сумуєш, любий мій Ароне?&lt;br /&gt;</w:t>
        <w:br/>
        <w:t>Глянь — все радіє пишно навкруги!&lt;br /&gt;</w:t>
        <w:br/>
        <w:t>Скрізь на кущах виспівують пташки,&lt;br /&gt;</w:t>
        <w:br/>
        <w:t>Змія, згорнувшись, ніжиться на сонці,&lt;br /&gt;</w:t>
        <w:br/>
        <w:t>Тріпоче прохолодний вітерець&lt;br /&gt;</w:t>
        <w:br/>
        <w:t>Зеленим листям, і тріпочуть тіні;&lt;br /&gt;</w:t>
        <w:br/>
        <w:t>Давай в цім затишку, Ароне, сядем&lt;br /&gt;</w:t>
        <w:br/>
        <w:t>І, поки непокоїть псів луна,&lt;br /&gt;</w:t>
        <w:br/>
        <w:t>Приспівуючи щедрим звукам рога&lt;br /&gt;</w:t>
        <w:br/>
        <w:t>(Мов чується два полювання зразу),&lt;br /&gt;</w:t>
        <w:br/>
        <w:t>Ми будемо все слухати удвох.&lt;br /&gt;</w:t>
        <w:br/>
        <w:t>Як та Дідона з принцом мандрівним,&lt;br /&gt;</w:t>
        <w:br/>
        <w:t>Що заховались у печері тихій,&lt;br /&gt;</w:t>
        <w:br/>
        <w:t>Коли так вчасно буря їх застала,&lt;br /&gt;</w:t>
        <w:br/>
        <w:t>І там пірнули в насолоди бурю,-&lt;br /&gt;</w:t>
        <w:br/>
        <w:t>В палких обіймах міцно сплівшись, ми&lt;br /&gt;</w:t>
        <w:br/>
        <w:t>Натішимось і в сон пірнем злотистий;&lt;br /&gt;</w:t>
        <w:br/>
        <w:t>А лемент полювання й спів пташок&lt;br /&gt;</w:t>
        <w:br/>
        <w:t>Звучатиме для нас, мов колискова,&lt;br /&gt;</w:t>
        <w:br/>
        <w:t>Яку співає неня над дитям.&lt;br /&gt;</w:t>
        <w:br/>
        <w:t>Арон Бажання ти Венері підкоряєш,&lt;br /&gt;</w:t>
        <w:br/>
        <w:t>Моїми ж геть заволодів Сатурн.&lt;br /&gt;</w:t>
        <w:br/>
        <w:t>Що означає погляд мій змертвілий,&lt;br /&gt;</w:t>
        <w:br/>
        <w:t>Моя затятість і тяжка задума?&lt;br /&gt;</w:t>
        <w:br/>
        <w:t>Мого волосся пасма розплелись,&lt;br /&gt;</w:t>
        <w:br/>
        <w:t>Немов тіла гадюк, які до бою&lt;br /&gt;</w:t>
        <w:br/>
        <w:t>Приготувались. Що це означає?&lt;br /&gt;</w:t>
        <w:br/>
        <w:t>Ні, царствена, то не Венери знаки:&lt;br /&gt;</w:t>
        <w:br/>
        <w:t>В моєму серці помста, смерть в руці,&lt;br /&gt;</w:t>
        <w:br/>
        <w:t>Кров та відплата стугонять у скроні.&lt;br /&gt;</w:t>
        <w:br/>
        <w:t>Володарко душі, моя Таморо,&lt;br /&gt;</w:t>
        <w:br/>
        <w:t>Моїх надій і прагнень небо, знай —&lt;br /&gt;</w:t>
        <w:br/>
        <w:t>Для Бассіана чорний день настав,&lt;br /&gt;</w:t>
        <w:br/>
        <w:t>Язик сьогодні втратить Філомела,&lt;br /&gt;</w:t>
        <w:br/>
        <w:t>Твої сини спаплюжать честь її&lt;br /&gt;</w:t>
        <w:br/>
        <w:t>І вмиють руки кров'ю Бассіана.&lt;br /&gt;</w:t>
        <w:br/>
        <w:t>Ось бачиш лист? Візьми його, прошу,&lt;br /&gt;</w:t>
        <w:br/>
        <w:t>І цезарю віддай фатальний згорток.&lt;br /&gt;</w:t>
        <w:br/>
        <w:t>Все. Не питай мене. За нами стежать.&lt;br /&gt;</w:t>
        <w:br/>
        <w:t>Сподіваної здобичі частина&lt;br /&gt;</w:t>
        <w:br/>
        <w:t>Вже йде сюди, не знаючи про смерть.&lt;br /&gt;</w:t>
        <w:br/>
        <w:t>Входять Б а с с і а н і Лавінія.&lt;br /&gt;</w:t>
        <w:br/>
        <w:t>Тамора Мій милий мавре, над життя миліший!..&lt;br /&gt;</w:t>
        <w:br/>
        <w:t>Арон Владарко, годі! Он-де Бассіан.&lt;br /&gt;</w:t>
        <w:br/>
        <w:t>Не церемонься з ним. А я піду&lt;br /&gt;</w:t>
        <w:br/>
        <w:t>Знайду синів — твою міцну опору.&lt;br /&gt;</w:t>
        <w:br/>
        <w:t>(Виходить)&lt;br /&gt;</w:t>
        <w:br/>
        <w:t>Бассіан О, хто це тут? Імператриця Риму,&lt;br /&gt;</w:t>
        <w:br/>
        <w:t>Без почту їй належного, сама?&lt;br /&gt;</w:t>
        <w:br/>
        <w:t>Чи це Діана, так на неї схожа,&lt;br /&gt;</w:t>
        <w:br/>
        <w:t>Покинула святі гаї й прийшла&lt;br /&gt;</w:t>
        <w:br/>
        <w:t>На полювання смертних подивитись?&lt;br /&gt;</w:t>
        <w:br/>
        <w:t>Тамора Як смієш ти пащекувать, зухвальцю?&lt;br /&gt;</w:t>
        <w:br/>
        <w:t>Коли б Діани владу мала я,&lt;br /&gt;</w:t>
        <w:br/>
        <w:t>То роги вмить прикрасили б тебе,&lt;br /&gt;</w:t>
        <w:br/>
        <w:t>Мов Актеона, і тоді собаки&lt;br /&gt;</w:t>
        <w:br/>
        <w:t>Порвали б люто, підлий грубіяне,&lt;br /&gt;</w:t>
        <w:br/>
        <w:t>Все тіло перероджене твоє.&lt;br /&gt;</w:t>
        <w:br/>
        <w:t>Лавінія Не гнівайся, царице. Добре вмієш&lt;br /&gt;</w:t>
        <w:br/>
        <w:t>Ти роги дарувати. Тож боюсь,&lt;br /&gt;</w:t>
        <w:br/>
        <w:t>Що саме для такої спроби тут&lt;br /&gt;</w:t>
        <w:br/>
        <w:t>Із мавром усамітнилися ви:&lt;br /&gt;</w:t>
        <w:br/>
        <w:t>Хай бог державця від собак боронить,&lt;br /&gt;</w:t>
        <w:br/>
        <w:t>Щоб з оленем не сплутали його!&lt;br /&gt;</w:t>
        <w:br/>
        <w:t>Бассіан Повір мені, цей темний кіммерієць,&lt;br /&gt;</w:t>
        <w:br/>
        <w:t>Володарко, потьмарить честь твою —&lt;br /&gt;</w:t>
        <w:br/>
        <w:t>Вона, мов тіло мавра, почорніє.&lt;br /&gt;</w:t>
        <w:br/>
        <w:t>Чого ти всіх лишила вдалині?&lt;br /&gt;</w:t>
        <w:br/>
        <w:t>Зійшовши з білосніжного коня,&lt;br /&gt;</w:t>
        <w:br/>
        <w:t>Блукаєш тут у гущині безлюдній&lt;br /&gt;</w:t>
        <w:br/>
        <w:t>Вдвох з мавром диким. Чи не свідчить це,&lt;br /&gt;</w:t>
        <w:br/>
        <w:t>Що підкорилась ти гидким бажанням?&lt;br /&gt;</w:t>
        <w:br/>
        <w:t>Лавінія Завадив чесний муж розвазі ницій,&lt;br /&gt;</w:t>
        <w:br/>
        <w:t>Але його облаяли зухвальцем.&lt;br /&gt;</w:t>
        <w:br/>
        <w:t>Ходімо звідси. Чорно-вороним&lt;br /&gt;</w:t>
        <w:br/>
        <w:t>Нехай вона втішається коханням.&lt;br /&gt;</w:t>
        <w:br/>
        <w:t>Для цього закут цей цілком пасує.&lt;br /&gt;</w:t>
        <w:br/>
        <w:t>Бассіан Володар, брат мій, має знати все.&lt;br /&gt;</w:t>
        <w:br/>
        <w:t>Лавінія Він міг про це довідатись давно.&lt;br /&gt;</w:t>
        <w:br/>
        <w:t>Як бідного державця обкрутили!&lt;br /&gt;</w:t>
        <w:br/>
        <w:t>Тамора Чого я мушу зносити це все?&lt;br /&gt;</w:t>
        <w:br/>
        <w:t>Входять Хірон і Деметрій.&lt;br /&gt;</w:t>
        <w:br/>
        <w:t>Деметрій Чому така змарніла і бліда&lt;br /&gt;</w:t>
        <w:br/>
        <w:t>Ясна імператриця, наша мати?&lt;br /&gt;</w:t>
        <w:br/>
        <w:t>Тамора Гадаєте, марніть немає з чого?&lt;br /&gt;</w:t>
        <w:br/>
        <w:t>Ці двоє притягли мене сюди,&lt;br /&gt;</w:t>
        <w:br/>
        <w:t>В долину цю безплідну і гидку,&lt;br /&gt;</w:t>
        <w:br/>
        <w:t>В якій дерева ледве не всихають,&lt;br /&gt;</w:t>
        <w:br/>
        <w:t>їх мох посів та згубна омела;&lt;br /&gt;</w:t>
        <w:br/>
        <w:t>Немає сонця тут, з усіх птахів&lt;br /&gt;</w:t>
        <w:br/>
        <w:t>Тут водяться лиш сич та крук зловісний.&lt;br /&gt;</w:t>
        <w:br/>
        <w:t>І, показавши яму цю страшну,&lt;br /&gt;</w:t>
        <w:br/>
        <w:t>Мені сказали: прийде глупа ніч,&lt;br /&gt;</w:t>
        <w:br/>
        <w:t>І тисячі лісовиків, гадюк,&lt;br /&gt;</w:t>
        <w:br/>
        <w:t>Ропух десятки тисяч, їжаків&lt;br /&gt;</w:t>
        <w:br/>
        <w:t>Такий жахливий гамір здіймуть враз,&lt;br /&gt;</w:t>
        <w:br/>
        <w:t>Що кожен смертний, як його зачує,&lt;br /&gt;</w:t>
        <w:br/>
        <w:t>Вмить збожеволіє або помре.&lt;br /&gt;</w:t>
        <w:br/>
        <w:t>І, закінчивши розповідь пекельну,&lt;br /&gt;</w:t>
        <w:br/>
        <w:t>Вони сказали, що мене ухоплять,&lt;br /&gt;</w:t>
        <w:br/>
        <w:t>Та до похмурого прив'яжуть тиса,&lt;br /&gt;</w:t>
        <w:br/>
        <w:t>І так залишать на нікчемну смерть.&lt;br /&gt;</w:t>
        <w:br/>
        <w:t>Вони мене дошкульно називали&lt;br /&gt;</w:t>
        <w:br/>
        <w:t>Повією, розпусницею, всяк,&lt;br /&gt;</w:t>
        <w:br/>
        <w:t>Облаяли усю як захотіли...&lt;br /&gt;</w:t>
        <w:br/>
        <w:t>Якби вас раптом доля не послала,&lt;br /&gt;</w:t>
        <w:br/>
        <w:t>Вони б страшну жорстокість учинили.&lt;br /&gt;</w:t>
        <w:br/>
        <w:t>Як матір любите свою, пометіться,&lt;br /&gt;</w:t>
        <w:br/>
        <w:t>Інакше дітьми вас я не назву.&lt;br /&gt;</w:t>
        <w:br/>
        <w:t>Деметрій Ось свідчення того, що я твій син.&lt;br /&gt;</w:t>
        <w:br/>
        <w:t>(Протинає Бассіана)&lt;br /&gt;</w:t>
        <w:br/>
        <w:t>Хірон А це удар від мене, ще сильніший.&lt;br /&gt;</w:t>
        <w:br/>
        <w:t>(Добиває Бассіана)&lt;br /&gt;</w:t>
        <w:br/>
        <w:t>Лавінія Поглянь, Семірамідо... Ні — Таморо!&lt;br /&gt;</w:t>
        <w:br/>
        <w:t>Тобі пасує варварське ім'я!&lt;br /&gt;</w:t>
        <w:br/>
        <w:t>Тамора Де мій кинджал? Побачите, сини,&lt;br /&gt;</w:t>
        <w:br/>
        <w:t>Як я помщуся за таку образу.&lt;br /&gt;</w:t>
        <w:br/>
        <w:t>Деметрій Спинися! Тут належить більше їй.&lt;br /&gt;</w:t>
        <w:br/>
        <w:t>Перш, ніж палить солому, хліб змолотим.&lt;br /&gt;</w:t>
        <w:br/>
        <w:t>Гляділа краля чистоту свою,&lt;br /&gt;</w:t>
        <w:br/>
        <w:t>Подружню вірність ревно берегла&lt;br /&gt;</w:t>
        <w:br/>
        <w:t>І цим хизується перед тобою.&lt;br /&gt;</w:t>
        <w:br/>
        <w:t>Невже це все в могилу забере?&lt;br /&gt;</w:t>
        <w:br/>
        <w:t>Хірон Дозволити це міг би тільки євнух.&lt;br /&gt;</w:t>
        <w:br/>
        <w:t>Тягни-но Бассіанів труп — для втіхи&lt;br /&gt;</w:t>
        <w:br/>
        <w:t>Добрячою подушкою він буде.&lt;br /&gt;</w:t>
        <w:br/>
        <w:t>Тамора Коли бажання ваші вситить мед,-&lt;br /&gt;</w:t>
        <w:br/>
        <w:t>Осу убийте, бо пожалить нас.&lt;br /&gt;</w:t>
        <w:br/>
        <w:t>Хірон Я запевняю — буде все надійно.&lt;br /&gt;</w:t>
        <w:br/>
        <w:t>Ходімо, навтішаємось, красуне,&lt;br /&gt;</w:t>
        <w:br/>
        <w:t>Твоєю чистотою досхочу.&lt;br /&gt;</w:t>
        <w:br/>
        <w:t>Лавінія Таморо, зглянься! Чи не жінка ти?&lt;br /&gt;</w:t>
        <w:br/>
        <w:t>Тамора Нехай заціпить їй. Геть забирайте!&lt;br /&gt;</w:t>
        <w:br/>
        <w:t>Лавінія Хоч слово дайте мовити, благаю.&lt;br /&gt;</w:t>
        <w:br/>
        <w:t>Деметрій Володарко, нехай говорить. Ти ж&lt;br /&gt;</w:t>
        <w:br/>
        <w:t>її сльозами тішся. Тільки серце&lt;br /&gt;</w:t>
        <w:br/>
        <w:t>Твоє твердим хай буде, наче кремінь.&lt;br /&gt;</w:t>
        <w:br/>
        <w:t>Лавінія Чи тигренята матір учать? Нащо&lt;br /&gt;</w:t>
        <w:br/>
        <w:t>Жорстокості вчиш ту, яка тебе&lt;br /&gt;</w:t>
        <w:br/>
        <w:t>її навчила? Виссав з молоком&lt;br /&gt;</w:t>
        <w:br/>
        <w:t>Жорстокість ти й на кремінь обернувся.&lt;br /&gt;</w:t>
        <w:br/>
        <w:t>Але не кожен син вдається в матір.&lt;br /&gt;</w:t>
        <w:br/>
        <w:t>(До Хірона)&lt;br /&gt;</w:t>
        <w:br/>
        <w:t>Проси, хай зглянеться,— вона ж бо жінка.&lt;br /&gt;</w:t>
        <w:br/>
        <w:t>Хірон Ти що, мене за байстрюка вважаєш?&lt;br /&gt;</w:t>
        <w:br/>
        <w:t>Лавінія Так, жайвора не висидить ворона,&lt;br /&gt;</w:t>
        <w:br/>
        <w:t>Та чула я (коли б тепер це сталось!),&lt;br /&gt;</w:t>
        <w:br/>
        <w:t>. Що дозволяв пройнятий жалем лев&lt;br /&gt;</w:t>
        <w:br/>
        <w:t>Відтяти пазурі свої розкішні.&lt;br /&gt;</w:t>
        <w:br/>
        <w:t>Чужих годує ворон пташенят&lt;br /&gt;</w:t>
        <w:br/>
        <w:t>В той час, як власні ще не зовсім ситі.&lt;br /&gt;</w:t>
        <w:br/>
        <w:t>Нечуле серце в тебе, та благаю&lt;br /&gt;</w:t>
        <w:br/>
        <w:t>Не доброти, а жалю хоч краплину!&lt;br /&gt;</w:t>
        <w:br/>
        <w:t>Тамора Цих слів не можу я збагнути. Геть!&lt;br /&gt;</w:t>
        <w:br/>
        <w:t>Лавінія Я поясню тобі, заради батька,&lt;br /&gt;</w:t>
        <w:br/>
        <w:t>Що дарував життя тобі, не вбив;&lt;br /&gt;</w:t>
        <w:br/>
        <w:t>Не будь затятою! Благаю, зжалься!&lt;br /&gt;</w:t>
        <w:br/>
        <w:t>Тамора Коли б ти й не образила мене,&lt;br /&gt;</w:t>
        <w:br/>
        <w:t>То через нього я була б жорстока.&lt;br /&gt;</w:t>
        <w:br/>
        <w:t>Згадайте, діти, як ридала я,&lt;br /&gt;</w:t>
        <w:br/>
        <w:t>Та брата вашого принесли в жертву,&lt;br /&gt;</w:t>
        <w:br/>
        <w:t>Не зжалився тоді Андронік лютий.&lt;br /&gt;</w:t>
        <w:br/>
        <w:t>Отож робіть, що заманеться, з нею,&lt;br /&gt;</w:t>
        <w:br/>
        <w:t>Що гірше їй, то більше вас люблю.&lt;br /&gt;</w:t>
        <w:br/>
        <w:t>Лавінія Ні, будь великодушною, царице,-&lt;br /&gt;</w:t>
        <w:br/>
        <w:t>Рукою власною мене убий.&lt;br /&gt;</w:t>
        <w:br/>
        <w:t>Я не життя благала довго так,&lt;br /&gt;</w:t>
        <w:br/>
        <w:t>Без Бассіана я не хочу жити.&lt;br /&gt;</w:t>
        <w:br/>
        <w:t>Тамора Чого ж ти хочеш? Геть! Облиш мене.&lt;br /&gt;</w:t>
        <w:br/>
        <w:t>Лавінія Негайної благаю смерті. Й ще .&lt;br /&gt;</w:t>
        <w:br/>
        <w:t>(Про це жіночність не дає сказати)...&lt;br /&gt;</w:t>
        <w:br/>
        <w:t>Позбав мене страшнішої за смерть&lt;br /&gt;</w:t>
        <w:br/>
        <w:t>Жадоби хтивої! Вкинь в темну яму,&lt;br /&gt;</w:t>
        <w:br/>
        <w:t>В якій ніхто мого не знайде тіла.&lt;br /&gt;</w:t>
        <w:br/>
        <w:t>Убий, та май хоч трохи милосердя.&lt;br /&gt;</w:t>
        <w:br/>
        <w:t>Тамора Без нагороди лишаться сини?&lt;br /&gt;</w:t>
        <w:br/>
        <w:t>Ні, хай як слід натішаться вони.&lt;br /&gt;</w:t>
        <w:br/>
        <w:t>Деметрій Ну? Через тебе марно гаєм час.&lt;br /&gt;</w:t>
        <w:br/>
        <w:t>Лавінія Ні милосердя, ні жалю? Ти — звір!&lt;br /&gt;</w:t>
        <w:br/>
        <w:t>Ганебний ворог усього жіноцтва!&lt;br /&gt;</w:t>
        <w:br/>
        <w:t>Нехай спаде...&lt;br /&gt;</w:t>
        <w:br/>
        <w:t>Хірон&lt;br /&gt;</w:t>
        <w:br/>
        <w:t>(до Деметрія)&lt;br /&gt;</w:t>
        <w:br/>
        <w:t>їй рота я заткну. Труп чоловіка&lt;br /&gt;</w:t>
        <w:br/>
        <w:t>Тягни до ями. Так Арон звелів.&lt;br /&gt;</w:t>
        <w:br/>
        <w:t>Деметрій кидає тіло Бассіана в яму. Потім Деметрій і Хірон, волочачи Лавінію,&lt;br /&gt;</w:t>
        <w:br/>
        <w:t>виходять.&lt;br /&gt;</w:t>
        <w:br/>
        <w:t>Тамора Щасливо! Бачу, впораються з нею.&lt;br /&gt;</w:t>
        <w:br/>
        <w:t>Мені ж не знати радость^декіль&lt;br /&gt;</w:t>
        <w:br/>
        <w:t>Усім Андронікам не відплачу. ]&lt;br /&gt;</w:t>
        <w:br/>
        <w:t>Де любий мавр? Коли б його знайти...&lt;br /&gt;</w:t>
        <w:br/>
        <w:t>А цю нехай позбавлять чистоти!&lt;br /&gt;</w:t>
        <w:br/>
        <w:t>(Виходить) /&lt;br /&gt;</w:t>
        <w:br/>
        <w:t>СЦЕНА 4&lt;br /&gt;</w:t>
        <w:br/>
        <w:t>Там же.&lt;br /&gt;</w:t>
        <w:br/>
        <w:t>Входять Арон, Квінт і Марній.&lt;br /&gt;</w:t>
        <w:br/>
        <w:t>Арон Сюди, мерщій, вам зараз покажу&lt;br /&gt;</w:t>
        <w:br/>
        <w:t>Жахливу яму. В ній угледів я&lt;br /&gt;</w:t>
        <w:br/>
        <w:t>Пантеру, що міцним заснула сном.&lt;br /&gt;</w:t>
        <w:br/>
        <w:t>Квінт В очах тьмяніє. Щось мене гнітить.&lt;br /&gt;</w:t>
        <w:br/>
        <w:t>Марцій Мене також. Якби не сором, я&lt;br /&gt;</w:t>
        <w:br/>
        <w:t>Покинув би розвагу й задрімав.&lt;br /&gt;</w:t>
        <w:br/>
        <w:t>(Падає в яму)&lt;br /&gt;</w:t>
        <w:br/>
        <w:t>Квінт Ти провалився? Це непевне місце.&lt;br /&gt;</w:t>
        <w:br/>
        <w:t>Колючий терен пащу ями вкрив,&lt;br /&gt;</w:t>
        <w:br/>
        <w:t>Кров запеклась на листі чиста й свіжа,&lt;br /&gt;</w:t>
        <w:br/>
        <w:t>Немов на квітах вранішня роса.&lt;br /&gt;</w:t>
        <w:br/>
        <w:t>Тут все зловісне. Брате мій, скажи,&lt;br /&gt;</w:t>
        <w:br/>
        <w:t>Чи ти не покалічився, упавши?&lt;br /&gt;</w:t>
        <w:br/>
        <w:t>Марцій Тут жах, якого я не бачив зроду,&lt;br /&gt;</w:t>
        <w:br/>
        <w:t>З самого серця стогін вириває.&lt;br /&gt;</w:t>
        <w:br/>
        <w:t>Арон&lt;br /&gt;</w:t>
        <w:br/>
        <w:t>(убік)&lt;br /&gt;</w:t>
        <w:br/>
        <w:t>Тепер державця треба привести;&lt;br /&gt;</w:t>
        <w:br/>
        <w:t>Тут їх заставши, думатиме він,&lt;br /&gt;</w:t>
        <w:br/>
        <w:t>Що це вони забили Бассіана.&lt;br /&gt;</w:t>
        <w:br/>
        <w:t>(Виходить)&lt;br /&gt;</w:t>
        <w:br/>
        <w:t>Марцій Чом ти не втішиш? Вибратись мені&lt;br /&gt;</w:t>
        <w:br/>
        <w:t>Чом не поможеш із страшної ями?&lt;br /&gt;</w:t>
        <w:br/>
        <w:t>Квінт Мене проймає незбагненний жах.&lt;br /&gt;</w:t>
        <w:br/>
        <w:t>Холодний піт облив тремтяче тіло,&lt;br /&gt;</w:t>
        <w:br/>
        <w:t>А серце чує більш, ніж бачать очі.&lt;br /&gt;</w:t>
        <w:br/>
        <w:t>Марцій Зірке ти серце маєш. Подивись&lt;br /&gt;</w:t>
        <w:br/>
        <w:t>З Ароном в яму, і побачиш тут&lt;br /&gt;</w:t>
        <w:br/>
        <w:t>Видовище жахливе — кров і смерть.&lt;br /&gt;</w:t>
        <w:br/>
        <w:t>Квінт Арон пішов, а серце жалісливе&lt;br /&gt;</w:t>
        <w:br/>
        <w:t>Очам поглянуть не дає на те,&lt;br /&gt;</w:t>
        <w:br/>
        <w:t>Від чого так тріпоче лиховісно.&lt;br /&gt;</w:t>
        <w:br/>
        <w:t>Скажи, що там таке. Я ще ніколи&lt;br /&gt;</w:t>
        <w:br/>
        <w:t>Так не жахавсь непевно, мов дитя.&lt;br /&gt;</w:t>
        <w:br/>
        <w:t>Марцій Принц Бассіан лежить потятий тут,&lt;br /&gt;</w:t>
        <w:br/>
        <w:t>Мов немічне скривавлене ягня,&lt;br /&gt;</w:t>
        <w:br/>
        <w:t>В цій клятій, темній, повній крові ямі.&lt;br /&gt;</w:t>
        <w:br/>
        <w:t>Квінт Та як його ти в темряві пізнав?&lt;br /&gt;</w:t>
        <w:br/>
        <w:t>Марцій На пальці закривавленім у нього&lt;br /&gt;</w:t>
        <w:br/>
        <w:t>Коштовний перстень, в ямі світить він,&lt;br /&gt;</w:t>
        <w:br/>
        <w:t>Немов свіча у склепі, осяває&lt;br /&gt;</w:t>
        <w:br/>
        <w:t>Мерця лице землисте і жахні&lt;br /&gt;</w:t>
        <w:br/>
        <w:t>Потворні нутрощі цього провалля:&lt;br /&gt;</w:t>
        <w:br/>
        <w:t>Так блідо місяць осявав Пірама,&lt;br /&gt;</w:t>
        <w:br/>
        <w:t>Як, скупаний в дівочій крові, він&lt;br /&gt;</w:t>
        <w:br/>
        <w:t>Лежав. Подай зомлілу руку, брате,-&lt;br /&gt;</w:t>
        <w:br/>
        <w:t>Від жаху, певне, ти зомлів, як я,-&lt;br /&gt;</w:t>
        <w:br/>
        <w:t>Піднятись поможи з гидкого схову,&lt;br /&gt;</w:t>
        <w:br/>
        <w:t>Що поглина все, мов Коціт імлистий.&lt;br /&gt;</w:t>
        <w:br/>
        <w:t>Квінт Дай руку, я допоможу тобі,&lt;br /&gt;</w:t>
        <w:br/>
        <w:t>Коли ж не стане сил моїх, нехай&lt;br /&gt;</w:t>
        <w:br/>
        <w:t>Мене також поглине ця утроба,&lt;br /&gt;</w:t>
        <w:br/>
        <w:t>Що за могилу править Бассіану.&lt;br /&gt;</w:t>
        <w:br/>
        <w:t>Немає сили витягти тебе.&lt;br /&gt;</w:t>
        <w:br/>
        <w:t>Марцій А я без тебе вилізти не можу.&lt;br /&gt;</w:t>
        <w:br/>
        <w:t>Квінт Дай руку ще раз — не впущу, до кіль&lt;br /&gt;</w:t>
        <w:br/>
        <w:t>Не витягну чи сам не провалюсь.&lt;br /&gt;</w:t>
        <w:br/>
        <w:t>Не можеш вилізти? То я до тебе.&lt;br /&gt;</w:t>
        <w:br/>
        <w:t>(Провалюється)&lt;br /&gt;</w:t>
        <w:br/>
        <w:t>Входять Сатурній та Арон.&lt;br /&gt;</w:t>
        <w:br/>
        <w:t>Сатурнін Ходім, ходім — побачу, що за яма&lt;br /&gt;</w:t>
        <w:br/>
        <w:t>І хто стрибнув у неї. Розкажи,&lt;br /&gt;</w:t>
        <w:br/>
        <w:t>Хто ти такий, що тільки-но спустився&lt;br /&gt;</w:t>
        <w:br/>
        <w:t>У це провалля, у землі пащеку?&lt;br /&gt;</w:t>
        <w:br/>
        <w:t>Марцій Нещасний син Андроніка старого&lt;br /&gt;</w:t>
        <w:br/>
        <w:t>Сюди в лихий потрапив час — знайшов&lt;br /&gt;</w:t>
        <w:br/>
        <w:t>Твого тут брата, Бассіана, мертвим.&lt;br /&gt;</w:t>
        <w:br/>
        <w:t>Сатурнін Мій брат помер? О ні, це дивний жарт!&lt;br /&gt;</w:t>
        <w:br/>
        <w:t>Години не пройшло, як я лишив&lt;br /&gt;</w:t>
        <w:br/>
        <w:t>Його з дружиною в мисливській хатці&lt;br /&gt;</w:t>
        <w:br/>
        <w:t>На тім краю чудових гонів цих.&lt;br /&gt;</w:t>
        <w:br/>
        <w:t>Марцій Де брата ти живим лишив, не знаєм,&lt;br /&gt;</w:t>
        <w:br/>
        <w:t>Та тут, на жаль, знайшли ми вже мерця.&lt;br /&gt;</w:t>
        <w:br/>
        <w:t>^Входять Тамора з почтом, Тіт Андронік&lt;br /&gt;</w:t>
        <w:br/>
        <w:t>і Л у)ц і й.&lt;br /&gt;</w:t>
        <w:br/>
        <w:t>Тамора Де^яовелитель мій?&lt;br /&gt;</w:t>
        <w:br/>
        <w:t>Сатурнін/ Я тут. Печаль гризе мене нестерпна.&lt;br /&gt;</w:t>
        <w:br/>
        <w:t>Тамора Де Бассіан, твій брат?&lt;br /&gt;</w:t>
        <w:br/>
        <w:t>Сатурнін До дна моєї рани проникаєш:&lt;br /&gt;</w:t>
        <w:br/>
        <w:t>Лежить убитий бідний Бассіан.&lt;br /&gt;</w:t>
        <w:br/>
        <w:t>Тамора Фатальний лист я пізно принесла,&lt;br /&gt;</w:t>
        <w:br/>
        <w:t>Знак змови це, що лихо спричинила;&lt;br /&gt;</w:t>
        <w:br/>
        <w:t>Дивуюсь, як солодкий усміх може&lt;br /&gt;</w:t>
        <w:br/>
        <w:t>Людську жорстокість, хижість приховати.&lt;br /&gt;</w:t>
        <w:br/>
        <w:t>(Подає листа Сатурнінові)&lt;br /&gt;</w:t>
        <w:br/>
        <w:t>Сатурнін&lt;br /&gt;</w:t>
        <w:br/>
        <w:t>(читає)&lt;br /&gt;</w:t>
        <w:br/>
        <w:t>"Коли не стрінем Бассіана ми&lt;br /&gt;</w:t>
        <w:br/>
        <w:t>Так, як хотіли, ти, мисливцю любий,&lt;br /&gt;</w:t>
        <w:br/>
        <w:t>Для нього викопай могилу сам.&lt;br /&gt;</w:t>
        <w:br/>
        <w:t>Ти все збагнув: шукай винагороду&lt;br /&gt;</w:t>
        <w:br/>
        <w:t>У кропиві, де буйна бузина&lt;br /&gt;</w:t>
        <w:br/>
        <w:t>Над ямою тією розкошує,&lt;br /&gt;</w:t>
        <w:br/>
        <w:t>В якій сховати мусиш Бассіаиа.&lt;br /&gt;</w:t>
        <w:br/>
        <w:t>Здійсниш — придбаєш вічних друзів, нас".&lt;br /&gt;</w:t>
        <w:br/>
        <w:t>Таморо! Га? Чи чувано ж таке?&lt;br /&gt;</w:t>
        <w:br/>
        <w:t>Ось ця заглибина, ось бузина;&lt;br /&gt;</w:t>
        <w:br/>
        <w:t>Неважко, певне, віднайти мисливця,&lt;br /&gt;</w:t>
        <w:br/>
        <w:t>Що Бассіана тут убити мав.&lt;br /&gt;</w:t>
        <w:br/>
        <w:t>Арон Володарю, ось золота мішок!&lt;br /&gt;</w:t>
        <w:br/>
        <w:t>Сатурній&lt;br /&gt;</w:t>
        <w:br/>
        <w:t>(до Тіта)&lt;br /&gt;</w:t>
        <w:br/>
        <w:t>Твої щенята, ниці кровожерці,&lt;br /&gt;</w:t>
        <w:br/>
        <w:t>Убили брата рідного мого.&lt;br /&gt;</w:t>
        <w:br/>
        <w:t>Повитягайте їх — і до в'язниці,&lt;br /&gt;</w:t>
        <w:br/>
        <w:t>Нехай там нудяться, а ми тим часом&lt;br /&gt;</w:t>
        <w:br/>
        <w:t>Найгіршу кару вигадаєм їм.&lt;br /&gt;</w:t>
        <w:br/>
        <w:t>Тамора Вони у ямі цій? От дивина?&lt;br /&gt;</w:t>
        <w:br/>
        <w:t>Як легко й швидко знайдено убивць!&lt;br /&gt;</w:t>
        <w:br/>
        <w:t>Тіт Володарю, благаю на колінах&lt;br /&gt;</w:t>
        <w:br/>
        <w:t>І сльози ллю, які не завжди ллються!&lt;br /&gt;</w:t>
        <w:br/>
        <w:t>Жахливий злочин проклятих синів,&lt;br /&gt;</w:t>
        <w:br/>
        <w:t>їх проклену, якщо його вчинили...&lt;br /&gt;</w:t>
        <w:br/>
        <w:t>Сатурній Якщо вчинили? Докази які&lt;br /&gt;</w:t>
        <w:br/>
        <w:t>Потрібні ще? Хто це знайшов, Таморо?&lt;br /&gt;</w:t>
        <w:br/>
        <w:t>Тамора Андронік сам підняв листа з землі.&lt;br /&gt;</w:t>
        <w:br/>
        <w:t>Тіт Так, мій володарю. Дай, на поруки&lt;br /&gt;</w:t>
        <w:br/>
        <w:t>Візьму їх. Батька пам'яттю клянусь —&lt;br /&gt;</w:t>
        <w:br/>
        <w:t>Якщо підтвердиться страшна підозра,&lt;br /&gt;</w:t>
        <w:br/>
        <w:t>В ту ж мить ти зможеш покарати їх.&lt;br /&gt;</w:t>
        <w:br/>
        <w:t>Сатурнін Які там ще поруки? Слухай те,&lt;br /&gt;</w:t>
        <w:br/>
        <w:t>Що я кажу. Візьміть мерця і вбивць.&lt;br /&gt;</w:t>
        <w:br/>
        <w:t>Нехай мовчать. Провина очевидна.&lt;br /&gt;</w:t>
        <w:br/>
        <w:t>Клянусь душею, знайдеться кінець&lt;br /&gt;</w:t>
        <w:br/>
        <w:t>За смерть страшніший — буде він для них.&lt;br /&gt;</w:t>
        <w:br/>
        <w:t>Тамора Андроніку, володаря вблагаю,&lt;br /&gt;</w:t>
        <w:br/>
        <w:t>Все буде добре, за синів не бійся.&lt;br /&gt;</w:t>
        <w:br/>
        <w:t>Тіт Ходімо, Луцію. Що їм казати?&lt;br /&gt;</w:t>
        <w:br/>
        <w:t>Виходять.&lt;br /&gt;</w:t>
        <w:br/>
        <w:t>СЦЕНА 5&lt;br /&gt;</w:t>
        <w:br/>
        <w:t>Там же.&lt;br /&gt;</w:t>
        <w:br/>
        <w:t>Входять Деметрій і Хірон зі збезчещеною Л а в і н і є ю; їй відтято руки&lt;br /&gt;</w:t>
        <w:br/>
        <w:t>й відрізано язик.&lt;br /&gt;</w:t>
        <w:br/>
        <w:t>Деметрій Розказуй, без'язика, всім тепер,&lt;br /&gt;</w:t>
        <w:br/>
        <w:t>Хто зґвалтував тебе й позбавив мови.&lt;br /&gt;</w:t>
        <w:br/>
        <w:t>Хірон Свої думки й бажання напиши,&lt;br /&gt;</w:t>
        <w:br/>
        <w:t>Коли обрубки здатні це зробити.&lt;br /&gt;</w:t>
        <w:br/>
        <w:t>Деметрій Побачим, що нашкрябає вона.&lt;br /&gt;</w:t>
        <w:br/>
        <w:t>Хірон Йди, попроси води, щоб руки вмить.&lt;br /&gt;</w:t>
        <w:br/>
        <w:t>Деметрій Нема ні язика, щоб попросити,&lt;br /&gt;</w:t>
        <w:br/>
        <w:t>Ні рук, щоб мити. Хай гуляє мовчки.&lt;br /&gt;</w:t>
        <w:br/>
        <w:t>Хірон Повісився б, якби мені таке.&lt;br /&gt;</w:t>
        <w:br/>
        <w:t>Деметрій Коли б мав руки зав'язать мотузку.&lt;br /&gt;</w:t>
        <w:br/>
        <w:t>Деметрій і Хірон виходять.&lt;br /&gt;</w:t>
        <w:br/>
        <w:t>Входить М а р к.&lt;br /&gt;</w:t>
        <w:br/>
        <w:t>Марк Це хто? Племінниця? Куди летиш?&lt;br /&gt;</w:t>
        <w:br/>
        <w:t>Скажи хоч слово. Де твій чоловік?&lt;br /&gt;</w:t>
        <w:br/>
        <w:t>Коли я сплю, віддам усе, щоб тільки&lt;br /&gt;</w:t>
        <w:br/>
        <w:t>Прокинутись, коли ж не сплю, хай небо&lt;br /&gt;</w:t>
        <w:br/>
        <w:t>Вразить мене, щоб я заснув навік!&lt;br /&gt;</w:t>
        <w:br/>
        <w:t>Скажи, дитя, чия страшна рука&lt;br /&gt;</w:t>
        <w:br/>
        <w:t>^____Тобі від стану відрубать посміла&lt;br /&gt;</w:t>
        <w:br/>
        <w:t>ЛДві гілки ніжні, лагідну окрасу,-&lt;br /&gt;</w:t>
        <w:br/>
        <w:t>ІВладики прагнули в обіймах їхніх&lt;br /&gt;</w:t>
        <w:br/>
        <w:t>^---^Заснути солодко, та не зазнали.&lt;br /&gt;</w:t>
        <w:br/>
        <w:t>/ В любові щастя. Ти чого мовчиш?&lt;br /&gt;</w:t>
        <w:br/>
        <w:t>Ой лихо, струменить гаряча кров,&lt;br /&gt;</w:t>
        <w:br/>
        <w:t>Немов на вітрі жвавий водограй,&lt;br /&gt;</w:t>
        <w:br/>
        <w:t>Здіймається і падає між уст&lt;br /&gt;</w:t>
        <w:br/>
        <w:t>Від подиху солодкого твого:&lt;br /&gt;</w:t>
        <w:br/>
        <w:t>Якийсь Терей, мабуть, тебе збезчестив&lt;br /&gt;</w:t>
        <w:br/>
        <w:t>І, щоб мовчала ти, відтяв язик.&lt;br /&gt;</w:t>
        <w:br/>
        <w:t>У соромі обличчя відвертаєш.&lt;br /&gt;</w:t>
        <w:br/>
        <w:t>Хоч крові стільки втратила (адже,&lt;br /&gt;</w:t>
        <w:br/>
        <w:t>Неначе з ринв, з трьох отворів тече),&lt;br /&gt;</w:t>
        <w:br/>
        <w:t>Однак ти зашарілась, мов Титан,&lt;br /&gt;</w:t>
        <w:br/>
        <w:t>Який зустрівся з хмарами раптово.&lt;br /&gt;</w:t>
        <w:br/>
        <w:t>Скажу за тебе я? Це так було?&lt;br /&gt;</w:t>
        <w:br/>
        <w:t>Твоє збагнути б серце, знати б звіра,&lt;br /&gt;</w:t>
        <w:br/>
        <w:t>То, може, скинув би з душі тягар,&lt;br /&gt;</w:t>
        <w:br/>
        <w:t>Його облаявши. Німа скорбота,&lt;br /&gt;</w:t>
        <w:br/>
        <w:t>Мов піч закрита, серце спопеляє.&lt;br /&gt;</w:t>
        <w:br/>
        <w:t>Без язика лишилась Філомела&lt;br /&gt;</w:t>
        <w:br/>
        <w:t>Й на кроснах виткала свою печаль.&lt;br /&gt;</w:t>
        <w:br/>
        <w:t>У тебе й цю можливість хижо вкрали.&lt;br /&gt;</w:t>
        <w:br/>
        <w:t>Ти стріла ще хитрішого Терея,&lt;br /&gt;</w:t>
        <w:br/>
        <w:t>Й твої чарівні пальці він відтяв&lt;br /&gt;</w:t>
        <w:br/>
        <w:t>(Ти краще виткала б за Філомелу).&lt;br /&gt;</w:t>
        <w:br/>
        <w:t>Коли б катюга ці лілейні руки&lt;br /&gt;</w:t>
        <w:br/>
        <w:t>Побачив, як над лютнею вони,&lt;br /&gt;</w:t>
        <w:br/>
        <w:t>Немов осики листя, тріпотіли,&lt;br /&gt;</w:t>
        <w:br/>
        <w:t>Й солодкі струни цілували їх,&lt;br /&gt;</w:t>
        <w:br/>
        <w:t>Ніколи б їх торкнутись не посмів.&lt;br /&gt;</w:t>
        <w:br/>
        <w:t>Якби почув гармонію небесну,&lt;br /&gt;</w:t>
        <w:br/>
        <w:t>Яку язик солодкий твій творив,&lt;br /&gt;</w:t>
        <w:br/>
        <w:t>Ножа б він кинув і заснув, як Цербер,&lt;br /&gt;</w:t>
        <w:br/>
        <w:t>Що впав до ніг фракійського співця.&lt;br /&gt;</w:t>
        <w:br/>
        <w:t>Ходім... Ходім, твій батько втратить зір,&lt;br /&gt;</w:t>
        <w:br/>
        <w:t>Осліпне від видовища такого.&lt;br /&gt;</w:t>
        <w:br/>
        <w:t>В годині буря пишний луг заллє,&lt;br /&gt;</w:t>
        <w:br/>
        <w:t>За місяць сльози що з очима зроблять?&lt;br /&gt;</w:t>
        <w:br/>
        <w:t>Ні, не вертайсь. Удвох отут ридаймо.&lt;br /&gt;</w:t>
        <w:br/>
        <w:t>Якби ж могли ридання помогти!&lt;br /&gt;</w:t>
        <w:br/>
        <w:t>Виходять.</w:t>
      </w:r>
    </w:p>
    <w:p>
      <w:r>
        <w:br/>
        <w:t>ДІЯ ТРЕТЯ&lt;br /&gt;</w:t>
        <w:br/>
        <w:t>СЦЕНА 1&lt;br /&gt;</w:t>
        <w:br/>
        <w:t>Вулиця в Римі.&lt;br /&gt;</w:t>
        <w:br/>
        <w:t>Входять сенатори, трибуни, служителі правосуддя з Марці-&lt;br /&gt;</w:t>
        <w:br/>
        <w:t>е м та К в і н т о м; їх, зв'язаних, провадять до місця страти. Т і т іде попереду,&lt;br /&gt;</w:t>
        <w:br/>
        <w:t>благаючи.&lt;br /&gt;</w:t>
        <w:br/>
        <w:t>Тіт Послухайте, мужі поважні, станьте!&lt;br /&gt;</w:t>
        <w:br/>
        <w:t>Над віком зжальтеся, який прожив&lt;br /&gt;</w:t>
        <w:br/>
        <w:t>У війнах небезпечних я, ваш сон&lt;br /&gt;</w:t>
        <w:br/>
        <w:t>Оберігаючи. За кров пролиту,&lt;br /&gt;</w:t>
        <w:br/>
        <w:t>За всі недоспані морозні ночі&lt;br /&gt;</w:t>
        <w:br/>
        <w:t>На сльози згляньтеся, які так гірко&lt;br /&gt;</w:t>
        <w:br/>
        <w:t>Струмують по моїх старечих зморшках.&lt;br /&gt;</w:t>
        <w:br/>
        <w:t>Синів, що йдуть на страту, пожалійте,&lt;br /&gt;</w:t>
        <w:br/>
        <w:t>Нічим не заплямовані їх душі!&lt;br /&gt;</w:t>
        <w:br/>
        <w:t>За двадцятьма двома синами так&lt;br /&gt;</w:t>
        <w:br/>
        <w:t>Ні разу не ридав, бо вмерли в славі.&lt;br /&gt;</w:t>
        <w:br/>
        <w:t>За цих же — слізьми напишу скорботу&lt;br /&gt;</w:t>
        <w:br/>
        <w:t>Душі і серця — на курнім шляху.&lt;br /&gt;</w:t>
        <w:br/>
        <w:t>(Кидається на землю)&lt;br /&gt;</w:t>
        <w:br/>
        <w:t>Сенатори, трибуни, служителі правосуддя, минаючи його,&lt;br /&gt;</w:t>
        <w:br/>
        <w:t>виходять з ув'язненими.&lt;br /&gt;</w:t>
        <w:br/>
        <w:t>Сльозами спраглу землю напою,&lt;br /&gt;</w:t>
        <w:br/>
        <w:t>Щоб посоромилась кров їхню пити.&lt;br /&gt;</w:t>
        <w:br/>
        <w:t>О земле, зволожу тебе дощем:&lt;br /&gt;</w:t>
        <w:br/>
        <w:t>З цих древніх урн він литиме сильніше,&lt;br /&gt;</w:t>
        <w:br/>
        <w:t>Ніж буйні зливи квітня молодого.&lt;br /&gt;</w:t>
        <w:br/>
        <w:t>Зрошу тебе я навіть в літню спеку,&lt;br /&gt;</w:t>
        <w:br/>
        <w:t>Від сліз гарячих взимку сніг розтане,&lt;br /&gt;</w:t>
        <w:br/>
        <w:t>й ти заквітуєш вічною весною,-&lt;br /&gt;</w:t>
        <w:br/>
        <w:t>Відмовся пити кров моїх синів!&lt;br /&gt;</w:t>
        <w:br/>
        <w:t>Входить Луцій з оголеним мечем.&lt;br /&gt;</w:t>
        <w:br/>
        <w:t>Мужі поважні! Славнії трибуни!&lt;br /&gt;</w:t>
        <w:br/>
        <w:t>Звільніть синів, смерть відверніть страшну.&lt;br /&gt;</w:t>
        <w:br/>
        <w:t>Нехай скажу, хоч досі не ридав я,&lt;br /&gt;</w:t>
        <w:br/>
        <w:t>Що у сльозах більш сили, як в словах.&lt;br /&gt;</w:t>
        <w:br/>
        <w:t>Луцій О батьку, марно ти голосиш тут,&lt;br /&gt;</w:t>
        <w:br/>
        <w:t>Трибунів-бо немає, всі пішли,&lt;br /&gt;</w:t>
        <w:br/>
        <w:t>Каміння ж не збагне твоєї туги.&lt;br /&gt;</w:t>
        <w:br/>
        <w:t>Тіт Ох, Луцію, дай за братів твоїх&lt;br /&gt;</w:t>
        <w:br/>
        <w:t>Просити: знов благаю вас, трибуни!&lt;br /&gt;</w:t>
        <w:br/>
        <w:t>Луцій 3 них жоден тут не слухає тебе.&lt;br /&gt;</w:t>
        <w:br/>
        <w:t>Тіт Це байдуже. Адже вони ніде&lt;br /&gt;</w:t>
        <w:br/>
        <w:t>Не слухали б мене і не почули;&lt;br /&gt;</w:t>
        <w:br/>
        <w:t>Вони безжалісні. Та все одно&lt;br /&gt;</w:t>
        <w:br/>
        <w:t>Благати мушу я.&lt;br /&gt;</w:t>
        <w:br/>
        <w:t>Тож каменям печаль виповідаю,&lt;br /&gt;</w:t>
        <w:br/>
        <w:t>На їхню відповідь не сподіваюсь,&lt;br /&gt;</w:t>
        <w:br/>
        <w:t>Але вони перечити не будуть,&lt;br /&gt;</w:t>
        <w:br/>
        <w:t>Лежатимуть покірно біля ніг,&lt;br /&gt;</w:t>
        <w:br/>
        <w:t>Сльозами вмиті,— плакатимем разом.&lt;br /&gt;</w:t>
        <w:br/>
        <w:t>Якби поважний одяг їм знайти,&lt;br /&gt;</w:t>
        <w:br/>
        <w:t>У Римі не було б трибунів кращих.&lt;br /&gt;</w:t>
        <w:br/>
        <w:t>Каміння — віск, трибуни ж — гірш, ніж камінь.&lt;br /&gt;</w:t>
        <w:br/>
        <w:t>.Каміння мовчазне, нема в нім зла,&lt;br /&gt;</w:t>
        <w:br/>
        <w:t>Трибуни ж смерть словами спричиняють.&lt;br /&gt;</w:t>
        <w:br/>
        <w:t>(Устає)&lt;br /&gt;</w:t>
        <w:br/>
        <w:t>Але скажи, меч оголив навіщо?&lt;br /&gt;</w:t>
        <w:br/>
        <w:t>Луцій Щоб визволить з біди своїх братів.&lt;br /&gt;</w:t>
        <w:br/>
        <w:t>За спробу це зробить — призначив суд&lt;br /&gt;</w:t>
        <w:br/>
        <w:t>Мені довічного вигнанця долю.&lt;br /&gt;</w:t>
        <w:br/>
        <w:t>Тіт Щасливий ти! Тобі поталанило.&lt;br /&gt;</w:t>
        <w:br/>
        <w:t>Дурненький Луцію, хіба не бачиш:&lt;br /&gt;</w:t>
        <w:br/>
        <w:t>Рим — дика пуща, тигри тут живуть,&lt;br /&gt;</w:t>
        <w:br/>
        <w:t>Шукають здобич. Та немає в Римі&lt;br /&gt;</w:t>
        <w:br/>
        <w:t>Для них нікого — тільки ми. Це щастя —&lt;br /&gt;</w:t>
        <w:br/>
        <w:t>Буть вигнаним від хижаків страшних.&lt;br /&gt;</w:t>
        <w:br/>
        <w:t>Але кого сюди брат Марк веде?&lt;br /&gt;</w:t>
        <w:br/>
        <w:t>Входять Марк і Л а в і н і я.&lt;br /&gt;</w:t>
        <w:br/>
        <w:t>Марк Готуйся, Тіте, гірко сльози лить,&lt;br /&gt;</w:t>
        <w:br/>
        <w:t>Бо розірветься серце благородне.&lt;br /&gt;</w:t>
        <w:br/>
        <w:t>Скорботу згубну я привів тобі.&lt;br /&gt;</w:t>
        <w:br/>
        <w:t>Тіт Скорботу згубну? Що ж, нехай помру.&lt;br /&gt;</w:t>
        <w:br/>
        <w:t>Марк Оце дочка твоя була.&lt;br /&gt;</w:t>
        <w:br/>
        <w:t>Тіт 1 є.&lt;br /&gt;</w:t>
        <w:br/>
        <w:t>Луцій Я вражений смертельно!&lt;br /&gt;</w:t>
        <w:br/>
        <w:t>Тіт Встань, слабкодухий, і поглянь на неї.&lt;br /&gt;</w:t>
        <w:br/>
        <w:t>Лавініє, чия гидка рука&lt;br /&gt;</w:t>
        <w:br/>
        <w:t>Без рук тебе посміла залишити?&lt;br /&gt;</w:t>
        <w:br/>
        <w:t>Який безумець в море воду ллє&lt;br /&gt;</w:t>
        <w:br/>
        <w:t>А чи підпалює вогненну Трою?&lt;br /&gt;</w:t>
        <w:br/>
        <w:t>По вінця повен був скорботи я —&lt;br /&gt;</w:t>
        <w:br/>
        <w:t>Мов Ніл, вона виходить з берегів.&lt;br /&gt;</w:t>
        <w:br/>
        <w:t>Де меч? Собі повідтинаю руки —&lt;br /&gt;</w:t>
        <w:br/>
        <w:t>Даремно захищали Рим вони,&lt;br /&gt;</w:t>
        <w:br/>
        <w:t>Лише сприяючи зростанню лиха,&lt;br /&gt;</w:t>
        <w:br/>
        <w:t>У марному здіймалися молінні&lt;br /&gt;</w:t>
        <w:br/>
        <w:t>І не змогли з-арадити мені.&lt;br /&gt;</w:t>
        <w:br/>
        <w:t>Єдиного тепер від них бажаю —&lt;br /&gt;</w:t>
        <w:br/>
        <w:t>Одна поможе другу відрубать.&lt;br /&gt;</w:t>
        <w:br/>
        <w:t>Це добре, доню, що не маєш рук,&lt;br /&gt;</w:t>
        <w:br/>
        <w:t>Адже руками люди служать Риму.&lt;br /&gt;</w:t>
        <w:br/>
        <w:t>Луцій Скажи, хто так понівечив тебе?&lt;br /&gt;</w:t>
        <w:br/>
        <w:t>Марк На жаль, виразника її думок,&lt;br /&gt;</w:t>
        <w:br/>
        <w:t>Що говорив так мило й красномовно,&lt;br /&gt;</w:t>
        <w:br/>
        <w:t>Геть вирвано з гарнесенької клітки,&lt;br /&gt;</w:t>
        <w:br/>
        <w:t>В якій він, мов солодкозвучна пташка,&lt;br /&gt;</w:t>
        <w:br/>
        <w:t>Слух світлим, ніжним співом чарував.&lt;br /&gt;</w:t>
        <w:br/>
        <w:t>Луцій Скажи за неї сам: хто це зробив?&lt;br /&gt;</w:t>
        <w:br/>
        <w:t>Марк Я на узліссі стрів її, вона&lt;br /&gt;</w:t>
        <w:br/>
        <w:t>Блукала і не знала, де сховатись,&lt;br /&gt;</w:t>
        <w:br/>
        <w:t>Немов поранена смертельно лань.&lt;br /&gt;</w:t>
        <w:br/>
        <w:t>Тіт Моя це лань. Той, хто її поранив,&lt;br /&gt;</w:t>
        <w:br/>
        <w:t>Нехай би краще вбив мене. Тепер&lt;br /&gt;</w:t>
        <w:br/>
        <w:t>На того схожий я, хто серед моря&lt;br /&gt;</w:t>
        <w:br/>
        <w:t>Стоїть на скелі, споглядає мовчки,&lt;br /&gt;</w:t>
        <w:br/>
        <w:t>Як хвиль бурхлива лютість наростає,&lt;br /&gt;</w:t>
        <w:br/>
        <w:t>І жде, коли його підступний вал&lt;br /&gt;</w:t>
        <w:br/>
        <w:t>Ковтне й поглине у солоні надра.&lt;br /&gt;</w:t>
        <w:br/>
        <w:t>Мої сини ішли на смерть цим шляхом,&lt;br /&gt;</w:t>
        <w:br/>
        <w:t>Тут біля мене інший син — вигнанець,&lt;br /&gt;</w:t>
        <w:br/>
        <w:t>Тут брат над горем нашим сльози ллє,&lt;br /&gt;</w:t>
        <w:br/>
        <w:t>Та найнестерпніше вражає душу&lt;br /&gt;</w:t>
        <w:br/>
        <w:t>Лавінія, душі моєї скарб.&lt;br /&gt;</w:t>
        <w:br/>
        <w:t>Якби таке привиділось мені,&lt;br /&gt;</w:t>
        <w:br/>
        <w:t>Я збожеволів би. То що ж робити,&lt;br /&gt;</w:t>
        <w:br/>
        <w:t>1&lt;br /&gt;</w:t>
        <w:br/>
        <w:t>Коли це все не сон і не мара?&lt;br /&gt;</w:t>
        <w:br/>
        <w:t>Не маєш рук, щоб сльози утирать.&lt;br /&gt;</w:t>
        <w:br/>
        <w:t>Ні язика, щоб розказати нам,&lt;br /&gt;</w:t>
        <w:br/>
        <w:t>Хто знівечив тебе. Загинув муж,&lt;br /&gt;</w:t>
        <w:br/>
        <w:t>В цій смерті звинувачено братів&lt;br /&gt;</w:t>
        <w:br/>
        <w:t>І вбито. Марку, Луцію, погляньте!&lt;br /&gt;</w:t>
        <w:br/>
        <w:t>Згадав братів — і сльози вмить з'явились&lt;br /&gt;</w:t>
        <w:br/>
        <w:t>У неї на щоках, немов роса&lt;br /&gt;</w:t>
        <w:br/>
        <w:t>На лілії пониклій і зів'ялій.&lt;br /&gt;</w:t>
        <w:br/>
        <w:t>Марк Це плач за вбитим ними чоловіком&lt;br /&gt;</w:t>
        <w:br/>
        <w:t>А чи за ними, вбитими безвинно?&lt;br /&gt;</w:t>
        <w:br/>
        <w:t>Тіт Якщо вони убивці, то радій —&lt;br /&gt;</w:t>
        <w:br/>
        <w:t>Закон як слід злочинців покарав.&lt;br /&gt;</w:t>
        <w:br/>
        <w:t>Ні, ні, вони нездатні на таке,&lt;br /&gt;</w:t>
        <w:br/>
        <w:t>Про це сестри скорбота свідчить нам.&lt;br /&gt;</w:t>
        <w:br/>
        <w:t>Дай я тебе, сердешна, поцілую,&lt;br /&gt;</w:t>
        <w:br/>
        <w:t>Чи знак зроби, як втішити тебе.&lt;br /&gt;</w:t>
        <w:br/>
        <w:t>Можливо, краще біля водограю&lt;br /&gt;</w:t>
        <w:br/>
        <w:t>Нам сісти разом і дивитись вниз&lt;br /&gt;</w:t>
        <w:br/>
        <w:t>На відображення пополотнілі,&lt;br /&gt;</w:t>
        <w:br/>
        <w:t>Забруднені, немов луги, ще вогкі&lt;br /&gt;</w:t>
        <w:br/>
        <w:t>м^Від мулу, що його лишила повінь?&lt;br /&gt;</w:t>
        <w:br/>
        <w:t>Та й будемо дивитися на воду,&lt;br /&gt;</w:t>
        <w:br/>
        <w:t>Аж поки чиста свіжий смак утратить&lt;br /&gt;</w:t>
        <w:br/>
        <w:t>І зробиться солоною від сліз?&lt;br /&gt;</w:t>
        <w:br/>
        <w:t>Чи й нам собі повідтинати руки?&lt;br /&gt;</w:t>
        <w:br/>
        <w:t>Чи вирвать язики і в німоті&lt;br /&gt;</w:t>
        <w:br/>
        <w:t>Дожити решту днів своїх нестерпних?&lt;br /&gt;</w:t>
        <w:br/>
        <w:t>Що вдіяти? Спроможні говорити,&lt;br /&gt;</w:t>
        <w:br/>
        <w:t>Таке давайте вигадаєм горе,&lt;br /&gt;</w:t>
        <w:br/>
        <w:t>Щоб нам усі надалі дивувались.&lt;br /&gt;</w:t>
        <w:br/>
        <w:t>Луцій Мій батьку, сльози стримай, бо сестра,&lt;br /&gt;</w:t>
        <w:br/>
        <w:t>На тебе дивлячись, ридає гірко.&lt;br /&gt;</w:t>
        <w:br/>
        <w:t>Марк Моя небого, брате, заспокойтесь.&lt;br /&gt;</w:t>
        <w:br/>
        <w:t>Тіт Глянь, Марку, глянь, я знак її збагнув!&lt;br /&gt;</w:t>
        <w:br/>
        <w:t>Коли б і мала язика, сказала б&lt;br /&gt;</w:t>
        <w:br/>
        <w:t>Те саме братові, що я тобі:&lt;br /&gt;</w:t>
        <w:br/>
        <w:t>Його хустина, мокра вся від сліз,&lt;br /&gt;</w:t>
        <w:br/>
        <w:t>Не втре її заплаканих очей.&lt;br /&gt;</w:t>
        <w:br/>
        <w:t>О ні, не потребує горе втіх!&lt;br /&gt;</w:t>
        <w:br/>
        <w:t>Блаженство й пекло — як єднати їх?&lt;br /&gt;</w:t>
        <w:br/>
        <w:t>Входить А р о н.&lt;br /&gt;</w:t>
        <w:br/>
        <w:t>Арон Тіте Андроніку, наш імператор&lt;br /&gt;</w:t>
        <w:br/>
        <w:t>Велів сказать тобі: якщо ти любиш&lt;br /&gt;</w:t>
        <w:br/>
        <w:t>Своїх дітей, хай Луцій, Марк чи ти,&lt;br /&gt;</w:t>
        <w:br/>
        <w:t>Будь-хто з вас хай собі відріже руку,-&lt;br /&gt;</w:t>
        <w:br/>
        <w:t>Й сини обидва вернуться живими,&lt;br /&gt;</w:t>
        <w:br/>
        <w:t>Це буде платою за їхній злочин.&lt;br /&gt;</w:t>
        <w:br/>
        <w:t>Тіт Ласкавий цезарю! Ароне славний!&lt;br /&gt;</w:t>
        <w:br/>
        <w:t>Чи ворон так співав коли, як жайвір,&lt;br /&gt;</w:t>
        <w:br/>
        <w:t>Що вість несе про вранішню зорю?&lt;br /&gt;</w:t>
        <w:br/>
        <w:t>Від серця щирого державцю руку&lt;br /&gt;</w:t>
        <w:br/>
        <w:t>Я шлю. Ароне, поможи відтяти.&lt;br /&gt;</w:t>
        <w:br/>
        <w:t>Луцій Ні, батьку мій, твою звитяжну руку,&lt;br /&gt;</w:t>
        <w:br/>
        <w:t>Що подолала безліч ворогів,&lt;br /&gt;</w:t>
        <w:br/>
        <w:t>Не віддамо — нехай моя послужить.&lt;br /&gt;</w:t>
        <w:br/>
        <w:t>Кров молода вгамується хутчіш.&lt;br /&gt;</w:t>
        <w:br/>
        <w:t>Тож хай братів моя рука врятує.&lt;br /&gt;</w:t>
        <w:br/>
        <w:t>Марк Не захищали руки ваші Рим?&lt;br /&gt;</w:t>
        <w:br/>
        <w:t>Кривавої чи не здіймали зброї&lt;br /&gt;</w:t>
        <w:br/>
        <w:t>І вщент не руйнували вражих мурів?&lt;br /&gt;</w:t>
        <w:br/>
        <w:t>Пошани заслужила кожна з них,&lt;br /&gt;</w:t>
        <w:br/>
        <w:t>З моїх же мало користі. Тепер&lt;br /&gt;</w:t>
        <w:br/>
        <w:t>Нехай моя рука в пригоді стане.&lt;br /&gt;</w:t>
        <w:br/>
        <w:t>Для гідного кінця її зберіг.&lt;br /&gt;</w:t>
        <w:br/>
        <w:t>Арон З'ясовуйте, чию відтяти руку,&lt;br /&gt;</w:t>
        <w:br/>
        <w:t>А то помруть, прощення не діждавшись.&lt;br /&gt;</w:t>
        <w:br/>
        <w:t>Марк Моя рука згодиться.&lt;br /&gt;</w:t>
        <w:br/>
        <w:t>Луцій Ні, моя!&lt;br /&gt;</w:t>
        <w:br/>
        <w:t>Тіт Не сперечайтесь. Виривать потрібно&lt;br /&gt;</w:t>
        <w:br/>
        <w:t>Рослини всохлі. Відітнемо цю.&lt;br /&gt;</w:t>
        <w:br/>
        <w:t>Луцій Якщо я, батьку любий, син тобі,&lt;br /&gt;</w:t>
        <w:br/>
        <w:t>Дозволь мені братів порятувати.&lt;br /&gt;</w:t>
        <w:br/>
        <w:t>Марк Заради батька й матері, благаю,&lt;br /&gt;</w:t>
        <w:br/>
        <w:t>Дай братню доведу тобі любов.&lt;br /&gt;</w:t>
        <w:br/>
        <w:t>Тіт Що ж, домовляйтесь. Руку збережу.&lt;br /&gt;</w:t>
        <w:br/>
        <w:t>Луцій Знайду сокиру.&lt;br /&gt;</w:t>
        <w:br/>
        <w:t>Марк Так, для мене знайдеш.&lt;br /&gt;</w:t>
        <w:br/>
        <w:t>Луцій і Марк виходять.&lt;br /&gt;</w:t>
        <w:br/>
        <w:t>Тіт Обох в оману ввів. Тепер, Ароне,&lt;br /&gt;</w:t>
        <w:br/>
        <w:t>Допоможи мені відтяти руку.&lt;br /&gt;</w:t>
        <w:br/>
        <w:t>Арон&lt;br /&gt;</w:t>
        <w:br/>
        <w:t>(убік)&lt;br /&gt;</w:t>
        <w:br/>
        <w:t>Якщо омана це, я чесним буду&lt;br /&gt;</w:t>
        <w:br/>
        <w:t>Й до смерті так не обдурю нікого.&lt;br /&gt;</w:t>
        <w:br/>
        <w:t>Але я вас інакше обведу —&lt;br /&gt;</w:t>
        <w:br/>
        <w:t>Побачимо, що скажете ви згодом.&lt;br /&gt;</w:t>
        <w:br/>
        <w:t>(Відтинає Тітові руку)&lt;br /&gt;</w:t>
        <w:br/>
        <w:t>Входять Луцій та Марк.&lt;br /&gt;</w:t>
        <w:br/>
        <w:t>Тіт Вгамуйтеся — збулось, що мало збутись.&lt;br /&gt;</w:t>
        <w:br/>
        <w:t>Ароне, руку цезарю віддай,&lt;br /&gt;</w:t>
        <w:br/>
        <w:t>Скажи: вона його обороняла&lt;br /&gt;</w:t>
        <w:br/>
        <w:t>Від тисяч небезпек; проси його,&lt;br /&gt;</w:t>
        <w:br/>
        <w:t>Щоб поховав, хоч більше заслужила.&lt;br /&gt;</w:t>
        <w:br/>
        <w:t>Що ж до синів, скажи, що їх ціную,-&lt;br /&gt;</w:t>
        <w:br/>
        <w:t>Мов скарб, який мені дістався легко,&lt;br /&gt;</w:t>
        <w:br/>
        <w:t>Все ж дорогий,— я викупив своє.&lt;br /&gt;</w:t>
        <w:br/>
        <w:t>Арон Іду, Андроніку. Чекай синів,&lt;br /&gt;</w:t>
        <w:br/>
        <w:t>Тепер вони повернуться до тебе.&lt;br /&gt;</w:t>
        <w:br/>
        <w:t>(Убік)&lt;br /&gt;</w:t>
        <w:br/>
        <w:t>Чи їхні голови. Сама лиш думка&lt;br /&gt;</w:t>
        <w:br/>
        <w:t>Про це злочинство — радує мене!&lt;br /&gt;</w:t>
        <w:br/>
        <w:t>Хай дурнів добре діло утіша,&lt;br /&gt;</w:t>
        <w:br/>
        <w:t>У мене ж чорні й тіло, і душа.&lt;br /&gt;</w:t>
        <w:br/>
        <w:t>(Виходить)&lt;br /&gt;</w:t>
        <w:br/>
        <w:t>Тіт Здіймаю руку до небес, а цей&lt;br /&gt;</w:t>
        <w:br/>
        <w:t>Обрубок немічний схиляю долі:&lt;br /&gt;</w:t>
        <w:br/>
        <w:t>Як сила є, яку зворушать сльози,&lt;br /&gt;</w:t>
        <w:br/>
        <w:t>її молю.&lt;br /&gt;</w:t>
        <w:br/>
        <w:t>(До Лавініі)&lt;br /&gt;</w:t>
        <w:br/>
        <w:t>Ти хочеш на коліна&lt;br /&gt;</w:t>
        <w:br/>
        <w:t>Зі мною стати? Що ж, молімось разом.&lt;br /&gt;</w:t>
        <w:br/>
        <w:t>Хай чують небеса, бо їх затьмарять&lt;br /&gt;</w:t>
        <w:br/>
        <w:t>Зітхання наші, затуманять сонце,&lt;br /&gt;</w:t>
        <w:br/>
        <w:t>Мов хмар обійми загребущі.&lt;br /&gt;</w:t>
        <w:br/>
        <w:t>Марк Брате!&lt;br /&gt;</w:t>
        <w:br/>
        <w:t>Навіщо крайнощі такі глибокі?&lt;br /&gt;</w:t>
        <w:br/>
        <w:t>Тіт Ні, не глибокі, бо моя печаль&lt;br /&gt;</w:t>
        <w:br/>
        <w:t>Не має дна, і розпач мій бездонний.&lt;br /&gt;</w:t>
        <w:br/>
        <w:t>Марк І все ж хай тугою керує глузд.&lt;br /&gt;</w:t>
        <w:br/>
        <w:t>Тіт Якби був глузд властивий цьому лиху,&lt;br /&gt;</w:t>
        <w:br/>
        <w:t>То, може, стримав би скорботу я.&lt;br /&gt;</w:t>
        <w:br/>
        <w:t>Землі чи не затопить неба плач?&lt;br /&gt;</w:t>
        <w:br/>
        <w:t>Чи не розлютить буйний вихор моря,&lt;br /&gt;</w:t>
        <w:br/>
        <w:t>Що й небесам загрожувати стане?&lt;br /&gt;</w:t>
        <w:br/>
        <w:t>Шукаєш глузду в сум'ятті оцім?&lt;br /&gt;</w:t>
        <w:br/>
        <w:t>Я — море! Глянь, як збурилось воно,&lt;br /&gt;</w:t>
        <w:br/>
        <w:t>Злилося з небом! Я — земля, і мусить&lt;br /&gt;</w:t>
        <w:br/>
        <w:t>Здригатись море від моїх зітхань.&lt;br /&gt;</w:t>
        <w:br/>
        <w:t>В сліз невгамовності, в страшнім потопі&lt;br /&gt;</w:t>
        <w:br/>
        <w:t>Виходить море з берегів на землю.&lt;br /&gt;</w:t>
        <w:br/>
        <w:t>Чому? Не можу стерпіти страждань,&lt;br /&gt;</w:t>
        <w:br/>
        <w:t>Мов п'яний, мушу виблювати їх.&lt;br /&gt;</w:t>
        <w:br/>
        <w:t>Облиш мене. Від сліз гірких, можливо,&lt;br /&gt;</w:t>
        <w:br/>
        <w:t>На самоті полегшає мені.&lt;br /&gt;</w:t>
        <w:br/>
        <w:t>Входить гонець із двома головами і рукою.&lt;br /&gt;</w:t>
        <w:br/>
        <w:t>Гонець Зле, Тіте, імператор заплатив&lt;br /&gt;</w:t>
        <w:br/>
        <w:t>То&amp;і за руку, послану йому.&lt;br /&gt;</w:t>
        <w:br/>
        <w:t>Ось голови обох твоїх синів,&lt;br /&gt;</w:t>
        <w:br/>
        <w:t>А ось рука, повернена для глуму.&lt;br /&gt;</w:t>
        <w:br/>
        <w:t>їх горе розважає, їх смішить&lt;br /&gt;</w:t>
        <w:br/>
        <w:t>Твоя рішучість, а мене твій сум&lt;br /&gt;</w:t>
        <w:br/>
        <w:t>Гнітить сильніш від батькової смерті.&lt;br /&gt;</w:t>
        <w:br/>
        <w:t>(Виходить)&lt;br /&gt;</w:t>
        <w:br/>
        <w:t>Марк Хай Етни пал в Сіцілії схолоне,&lt;br /&gt;</w:t>
        <w:br/>
        <w:t>А в серці вічне пекло запалає!&lt;br /&gt;</w:t>
        <w:br/>
        <w:t>Як стерпіти нещастя ці страшні?!&lt;br /&gt;</w:t>
        <w:br/>
        <w:t>Маленьке співчуття тамує біль,&lt;br /&gt;</w:t>
        <w:br/>
        <w:t>А глузування з горя — смерть подвійна.&lt;br /&gt;</w:t>
        <w:br/>
        <w:t>Луцій Як це видовище мене вражає —&lt;br /&gt;</w:t>
        <w:br/>
        <w:t>І не припинить клятого життя!&lt;br /&gt;</w:t>
        <w:br/>
        <w:t>Нехай життя почує смерті голос,&lt;br /&gt;</w:t>
        <w:br/>
        <w:t>Бо глузду в нім, крім дихання, нема!&lt;br /&gt;</w:t>
        <w:br/>
        <w:t>Лавінія цілує його.&lt;br /&gt;</w:t>
        <w:br/>
        <w:t>Марк Немає втіхи в поцілунку цім,&lt;br /&gt;</w:t>
        <w:br/>
        <w:t>Це так, немов на лід вода студена.&lt;br /&gt;</w:t>
        <w:br/>
        <w:t>Тіт Коли скінчиться цей жахливий сон?&lt;br /&gt;</w:t>
        <w:br/>
        <w:t>Марк Не тіш себе даремно, краще вмри,&lt;br /&gt;</w:t>
        <w:br/>
        <w:t>Бо це не сон: ось голови синів,&lt;br /&gt;</w:t>
        <w:br/>
        <w:t>Рука звитяжця, ось дочка-каліка,&lt;br /&gt;</w:t>
        <w:br/>
        <w:t>А онде син-вигнанець; він зомлів,&lt;br /&gt;</w:t>
        <w:br/>
        <w:t>Побачивши таке. Ось я, твій брат,&lt;br /&gt;</w:t>
        <w:br/>
        <w:t>Стою заціпенілий і холодний,&lt;br /&gt;</w:t>
        <w:br/>
        <w:t>Мов кам'яний. Вмовляти вже не буду —&lt;br /&gt;</w:t>
        <w:br/>
        <w:t>Рви на собі волосся срібне, руку&lt;br /&gt;</w:t>
        <w:br/>
        <w:t>Гризи єдину. Дивлячись на це,&lt;br /&gt;</w:t>
        <w:br/>
        <w:t>Нехай заплющаться стражденні очі!&lt;br /&gt;</w:t>
        <w:br/>
        <w:t>Так, шаленіти час. Чого ж мовчиш?&lt;br /&gt;</w:t>
        <w:br/>
        <w:t>Тіт Ха-ха-ха!&lt;br /&gt;</w:t>
        <w:br/>
        <w:t>Марк Пощо цей сміх? Не личить він тепер.&lt;br /&gt;</w:t>
        <w:br/>
        <w:t>Тіт У мене для плачу вже сліз нема,&lt;br /&gt;</w:t>
        <w:br/>
        <w:t>До того ж туга — ворог, і воліла б&lt;br /&gt;</w:t>
        <w:br/>
        <w:t>Мої вологі очі підкорити&lt;br /&gt;</w:t>
        <w:br/>
        <w:t>І осліпити їх потоком сліз.&lt;br /&gt;</w:t>
        <w:br/>
        <w:t>А як тоді знайду печеру помсти?&lt;br /&gt;</w:t>
        <w:br/>
        <w:t>Здається, голови мені щось кажуть,&lt;br /&gt;</w:t>
        <w:br/>
        <w:t>Погрожують — не знатиму спокою,&lt;br /&gt;</w:t>
        <w:br/>
        <w:t>Докіль не вернуться усі злочинства&lt;br /&gt;</w:t>
        <w:br/>
        <w:t>Назад в горлянки тим, хто їх вчинив.&lt;br /&gt;</w:t>
        <w:br/>
        <w:t>Анумо, обміркуймо, що робити!&lt;br /&gt;</w:t>
        <w:br/>
        <w:t>Нещасні, обступіть мене, щоб міг&lt;br /&gt;</w:t>
        <w:br/>
        <w:t>До кожного звернутись і душею&lt;br /&gt;</w:t>
        <w:br/>
        <w:t>Заприсягтися: відплачу за все!&lt;br /&gt;</w:t>
        <w:br/>
        <w:t>Поклявся я. Візьми одну з голів,&lt;br /&gt;</w:t>
        <w:br/>
        <w:t>Мій брате, другу буду я нести.&lt;br /&gt;</w:t>
        <w:br/>
        <w:t>Лавініє, і ти нам допоможеш,&lt;br /&gt;</w:t>
        <w:br/>
        <w:t>В зубах відтяту руку понесеш.&lt;br /&gt;</w:t>
        <w:br/>
        <w:t>А ти залиш нас, Луцію. Іди!&lt;br /&gt;</w:t>
        <w:br/>
        <w:t>Вигнанець ти, і тут тобі не місце,-&lt;br /&gt;</w:t>
        <w:br/>
        <w:t>Прямуй до готів, піднімай полки.&lt;br /&gt;</w:t>
        <w:br/>
        <w:t>Як любите мене, то поцілуймось.&lt;br /&gt;</w:t>
        <w:br/>
        <w:t>Прощаймося, у нас багато справ.&lt;br /&gt;</w:t>
        <w:br/>
        <w:t>Тіт, Марк і Лавінія виходять.&lt;br /&gt;</w:t>
        <w:br/>
        <w:t>Луцій Прощай, Андроніку, мій батьку любий,&lt;br /&gt;</w:t>
        <w:br/>
        <w:t>Нещасніший за римлян всіх. Прощай,&lt;br /&gt;</w:t>
        <w:br/>
        <w:t>Величний Риме! Я ще повернусь,&lt;br /&gt;</w:t>
        <w:br/>
        <w:t>Бо надто дорогі лишив застави.&lt;br /&gt;</w:t>
        <w:br/>
        <w:t>Прощай, Лавініє, кохана сестро!&lt;br /&gt;</w:t>
        <w:br/>
        <w:t>Чом не така ти, як була колись?&lt;br /&gt;</w:t>
        <w:br/>
        <w:t>Тепер для нас обох нема життя —&lt;br /&gt;</w:t>
        <w:br/>
        <w:t>Є лиш гіркі страждання й забуття.&lt;br /&gt;</w:t>
        <w:br/>
        <w:t>Та я помщусь за тебе. Сатурній&lt;br /&gt;</w:t>
        <w:br/>
        <w:t>З Таморою ще піде попідтинню,&lt;br /&gt;</w:t>
        <w:br/>
        <w:t>Так, як Тарквіній і його цариця.&lt;br /&gt;</w:t>
        <w:br/>
        <w:t>Мерщій до готів. Сили я зберу&lt;br /&gt;</w:t>
        <w:br/>
        <w:t>Та Риму й Сатурніну відплачу.&lt;br /&gt;</w:t>
        <w:br/>
        <w:t>(Виходить)&lt;br /&gt;</w:t>
        <w:br/>
        <w:t>СЦЕНА 2 ,&lt;br /&gt;</w:t>
        <w:br/>
        <w:t>Кімната в домі Тіта. Накритий стЦ,&lt;br /&gt;</w:t>
        <w:br/>
        <w:t>.Входять Тіт, Марк, Лавінія і малий Луцій.&lt;br /&gt;</w:t>
        <w:br/>
        <w:t>Тіт Сідайте всі, та їжте небагато —&lt;br /&gt;</w:t>
        <w:br/>
        <w:t>Лиш так, щоб сили зберегти свої,&lt;br /&gt;</w:t>
        <w:br/>
        <w:t>Аби помститись за лихі образи.&lt;br /&gt;</w:t>
        <w:br/>
        <w:t>Рук розімкни сумне склепіння, Марку,-&lt;br /&gt;</w:t>
        <w:br/>
        <w:t>Дочка і я, безрукі бідолахи,&lt;br /&gt;</w:t>
        <w:br/>
        <w:t>Не можем вилити нестерпний біль,&lt;br /&gt;</w:t>
        <w:br/>
        <w:t>Заламуючи руки. Залишилась '&lt;br /&gt;</w:t>
        <w:br/>
        <w:t>Мені правиця, щоб терзати груди.&lt;br /&gt;</w:t>
        <w:br/>
        <w:t>Коли від горя серце шаленіє&lt;br /&gt;</w:t>
        <w:br/>
        <w:t>Й тріпоче у німій темниці плот",&lt;br /&gt;</w:t>
        <w:br/>
        <w:t>Ось так по ньому б'ю.&lt;br /&gt;</w:t>
        <w:br/>
        <w:t>(До Лавшії) .&lt;br /&gt;</w:t>
        <w:br/>
        <w:t>Ти — образ туги, знаками говрриш!&lt;br /&gt;</w:t>
        <w:br/>
        <w:t>Коли ж заб'ється серце невблаганно,&lt;br /&gt;</w:t>
        <w:br/>
        <w:t>Не погамуєш ти його нічим.&lt;br /&gt;</w:t>
        <w:br/>
        <w:t>Рань зойком серце, стогоном мордуй&lt;br /&gt;</w:t>
        <w:br/>
        <w:t>Чи, взявши в зуби невеликий ножик,&lt;br /&gt;</w:t>
        <w:br/>
        <w:t>Зроби якраз навпроти серця отвір,-&lt;br /&gt;</w:t>
        <w:br/>
        <w:t>Хай сльози, що течуть з очей твоїх,&lt;br /&gt;</w:t>
        <w:br/>
        <w:t>Туди струмують: їх потік гіркий&lt;br /&gt;</w:t>
        <w:br/>
        <w:t>Нехай заллє стражденного безумця.&lt;br /&gt;</w:t>
        <w:br/>
        <w:t>Марк Соромся, брате! Нащо вчиш дочку,&lt;br /&gt;</w:t>
        <w:br/>
        <w:t>Як на життя своє накласти руки?&lt;br /&gt;</w:t>
        <w:br/>
        <w:t>Здитинів, Певно, ти вщ'горй, брате.&lt;br /&gt;</w:t>
        <w:br/>
        <w:t>Тіт Ні, Марку, лиш мені буть божевільним, '&lt;br /&gt;</w:t>
        <w:br/>
        <w:t>Як на життя накласти руки їй?&lt;br /&gt;</w:t>
        <w:br/>
        <w:t>Навіщо руки ти згадав? Енея&lt;br /&gt;</w:t>
        <w:br/>
        <w:t>Не випадає змушувати Двічі /&lt;br /&gt;</w:t>
        <w:br/>
        <w:t>Розповідати про вогненну Трою,&lt;br /&gt;</w:t>
        <w:br/>
        <w:t>Про злигодні свої. Не згадуй рук!&lt;br /&gt;</w:t>
        <w:br/>
        <w:t>Про те нагадуєш, чого не маєм.&lt;br /&gt;</w:t>
        <w:br/>
        <w:t>Ганьба! Кажу мов у нестямі я!&lt;br /&gt;</w:t>
        <w:br/>
        <w:t>Хіба не знали б, що не маєм рук,&lt;br /&gt;</w:t>
        <w:br/>
        <w:t>Якби про руки не згадав тут Марк?&lt;br /&gt;</w:t>
        <w:br/>
        <w:t>Вже їсти час. Ось, доню, з'їж оце.&lt;br /&gt;</w:t>
        <w:br/>
        <w:t>А де питво? Глянь, Марку, що сказала,-&lt;br /&gt;</w:t>
        <w:br/>
        <w:t>Я зрозумів її стражденні знаки,-&lt;br /&gt;</w:t>
        <w:br/>
        <w:t>Немає, каже, їй пиття, крім сліз,&lt;br /&gt;</w:t>
        <w:br/>
        <w:t>Що на виду від горя запеклись.&lt;br /&gt;</w:t>
        <w:br/>
        <w:t>Безмовна страднице, твої думки&lt;br /&gt;</w:t>
        <w:br/>
        <w:t>Збагну. Я вивчу кожен порух твій,&lt;br /&gt;</w:t>
        <w:br/>
        <w:t>Як жебраки-відлюдники молитву:&lt;br /&gt;</w:t>
        <w:br/>
        <w:t>Зітхнеш, обрубки піднесеш до неба,&lt;br /&gt;</w:t>
        <w:br/>
        <w:t>Моргнеш, кивнеш чи станеш на коліна —&lt;br /&gt;</w:t>
        <w:br/>
        <w:t>Складу абетку я з усього цього,&lt;br /&gt;</w:t>
        <w:br/>
        <w:t>Усі думки твої навчусь читати.&lt;br /&gt;</w:t>
        <w:br/>
        <w:t>Малий Луцій Не нарікай, дідуню, втіш тітусю:&lt;br /&gt;</w:t>
        <w:br/>
        <w:t>Ти їй веселу казку розкажи.&lt;br /&gt;</w:t>
        <w:br/>
        <w:t>Марк Еге, розчулився хлопчак вразливий,&lt;br /&gt;</w:t>
        <w:br/>
        <w:t>— Заплакав, дивлячись на горе діда.&lt;br /&gt;</w:t>
        <w:br/>
        <w:t>Тіт Вгамуйсь, маленький,— ти увесь із сліз,&lt;br /&gt;</w:t>
        <w:br/>
        <w:t>Розтане швидко в них життя твоє.&lt;br /&gt;</w:t>
        <w:br/>
        <w:t>Марк ударяє об таріль ножем.&lt;br /&gt;</w:t>
        <w:br/>
        <w:t>По чому, Марку, вдарив ти ножем?&lt;br /&gt;</w:t>
        <w:br/>
        <w:t>Марк По тому, що я вбив, а вбив я муху.&lt;br /&gt;</w:t>
        <w:br/>
        <w:t>Тіт Убивце! Серце ти моє вбиваєш —&lt;br /&gt;</w:t>
        <w:br/>
        <w:t>Вже бачив я жорстокостей доволі.&lt;br /&gt;</w:t>
        <w:br/>
        <w:t>Не випадає Марку, брату Тіта,&lt;br /&gt;</w:t>
        <w:br/>
        <w:t>Безвинного вбивати. Геть іди!&lt;br /&gt;</w:t>
        <w:br/>
        <w:t>Як бачу, друзями не бути нам.&lt;br /&gt;</w:t>
        <w:br/>
        <w:t>Марк Але всього лиш муху вбив я, брате.&lt;br /&gt;</w:t>
        <w:br/>
        <w:t>Тіт А що як мала муха батька й матір?&lt;br /&gt;</w:t>
        <w:br/>
        <w:t>Вони розвісять крильця золоті&lt;br /&gt;</w:t>
        <w:br/>
        <w:t>І жалісно в повітрі задзижчать!&lt;br /&gt;</w:t>
        <w:br/>
        <w:t>Нещасна муха!&lt;br /&gt;</w:t>
        <w:br/>
        <w:t>З'явилась тут, щоб радісним дзижчанням&lt;br /&gt;</w:t>
        <w:br/>
        <w:t>Розвеселити нас,— ти вбив її.&lt;br /&gt;</w:t>
        <w:br/>
        <w:t>Марк Пробач, це був огидний чорний ґедзь,&lt;br /&gt;</w:t>
        <w:br/>
        <w:t>Як мавр Таморин. Я його і вбив.&lt;br /&gt;</w:t>
        <w:br/>
        <w:t>Тіт О-о-о!&lt;br /&gt;</w:t>
        <w:br/>
        <w:t>Тоді беру назад свої слова,&lt;br /&gt;</w:t>
        <w:br/>
        <w:t>Адже зробив ти, Марку, добру справу.&lt;br /&gt;</w:t>
        <w:br/>
        <w:t>Дай ніж. Із нього познущаюсь я,&lt;br /&gt;</w:t>
        <w:br/>
        <w:t>Вважаючи, що це підступний мавр,&lt;br /&gt;</w:t>
        <w:br/>
        <w:t>Який прийшов сюди мене труїти.&lt;br /&gt;</w:t>
        <w:br/>
        <w:t>Отак тобі, а це ось за Тамору —&lt;br /&gt;</w:t>
        <w:br/>
        <w:t>Негідник!&lt;br /&gt;</w:t>
        <w:br/>
        <w:t>Гадаю, не такі вже ми нікчемні,&lt;br /&gt;</w:t>
        <w:br/>
        <w:t>Щоб ґедзя не убить, який з'явився&lt;br /&gt;</w:t>
        <w:br/>
        <w:t>В подобі чорного, мов вугіль, мавра.&lt;br /&gt;</w:t>
        <w:br/>
        <w:t>Марк Так горе придавило бідолаху,&lt;br /&gt;</w:t>
        <w:br/>
        <w:t>Що тінь примарна, як жива, йому.&lt;br /&gt;</w:t>
        <w:br/>
        <w:t>Тіт Все приберіть. Лавініє, ходім&lt;br /&gt;</w:t>
        <w:br/>
        <w:t>До тебе — будемо читати разом&lt;br /&gt;</w:t>
        <w:br/>
        <w:t>Сумні бувальщини часів минулих.&lt;br /&gt;</w:t>
        <w:br/>
        <w:t>Йди з нами, хлопчику,— зір молодий&lt;br /&gt;</w:t>
        <w:br/>
        <w:t>Поможе твій, як потьмяніє мій.&lt;br /&gt;</w:t>
        <w:br/>
        <w:t>Виходять.</w:t>
      </w:r>
    </w:p>
    <w:p>
      <w:r>
        <w:br/>
        <w:t>ДІЯ ЧЕТВЕРТА&lt;br /&gt;</w:t>
        <w:br/>
        <w:t>СЦЕНА 1&lt;br /&gt;</w:t>
        <w:br/>
        <w:t>Перед будинком Тіта.&lt;br /&gt;</w:t>
        <w:br/>
        <w:t>Входять Тіт і Марк. Потім вбігає малий Луцій з книжками під пах-&lt;br /&gt;</w:t>
        <w:br/>
        <w:t>вою, за ним Л а в і н і я.&lt;br /&gt;</w:t>
        <w:br/>
        <w:t>Малий Луцій Дідусю, порятуй мене, бо тітка&lt;br /&gt;</w:t>
        <w:br/>
        <w:t>Наздоганя мене; чого, не знаю.&lt;br /&gt;</w:t>
        <w:br/>
        <w:t>Глянь, дядьку Марку, як біжить вона!&lt;br /&gt;</w:t>
        <w:br/>
        <w:t>Тітусю, я не знаю, що ти хочеш.&lt;br /&gt;</w:t>
        <w:br/>
        <w:t>Марк Стань біля мене і не бійся тітки.&lt;br /&gt;</w:t>
        <w:br/>
        <w:t>Тіт їй любий ти — вона не вчинить зла.&lt;br /&gt;</w:t>
        <w:br/>
        <w:t>Малий Луцій Був любий, поки тато в Римі був.&lt;br /&gt;</w:t>
        <w:br/>
        <w:t>Марк Щось нам говорить знаками вона.&lt;br /&gt;</w:t>
        <w:br/>
        <w:t>Тіт Не бійся: справді щось казати хоче.&lt;br /&gt;</w:t>
        <w:br/>
        <w:t>Глянь, Луцію, звертається до тебе&lt;br /&gt;</w:t>
        <w:br/>
        <w:t>І ніби за собою кличе йти.&lt;br /&gt;</w:t>
        <w:br/>
        <w:t>Корнелія так пильно не читала&lt;br /&gt;</w:t>
        <w:br/>
        <w:t>Своїм синам, як ось вона тобі&lt;br /&gt;</w:t>
        <w:br/>
        <w:t>иЦоезію 1 Тулліїв "Оратор".&lt;br /&gt;</w:t>
        <w:br/>
        <w:t>Не зрозумів ти, що потрібно їй?&lt;br /&gt;</w:t>
        <w:br/>
        <w:t>Малий ЛуЦШ Не знаю я й ніяк не зрозумію,-&lt;br /&gt;</w:t>
        <w:br/>
        <w:t>Вона, мабуть, онавісніла. Чув я,&lt;br /&gt;</w:t>
        <w:br/>
        <w:t>Як мій дідусь казав: надмірна туга&lt;br /&gt;</w:t>
        <w:br/>
        <w:t>До божевілля може призвести.&lt;br /&gt;</w:t>
        <w:br/>
        <w:t>Крім того, я читав — Гекуба в Трої&lt;br /&gt;</w:t>
        <w:br/>
        <w:t>Від горя збожеволіла. Тому&lt;br /&gt;</w:t>
        <w:br/>
        <w:t>Боюсь, хоч знаю, що тітуся любить&lt;br /&gt;</w:t>
        <w:br/>
        <w:t>Мене, як мати, отже, й не лякала б,&lt;br /&gt;</w:t>
        <w:br/>
        <w:t>Коли б не шал, що охопив її.&lt;br /&gt;</w:t>
        <w:br/>
        <w:t>Тож я побіг, покинувши книжки.&lt;br /&gt;</w:t>
        <w:br/>
        <w:t>Даремно, може. Тітонько, пробач.&lt;br /&gt;</w:t>
        <w:br/>
        <w:t>Але, як піде з нами дядько Марк,&lt;br /&gt;</w:t>
        <w:br/>
        <w:t>Я залюбки послухаюсь тебе.&lt;br /&gt;</w:t>
        <w:br/>
        <w:t>Царк лХодімо, ЛуцІїо.&lt;br /&gt;</w:t>
        <w:br/>
        <w:t>г'!Лавіній перебирає книжки, які впустив малий Луцій.&lt;br /&gt;</w:t>
        <w:br/>
        <w:t>Тіт Що, доню? Марку, що це означає?&lt;br /&gt;</w:t>
        <w:br/>
        <w:t>Якісь книжки їй хочеться знайти.&lt;br /&gt;</w:t>
        <w:br/>
        <w:t>Які, сердешна? Розгорни їх, хлопче!&lt;br /&gt;</w:t>
        <w:br/>
        <w:t>*' "v — Але ти більш начитана й кмітлива:&lt;br /&gt;</w:t>
        <w:br/>
        <w:t>jPIah, вибирай, у мене в книгозбірні.&lt;br /&gt;</w:t>
        <w:br/>
        <w:t>її приспи скорботу, покій небеса&lt;br /&gt;</w:t>
        <w:br/>
        <w:t>'Не виявили клятого злочинця.&lt;br /&gt;</w:t>
        <w:br/>
        <w:t>' Навіщо рук обрубки ти здіймаєш?&lt;br /&gt;</w:t>
        <w:br/>
        <w:t>Марк Мабуть, сказати хоче нам, що він&lt;br /&gt;</w:t>
        <w:br/>
        <w:t>..,., г " ,, Був. не один., А. ще, можливо, просить,&lt;br /&gt;</w:t>
        <w:br/>
        <w:t>Щоб небеса злочинцям відплатили.&lt;br /&gt;</w:t>
        <w:br/>
        <w:t>Тіт Яку безтямно так гортає книгу?&lt;br /&gt;</w:t>
        <w:br/>
        <w:t>Малий Луцій, (Рвідій це. "Метаморфози". Мама&lt;br /&gt;</w:t>
        <w:br/>
        <w:t>.,-,,., .Подарувала їх мені.&lt;br /&gt;</w:t>
        <w:br/>
        <w:t>Марк Це все&lt;br /&gt;</w:t>
        <w:br/>
        <w:t>.): &lt; ,:: ,; 3 любові до небіжчиці.&lt;br /&gt;</w:t>
        <w:br/>
        <w:t>Ш —.:, Тихіше! ,&lt;br /&gt;</w:t>
        <w:br/>
        <w:t>; Гляць, як листки вона гортає пильно.&lt;br /&gt;</w:t>
        <w:br/>
        <w:t>.,.,.. Що хочещґіхутзнайти?;Дай прочитаю.&lt;br /&gt;</w:t>
        <w:br/>
        <w:t>,, .Трагічна розловідь про Філомелу&lt;br /&gt;</w:t>
        <w:br/>
        <w:t>І про насильство зрадника Терея.&lt;br /&gt;</w:t>
        <w:br/>
        <w:t>ї.:-. , Воюсь, що це й твого нещастя корінь.&lt;br /&gt;</w:t>
        <w:br/>
        <w:t>*' Ма!рк мГлягіь/ як уп'ялась; оїчймд в сторінки.&lt;br /&gt;</w:t>
        <w:br/>
        <w:t>Тіт Чи й ти, Лавініє.ГяКіФілбмела,&lt;br /&gt;</w:t>
        <w:br/>
        <w:t>Захоплена й збезчещена була&lt;br /&gt;</w:t>
        <w:br/>
        <w:t>В похмурому безжалісному лісі? ,&lt;br /&gt;</w:t>
        <w:br/>
        <w:t>Поглянь! ,&lt;br /&gt;</w:t>
        <w:br/>
        <w:t>Ось місце, наче те, де ми були&lt;br /&gt;</w:t>
        <w:br/>
        <w:t>(Не полювали б краще там ніколи!),&lt;br /&gt;</w:t>
        <w:br/>
        <w:t>його таким і змалював поет —&lt;br /&gt;</w:t>
        <w:br/>
        <w:t>Для злочину й насильства підходящим.&lt;br /&gt;</w:t>
        <w:br/>
        <w:t>Марк Природа б ие створила цих страхіть,&lt;br /&gt;</w:t>
        <w:br/>
        <w:t>Якби боги трагедій не любили.&lt;br /&gt;</w:t>
        <w:br/>
        <w:t>Тіт Дай знак, Лавініє,— тут тільки друзі! —&lt;br /&gt;</w:t>
        <w:br/>
        <w:t>Хто з римлян знатних це вчинить посмів.&lt;br /&gt;</w:t>
        <w:br/>
        <w:t>Чи Сатурнін підкрався, як Тарквіній,&lt;br /&gt;</w:t>
        <w:br/>
        <w:t>Що вкрив гріхом Лукрецію на ложі?-&lt;br /&gt;</w:t>
        <w:br/>
        <w:t>Марк Сідай, племіннице, й ти, брате, (;ядь.&lt;br /&gt;</w:t>
        <w:br/>
        <w:t>Нехай Палл&amp;а, Агголігон, Юпітер&lt;br /&gt;</w:t>
        <w:br/>
        <w:t>, ( Або Деркурій .надихнуть мене&lt;br /&gt;</w:t>
        <w:br/>
        <w:t>Й поможуть злочин викрити. Поглянь:&lt;br /&gt;</w:t>
        <w:br/>
        <w:t>,.ї Пісок; це" рівний; спробуй написати&lt;br /&gt;</w:t>
        <w:br/>
        <w:t>На ньому так, як я ось напишу&lt;br /&gt;</w:t>
        <w:br/>
        <w:t>Своє ім'я ібез-допомоги рук.&lt;br /&gt;</w:t>
        <w:br/>
        <w:t>(Цище сере, ім'я палицею, возячи її самими ногами&lt;br /&gt;</w:t>
        <w:br/>
        <w:t>йротом) .&lt;br /&gt;</w:t>
        <w:br/>
        <w:t>Хай буде проклятий, хто змусив нас&lt;br /&gt;</w:t>
        <w:br/>
        <w:t>Шукати вивертів таких! Пиши —&lt;br /&gt;</w:t>
        <w:br/>
        <w:t>Побачимо, що Йог Таїть для помсти.&lt;br /&gt;</w:t>
        <w:br/>
        <w:t>Нехай тобі поможуть небеса&lt;br /&gt;</w:t>
        <w:br/>
        <w:t>Розповісти нам правду про злочинців!&lt;br /&gt;</w:t>
        <w:br/>
        <w:t>Лавінія бере палицю в рота й, допомагаючи собі обрубками рук, пише.&lt;br /&gt;</w:t>
        <w:br/>
        <w:t>Тіт Поглянь, що написала на піску!&lt;br /&gt;</w:t>
        <w:br/>
        <w:t>Stuprurn: Chiron. Derhetrius *;&lt;br /&gt;</w:t>
        <w:br/>
        <w:t>Марк Що, що? ТамЬрині сини мерзенні —1'&lt;br /&gt;</w:t>
        <w:br/>
        <w:t>Гидкий, кривавий "злочин цей вчинили?&lt;br /&gt;</w:t>
        <w:br/>
        <w:t>Тіт Magni dominator poll,&lt;br /&gt;</w:t>
        <w:br/>
        <w:t>Tarn ientus audis scefera?Tam lentus vides? **&lt;br /&gt;</w:t>
        <w:br/>
        <w:t>Марк Ox, заспокойся, брате! Розумію:&lt;br /&gt;</w:t>
        <w:br/>
        <w:t>Тут на землі написано доволі,&lt;br /&gt;</w:t>
        <w:br/>
        <w:t>Щоб збурити найлагіДНіщу думку&lt;br /&gt;</w:t>
        <w:br/>
        <w:t>''" І довести до зойків Немовля.&lt;br /&gt;</w:t>
        <w:br/>
        <w:t>' "* Ґвалтування. Хірой. ДеиЬтрій {лат.).&lt;br /&gt;</w:t>
        <w:br/>
        <w:t>: ** Володарю великих не^ес, чому так дізно вчуваєш зло-&lt;br /&gt;</w:t>
        <w:br/>
        <w:t>чини? Чомутак йізно добачаєш? (Jfctt;)~&lt;br /&gt;</w:t>
        <w:br/>
        <w:t>Все ж, Тіте, й ти, Лавініє, й ти, хлопче,&lt;br /&gt;</w:t>
        <w:br/>
        <w:t>Надіє Гектора із Риму, станьмо&lt;br /&gt;</w:t>
        <w:br/>
        <w:t>Навколішки — і так, як Юній Брут&lt;br /&gt;</w:t>
        <w:br/>
        <w:t>І чоловік Лукреції із батьком&lt;br /&gt;</w:t>
        <w:br/>
        <w:t>Клялись помститись за її безчестя,-&lt;br /&gt;</w:t>
        <w:br/>
        <w:t>Клянімось відплатить негідним готам&lt;br /&gt;</w:t>
        <w:br/>
        <w:t>І їхню кров побачити — чи вмерти,&lt;br /&gt;</w:t>
        <w:br/>
        <w:t>Не стерпівши ганебного докору.&lt;br /&gt;</w:t>
        <w:br/>
        <w:t>Тіт Звичайно, відплатить! Але ж якби&lt;br /&gt;</w:t>
        <w:br/>
        <w:t>Ми знали, що нам діять. Ведмежат&lt;br /&gt;</w:t>
        <w:br/>
        <w:t>Поранивши, розбудиш ведмедицю.&lt;br /&gt;</w:t>
        <w:br/>
        <w:t>У неї з левом спілка ще міцна,&lt;br /&gt;</w:t>
        <w:br/>
        <w:t>Отож, його приспавши у постелі,&lt;br /&gt;</w:t>
        <w:br/>
        <w:t>Вона зробити зможе що завгодно.&lt;br /&gt;</w:t>
        <w:br/>
        <w:t>Облиш, мій Марку: з тебе кепський ловчий.&lt;br /&gt;</w:t>
        <w:br/>
        <w:t>Я ж ці слова на мідному листі&lt;br /&gt;</w:t>
        <w:br/>
        <w:t>Сталевим вістрям викарбую. Так&lt;br /&gt;</w:t>
        <w:br/>
        <w:t>їх збережу. Бо злий північний вітер&lt;br /&gt;</w:t>
        <w:br/>
        <w:t>Пісок розвіє, мов листки Сивіли,-&lt;br /&gt;</w:t>
        <w:br/>
        <w:t>Й де ж наш урок? А ти що скажеш, хлопче?&lt;br /&gt;</w:t>
        <w:br/>
        <w:t>Малий Луцій ' От що скажу. Якби я був дорослий —&lt;br /&gt;</w:t>
        <w:br/>
        <w:t>Цих двох рабів, невільників нікчемних,&lt;br /&gt;</w:t>
        <w:br/>
        <w:t>Під ліжком не сховала б мати їхня.&lt;br /&gt;</w:t>
        <w:br/>
        <w:t>Марк Так, хлопче мій! Твій батько дуже часто&lt;br /&gt;</w:t>
        <w:br/>
        <w:t>Зі зброєю вставав за Рим невдячний.&lt;br /&gt;</w:t>
        <w:br/>
        <w:t>Малий Луцій І я зроблю так, дядьку, як не вмру.&lt;br /&gt;</w:t>
        <w:br/>
        <w:t>Тіт Ходім зі мною разом до зброярні,&lt;br /&gt;</w:t>
        <w:br/>
        <w:t>Я споряджу тебе; а потім, хлопче,&lt;br /&gt;</w:t>
        <w:br/>
        <w:t>Ти віднесеш синам імператриці&lt;br /&gt;</w:t>
        <w:br/>
        <w:t>Дарунки ті, що їм приготував я.&lt;br /&gt;</w:t>
        <w:br/>
        <w:t>Доручення ти виконаєш, так?&lt;br /&gt;</w:t>
        <w:br/>
        <w:t>Малий Луцій Так, я кинджалом груди їм протну.&lt;br /&gt;</w:t>
        <w:br/>
        <w:t>Тіт О ні, тебе я іншого навчу.&lt;br /&gt;</w:t>
        <w:br/>
        <w:t>Ходім, Лавініє. Ти ж, Марку, дому&lt;br /&gt;</w:t>
        <w:br/>
        <w:t>Пильнуй. Ми з Луцієм до двору йдем;&lt;br /&gt;</w:t>
        <w:br/>
        <w:t>Я певен, там зустрінуть нас належно.&lt;br /&gt;</w:t>
        <w:br/>
        <w:t>Виходять усі, крім Марка.&lt;br /&gt;</w:t>
        <w:br/>
        <w:t>Марк О небеса, почувши стогін Тіта,&lt;br /&gt;</w:t>
        <w:br/>
        <w:t>Як можете не зжалитись над ним?&lt;br /&gt;</w:t>
        <w:br/>
        <w:t>Його, шаленого, підтримуй, Марку;&lt;br /&gt;</w:t>
        <w:br/>
        <w:t>Лихих на серці в нього шрамів більше,&lt;br /&gt;</w:t>
        <w:br/>
        <w:t>Ніж зловорожих на щиті рубщів.&lt;br /&gt;</w:t>
        <w:br/>
        <w:t>Поганий з нього,, праведника, месник.&lt;br /&gt;</w:t>
        <w:br/>
        <w:t>Пометіться ж ви за нього, небеса.&lt;br /&gt;</w:t>
        <w:br/>
        <w:t>(Виходить)&lt;br /&gt;</w:t>
        <w:br/>
        <w:t>СЦЕНА 2&lt;br /&gt;</w:t>
        <w:br/>
        <w:t>Палац імператора.&lt;br /&gt;</w:t>
        <w:br/>
        <w:t>Входять з одного боку Ар он, Хірон і Дієм є тр. їй, з другого — малий&lt;br /&gt;</w:t>
        <w:br/>
        <w:t>Луцій та с л у г а, що несе в'язку зброї, на якій, написано вірші.&lt;br /&gt;</w:t>
        <w:br/>
        <w:t>Хірон Деметрію, ось Луція синок,-&lt;br /&gt;</w:t>
        <w:br/>
        <w:t>Якесь доручення до нас він має.&lt;br /&gt;</w:t>
        <w:br/>
        <w:t>Арон Доручення, як дід його, безглузде.&lt;br /&gt;</w:t>
        <w:br/>
        <w:t>Малий Луцій Вельможні, я вітаю вашу честь&lt;br /&gt;</w:t>
        <w:br/>
        <w:t>Від імені Андроніна ста&lt;ро"&gt;&lt;br /&gt;</w:t>
        <w:br/>
        <w:t>(вбік)&lt;br /&gt;</w:t>
        <w:br/>
        <w:t>Й молю богів, щоб смерть послали вам.&lt;br /&gt;</w:t>
        <w:br/>
        <w:t>Деметрій Спасвбі, Луцію. Які новим?&lt;br /&gt;</w:t>
        <w:br/>
        <w:t>Малий Луцій&lt;br /&gt;</w:t>
        <w:br/>
        <w:t>(вбік)&lt;br /&gt;</w:t>
        <w:br/>
        <w:t>Такі, що викрито ваш хижий злочин,&lt;br /&gt;</w:t>
        <w:br/>
        <w:t>Ґвалтівники!1&lt;br /&gt;</w:t>
        <w:br/>
        <w:t>(Вголос)&lt;br /&gt;</w:t>
        <w:br/>
        <w:t>Щоб вам зробить приємність,&lt;br /&gt;</w:t>
        <w:br/>
        <w:t>Дідусь послав цю зброю через мене,&lt;br /&gt;</w:t>
        <w:br/>
        <w:t>Найкращу вибравши в своїй зброярні.&lt;br /&gt;</w:t>
        <w:br/>
        <w:t>Шанує вашу юність він достойну,&lt;br /&gt;</w:t>
        <w:br/>
        <w:t>Надію Рима,— так велів сказати,&lt;br /&gt;</w:t>
        <w:br/>
        <w:t>Що я й роблю. Хай подарунки ці&lt;br /&gt;</w:t>
        <w:br/>
        <w:t>Обом, шановні, у пригоді стануть,&lt;br /&gt;</w:t>
        <w:br/>
        <w:t>Озброять вас належно в слушний час.&lt;br /&gt;</w:t>
        <w:br/>
        <w:t>Лишаю вас,&lt;br /&gt;</w:t>
        <w:br/>
        <w:t>(убік)&lt;br /&gt;</w:t>
        <w:br/>
        <w:t>криваві лиходії.&lt;br /&gt;</w:t>
        <w:br/>
        <w:t>Малий Луцій і слуга виходять.&lt;br /&gt;</w:t>
        <w:br/>
        <w:t>Деметрій Що тут? Це згорток. Літери кругом.&lt;br /&gt;</w:t>
        <w:br/>
        <w:t>Погляну.&lt;br /&gt;</w:t>
        <w:br/>
        <w:t>Integer Vltae iscelerlsque purus ?&lt;br /&gt;</w:t>
        <w:br/>
        <w:t>Nori §gef Mauri jaculis riec arcti *.&lt;br /&gt;</w:t>
        <w:br/>
        <w:t>Хірон Це віріп Торація, мені відомий,-^&lt;br /&gt;</w:t>
        <w:br/>
        <w:t>В граматиці читав його колись.&lt;br /&gt;</w:t>
        <w:br/>
        <w:t>Арон Авжеж, авжеж, Горація. Якраз!&lt;br /&gt;</w:t>
        <w:br/>
        <w:t>(Урік) V&lt;br /&gt;</w:t>
        <w:br/>
        <w:t>І як то можна буть таким ослом?&lt;br /&gt;</w:t>
        <w:br/>
        <w:t>Не жарти це! Старий про все дізнався&lt;br /&gt;</w:t>
        <w:br/>
        <w:t>Й прислав цю зброю. Вірші, що на ній,&lt;br /&gt;</w:t>
        <w:br/>
        <w:t>Разять у серце їх — вони ж не чують.&lt;br /&gt;</w:t>
        <w:br/>
        <w:t>Якби була імператриця нині&lt;br /&gt;</w:t>
        <w:br/>
        <w:t>Цілком здорова, все б вона збагнула.&lt;br /&gt;</w:t>
        <w:br/>
        <w:t>Але потрібно спокій дати їй.&lt;br /&gt;</w:t>
        <w:br/>
        <w:t>(До Деметрія та Хірона)&lt;br /&gt;</w:t>
        <w:br/>
        <w:t>Тепер скажіть, чи не щаслива зірка&lt;br /&gt;</w:t>
        <w:br/>
        <w:t>Вела до Рима полонених готів^&lt;br /&gt;</w:t>
        <w:br/>
        <w:t>Щоб на таку підняти височінь?&lt;br /&gt;</w:t>
        <w:br/>
        <w:t>Було приємно кинуть виклик Марку,&lt;br /&gt;</w:t>
        <w:br/>
        <w:t>Трибунові, щоб Тіт усе те чув.&lt;br /&gt;</w:t>
        <w:br/>
        <w:t>Деметрій А ще приємніше, коли патрицій&lt;br /&gt;</w:t>
        <w:br/>
        <w:t>Нам запопадливо дарунки шле.&lt;br /&gt;</w:t>
        <w:br/>
        <w:t>Арон Хіба на те не має він причин?&lt;br /&gt;</w:t>
        <w:br/>
        <w:t>Чи ж ви дочці його не прислужились?&lt;br /&gt;</w:t>
        <w:br/>
        <w:t>Деметрій Я б тисячу цих римлянок спопав,&lt;br /&gt;</w:t>
        <w:br/>
        <w:t>Щоб нашу хіть по черзі вдовольняли.&lt;br /&gt;</w:t>
        <w:br/>
        <w:t>Хірон Бажання, повне ніжності й любові.&lt;br /&gt;</w:t>
        <w:br/>
        <w:t>Арон Нема лиш матері— сказать: амінь.&lt;br /&gt;</w:t>
        <w:br/>
        <w:t>Хірон Вона й про двадцять тисяч так сказала б.&lt;br /&gt;</w:t>
        <w:br/>
        <w:t>Деметрій Ходім, молитимем усіх богів&lt;br /&gt;</w:t>
        <w:br/>
        <w:t>За любу матінку в тяжких пологах.&lt;br /&gt;</w:t>
        <w:br/>
        <w:t>Арон&lt;br /&gt;</w:t>
        <w:br/>
        <w:t>,(убік)&lt;br /&gt;</w:t>
        <w:br/>
        <w:t>Моліть чортів; боги нас відцурались.&lt;br /&gt;</w:t>
        <w:br/>
        <w:t>Лунають фанфари.&lt;br /&gt;</w:t>
        <w:br/>
        <w:t>Деметрій Чого заграли цезареві сурми?&lt;br /&gt;</w:t>
        <w:br/>
        <w:t>Хірон Радіє він, що народився син.&lt;br /&gt;</w:t>
        <w:br/>
        <w:t>Деметрій Тихіше —*— хтось іде.&lt;br /&gt;</w:t>
        <w:br/>
        <w:t>Входить мамка з чорним дитям на руках.&lt;br /&gt;</w:t>
        <w:br/>
        <w:t>* Див. переклад у коментарях.&lt;br /&gt;</w:t>
        <w:br/>
        <w:t>Мамка ,-,.:-. ;/; Влтаю— вас. t&lt;br /&gt;</w:t>
        <w:br/>
        <w:t>Чи ви не бачили Арона* мавра? ;&lt;br /&gt;</w:t>
        <w:br/>
        <w:t>Арон Він пан або пропав, і не інакше.,&lt;br /&gt;</w:t>
        <w:br/>
        <w:t>Ось тут Арон. Навіщо він тобі? ;&lt;br /&gt;</w:t>
        <w:br/>
        <w:t>Мамка Ароне, дорогий, ми всі. пропади!.;, ,&lt;br /&gt;</w:t>
        <w:br/>
        <w:t>Допоможи, бо лиха не минем Г&lt;br /&gt;</w:t>
        <w:br/>
        <w:t>Арон Що за котячий вереск ти зняла?&lt;br /&gt;</w:t>
        <w:br/>
        <w:t>А це що кутаєш і мнеш в руках?&lt;br /&gt;</w:t>
        <w:br/>
        <w:t>Мамка Що від очей небес сховати рада:.&lt;br /&gt;</w:t>
        <w:br/>
        <w:t>Страшну ганьбу імператриці й Рішу}&lt;br /&gt;</w:t>
        <w:br/>
        <w:t>Бо привела вона... Ох, привела!,.&lt;br /&gt;</w:t>
        <w:br/>
        <w:t>Арон Кого?&lt;br /&gt;</w:t>
        <w:br/>
        <w:t>Мамка Імператриця народила. ,&lt;br /&gt;</w:t>
        <w:br/>
        <w:t>Арон Хай бог її потішить. І кого ж? —&lt;br /&gt;</w:t>
        <w:br/>
        <w:t>Мамка Та чорта. /&lt;br /&gt;</w:t>
        <w:br/>
        <w:t>Арон Чортова вона, знать, мати.&lt;br /&gt;</w:t>
        <w:br/>
        <w:t>Чудовий плід!&lt;br /&gt;</w:t>
        <w:br/>
        <w:t>Мамка Гидкий, чорнющий плід!&lt;br /&gt;</w:t>
        <w:br/>
        <w:t>Цей виродок такий бридкий, як жаба,&lt;br /&gt;</w:t>
        <w:br/>
        <w:t>Між білим плем'ям нашої країни.&lt;br /&gt;</w:t>
        <w:br/>
        <w:t>Владарка шле тобі твоє поріддя,&lt;br /&gt;</w:t>
        <w:br/>
        <w:t>Щоб ти його кинджалом охрестив.&lt;br /&gt;</w:t>
        <w:br/>
        <w:t>Арон Дурепа! Чим поганий чорний колір? —&lt;br /&gt;</w:t>
        <w:br/>
        <w:t>Чудове немовля, мій первоцвіт.&lt;br /&gt;</w:t>
        <w:br/>
        <w:t>Деметрій Що ти зробив, негіднику!&lt;br /&gt;</w:t>
        <w:br/>
        <w:t>Арон Того&lt;br /&gt;</w:t>
        <w:br/>
        <w:t>Не переробиш. .,&lt;br /&gt;</w:t>
        <w:br/>
        <w:t>Хірон Ти ганьбу зробив :й.&lt;br /&gt;</w:t>
        <w:br/>
        <w:t>Арон Зробив я з неї матір.&lt;br /&gt;</w:t>
        <w:br/>
        <w:t>Деметрій І тим, пекельний псе, зробив їй лихо.&lt;br /&gt;</w:t>
        <w:br/>
        <w:t>Прокляття вибору її гидкому&lt;br /&gt;</w:t>
        <w:br/>
        <w:t>І виродку диявольському — теж!"&lt;br /&gt;</w:t>
        <w:br/>
        <w:t>Хірон Йому не жити. —&lt;br /&gt;</w:t>
        <w:br/>
        <w:t>Арон Ні, він не помре.&lt;br /&gt;</w:t>
        <w:br/>
        <w:t>Мамка Померти мусить. Так сказала &lt;мати.&lt;br /&gt;</w:t>
        <w:br/>
        <w:t>Арон Як — мусить? Що ж, тоді нех-ай я.сам&lt;br /&gt;</w:t>
        <w:br/>
        <w:t>Своєї плоті й крові катом буду.&lt;br /&gt;</w:t>
        <w:br/>
        <w:t>Деметрій Хай пуголовка я протну цього.&lt;br /&gt;</w:t>
        <w:br/>
        <w:t>Сюда його, з ним впораюся вмить.&lt;br /&gt;</w:t>
        <w:br/>
        <w:t>Арон Тобі" я швидше випущу кишни.&lt;br /&gt;</w:t>
        <w:br/>
        <w:t>Негідники' Хотіли вбити брата?&lt;br /&gt;</w:t>
        <w:br/>
        <w:t>Клянусь тепер світилами небес,&lt;br /&gt;</w:t>
        <w:br/>
        <w:t>Що яскравіли в час його зачаття,-&lt;br /&gt;</w:t>
        <w:br/>
        <w:t>Хто первістка мого і спадкоємця&lt;br /&gt;</w:t>
        <w:br/>
        <w:t>Торкне, той під моїм помре мечем.&lt;br /&gt;</w:t>
        <w:br/>
        <w:t>Збагніть, молодики,— ні Енкелад&lt;br /&gt;</w:t>
        <w:br/>
        <w:t>З усім Тіфонз виводком: шаленим,&lt;br /&gt;</w:t>
        <w:br/>
        <w:t>Ні сам Алкіл,, ні бог війни не зможуть&lt;br /&gt;</w:t>
        <w:br/>
        <w:t>З рук батькових забрати скарб такий.&lt;br /&gt;</w:t>
        <w:br/>
        <w:t>Пусті хлопчиська, білі ви, мов, стіни,&lt;br /&gt;</w:t>
        <w:br/>
        <w:t>Строкаті, наче вивіски пивниць!&lt;br /&gt;</w:t>
        <w:br/>
        <w:t>Найкращий серед ївших — чорний колір,&lt;br /&gt;</w:t>
        <w:br/>
        <w:t>Всі інші поглинає чорний колір:&lt;br /&gt;</w:t>
        <w:br/>
        <w:t>Ніколи чорним лапам лебединим&lt;br /&gt;</w:t>
        <w:br/>
        <w:t>Не побіліти в океанських водах,&lt;br /&gt;</w:t>
        <w:br/>
        <w:t>Хоч ті їх омивають без кінця.&lt;br /&gt;</w:t>
        <w:br/>
        <w:t>Скажіть імператриці — я не хлопчик&lt;br /&gt;</w:t>
        <w:br/>
        <w:t>І так зроблю, як це мені потрібно.&lt;br /&gt;</w:t>
        <w:br/>
        <w:t>Деметрій Що, зрадиш ти володарку, свою?&lt;br /&gt;</w:t>
        <w:br/>
        <w:t>Арон Бона — володарка, а це — я сам,&lt;br /&gt;</w:t>
        <w:br/>
        <w:t>Продовження моєї вроди й сили.&lt;br /&gt;</w:t>
        <w:br/>
        <w:t>Мені дорожче це за цілий світ,&lt;br /&gt;</w:t>
        <w:br/>
        <w:t>І світу всупереч його врятую —&lt;br /&gt;</w:t>
        <w:br/>
        <w:t>Чи розквитаюсь в Римі з. кимсь із вас.&lt;br /&gt;</w:t>
        <w:br/>
        <w:t>Деметрій Зганьбив ти нашу матір цим навік.&lt;br /&gt;</w:t>
        <w:br/>
        <w:t>Хірон Рим зневажатиме її тепер.&lt;br /&gt;</w:t>
        <w:br/>
        <w:t>Мамка Пошле їй смерть розгніваний державець,&lt;br /&gt;</w:t>
        <w:br/>
        <w:t>Хірон Від думки про безчестя червонію.&lt;br /&gt;</w:t>
        <w:br/>
        <w:t>Арон То ж перевага вашої краси:&lt;br /&gt;</w:t>
        <w:br/>
        <w:t>Зрадливий колір! Викаже рум'янець&lt;br /&gt;</w:t>
        <w:br/>
        <w:t>Незнані вчинки, серця таємниці!&lt;br /&gt;</w:t>
        <w:br/>
        <w:t>Та інший має вигляд цей хлопчак:&lt;br /&gt;</w:t>
        <w:br/>
        <w:t>Погляньте, усміхається до мене,&lt;br /&gt;</w:t>
        <w:br/>
        <w:t>Немов говорить батькові: "Я твій!"&lt;br /&gt;</w:t>
        <w:br/>
        <w:t>Він брат ваш, принци, і тече в нім кров&lt;br /&gt;</w:t>
        <w:br/>
        <w:t>Та, що колись і вам життя дала.&lt;br /&gt;</w:t>
        <w:br/>
        <w:t>Із лона, що вміщало й вас колись,&lt;br /&gt;</w:t>
        <w:br/>
        <w:t>Звільнився він і цей побачив світ.&lt;br /&gt;</w:t>
        <w:br/>
        <w:t>По лінії певнішій вам він брат,&lt;br /&gt;</w:t>
        <w:br/>
        <w:t>Хоч на виду його печать моя.&lt;br /&gt;</w:t>
        <w:br/>
        <w:t>Мамка Ароне, що скажу імлератриці?&lt;br /&gt;</w:t>
        <w:br/>
        <w:t>Деметрій Порадь, Арояе, що робити нам,&lt;br /&gt;</w:t>
        <w:br/>
        <w:t>Тебе послухатися ми готові.&lt;br /&gt;</w:t>
        <w:br/>
        <w:t>Рятуй дитя, але і нас рятуй.&lt;br /&gt;</w:t>
        <w:br/>
        <w:t>Арон Сідаймо, поміркуємо всі разом.&lt;br /&gt;</w:t>
        <w:br/>
        <w:t>Мені з малим слід стерегтися вас.&lt;br /&gt;</w:t>
        <w:br/>
        <w:t>Лишайтесь там. Тепер — про небезпеку,&lt;br /&gt;</w:t>
        <w:br/>
        <w:t>Деметрій Які жінки ще бачили дитя?&lt;br /&gt;</w:t>
        <w:br/>
        <w:t>Арен Ну, молодці! Коли між нами лад,&lt;br /&gt;</w:t>
        <w:br/>
        <w:t>Я мов ягня: та мавра зачепіть-&lt;br /&gt;</w:t>
        <w:br/>
        <w:t>І ні кабан скажений, ні левиця,&lt;br /&gt;</w:t>
        <w:br/>
        <w:t>Ні океан бурхливий так, як він,&lt;br /&gt;</w:t>
        <w:br/>
        <w:t>Не лютуватимуть. То хто дитя,&lt;br /&gt;</w:t>
        <w:br/>
        <w:t>Крім тебе, бачив?&lt;br /&gt;</w:t>
        <w:br/>
        <w:t>Мамка Баба-повитуха&lt;br /&gt;</w:t>
        <w:br/>
        <w:t>Та ще імлератриця-породілля.&lt;br /&gt;</w:t>
        <w:br/>
        <w:t>Арон Імператриця, баба, врешті, ти:&lt;br /&gt;</w:t>
        <w:br/>
        <w:t>Трьох свідків тут, напевно, забагато.&lt;br /&gt;</w:t>
        <w:br/>
        <w:t>Іди й володарці про це скажи.&lt;br /&gt;</w:t>
        <w:br/>
        <w:t>(Заколює мамку)&lt;br /&gt;</w:t>
        <w:br/>
        <w:t>Куві! Куві!&lt;br /&gt;</w:t>
        <w:br/>
        <w:t>Свиня вищить так під ножем різницьким.&lt;br /&gt;</w:t>
        <w:br/>
        <w:t>Деметрій Ти що, Ароне? Нащо це зробив?&lt;br /&gt;</w:t>
        <w:br/>
        <w:t>Арон Цього безпека наша вимагає:&lt;br /&gt;</w:t>
        <w:br/>
        <w:t>Була б живою— виказала б нас&lt;br /&gt;</w:t>
        <w:br/>
        <w:t>Своїм занадто довгим язиком.&lt;br /&gt;</w:t>
        <w:br/>
        <w:t>Тепер вам розповім про намір свій.&lt;br /&gt;</w:t>
        <w:br/>
        <w:t>Земляк мій, Мулітей, живе тут близько,&lt;br /&gt;</w:t>
        <w:br/>
        <w:t>Його дружина вчора народила&lt;br /&gt;</w:t>
        <w:br/>
        <w:t>Дитину білу, як вона і ви.&lt;br /&gt;</w:t>
        <w:br/>
        <w:t>їй дайте золота, із ним домовтесь,&lt;br /&gt;</w:t>
        <w:br/>
        <w:t>Все поясніть обом, щоб зрозуміли,&lt;br /&gt;</w:t>
        <w:br/>
        <w:t>Як їхнє возвеличиться дитя,&lt;br /&gt;</w:t>
        <w:br/>
        <w:t>Коли державця спадкоємцем стане,&lt;br /&gt;</w:t>
        <w:br/>
        <w:t>Коли мого замінить малюка,&lt;br /&gt;</w:t>
        <w:br/>
        <w:t>Щоб у дворі погамувати бурю;&lt;br /&gt;</w:t>
        <w:br/>
        <w:t>Хай цяцькається цезар з ним, як з власним.&lt;br /&gt;</w:t>
        <w:br/>
        <w:t>Я, бачте, цій належні ліки дав,&lt;br /&gt;</w:t>
        <w:br/>
        <w:t>Тепер її потрібно поховати.&lt;br /&gt;</w:t>
        <w:br/>
        <w:t>Поля тут близько. Хлопці справні ви.&lt;br /&gt;</w:t>
        <w:br/>
        <w:t>..-,... Зробивши це, не гайте марно часу,&lt;br /&gt;</w:t>
        <w:br/>
        <w:t>Пришліть до мене швидше повитуху.&lt;br /&gt;</w:t>
        <w:br/>
        <w:t>А збудемося мамки й повитухи —&lt;br /&gt;</w:t>
        <w:br/>
        <w:t>Нехай жінки базікають, що хочуть.&lt;br /&gt;</w:t>
        <w:br/>
        <w:t>Хірон Не випустиш, я бачу, таємниці&lt;br /&gt;</w:t>
        <w:br/>
        <w:t>У світ.&lt;br /&gt;</w:t>
        <w:br/>
        <w:t>Деметрій . За піклування про Тамору&lt;br /&gt;</w:t>
        <w:br/>
        <w:t>Усі ми вдячні глибоко тобі.&lt;br /&gt;</w:t>
        <w:br/>
        <w:t>Хірон з Деметрієм виходять, несучи мертву мамку.&lt;br /&gt;</w:t>
        <w:br/>
        <w:t>Арон Тепер-до.готів птахом бистрокрилим!&lt;br /&gt;</w:t>
        <w:br/>
        <w:t>Там прилаштую свій безцінний скарб,&lt;br /&gt;</w:t>
        <w:br/>
        <w:t>Таємно з друзями Тамори стрінусь.&lt;br /&gt;</w:t>
        <w:br/>
        <w:t>Ходімо звідси геть, мій товстогубий,-&lt;br /&gt;</w:t>
        <w:br/>
        <w:t>. Ти, спонукав до хитрощів мене.&lt;br /&gt;</w:t>
        <w:br/>
        <w:t>Там будеш їсти ягоди й коріння,&lt;br /&gt;</w:t>
        <w:br/>
        <w:t>.:&lt;.-.— Сир смакувати, ссатимеш козу,&lt;br /&gt;</w:t>
        <w:br/>
        <w:t>і В; печері житимеш. — і врешті станеш&lt;br /&gt;</w:t>
        <w:br/>
        <w:t>Войовником, відважним полководцем.&lt;br /&gt;</w:t>
        <w:br/>
        <w:t>(Виходить)&lt;br /&gt;</w:t>
        <w:br/>
        <w:t>СЦЕНА 3 . ,&lt;br /&gt;</w:t>
        <w:br/>
        <w:t>Майдан у.Рим?.&lt;br /&gt;</w:t>
        <w:br/>
        <w:t>Входить Т j т, несучи стріли, до яких пришпилені листи; з ним Марк, на*&lt;br /&gt;</w:t>
        <w:br/>
        <w:t>лий Луцій та інші патриції з луками.&lt;br /&gt;</w:t>
        <w:br/>
        <w:t>Тіт Сюди йди, Марку. Родичі, за мною!&lt;br /&gt;</w:t>
        <w:br/>
        <w:t>Ну, хлопче, покажи, як ти стріляєш,&lt;br /&gt;</w:t>
        <w:br/>
        <w:t>Натягуй лука і влучай у ціль.&lt;br /&gt;</w:t>
        <w:br/>
        <w:t>Terras Astraea reliquit *..&lt;br /&gt;</w:t>
        <w:br/>
        <w:t>Чи пам'ятаєш, Марку? Бігла й щезла.&lt;br /&gt;</w:t>
        <w:br/>
        <w:t>Берімось до роботи— Глибину&lt;br /&gt;</w:t>
        <w:br/>
        <w:t>Заміряйте, шановні, вкиньте сіті,&lt;br /&gt;</w:t>
        <w:br/>
        <w:t>Ну ж прщастить її піймати в морі,&lt;br /&gt;</w:t>
        <w:br/>
        <w:t>Хрч правди там не .більше, як на суші.&lt;br /&gt;</w:t>
        <w:br/>
        <w:t>Ні, Публію й Семпронію, вам треба&lt;br /&gt;</w:t>
        <w:br/>
        <w:t>". Лрпатамй,і заступам^ рити&lt;br /&gt;</w:t>
        <w:br/>
        <w:t>* Астрея залишила землю (лат.).&lt;br /&gt;</w:t>
        <w:br/>
        <w:t>' Й добутись до середини землі.&lt;br /&gt;</w:t>
        <w:br/>
        <w:t>Дійшовши до Плутонового царства,&lt;br /&gt;</w:t>
        <w:br/>
        <w:t>Благаю вас, прохання передайте,&lt;br /&gt;</w:t>
        <w:br/>
        <w:t>Скажіть, що правосуддя й допомоги&lt;br /&gt;</w:t>
        <w:br/>
        <w:t>Від нього сподівається Андронік,&lt;br /&gt;</w:t>
        <w:br/>
        <w:t>Який страждає у невдячнім Римі.&lt;br /&gt;</w:t>
        <w:br/>
        <w:t>О Риме! Горе я приніс тобі&lt;br /&gt;</w:t>
        <w:br/>
        <w:t>Тоді, як спонукав народ віддати&lt;br /&gt;</w:t>
        <w:br/>
        <w:t>Всі голоси за підлого тирана.&lt;br /&gt;</w:t>
        <w:br/>
        <w:t>Отож ідіть, пильнуйте так, як слід,&lt;br /&gt;</w:t>
        <w:br/>
        <w:t>Огляньте всі військові кораблі;&lt;br /&gt;</w:t>
        <w:br/>
        <w:t>Злий цезар міг кудись її відправить,&lt;br /&gt;</w:t>
        <w:br/>
        <w:t>І, може, правди марно ми' шукаєм.&lt;br /&gt;</w:t>
        <w:br/>
        <w:t>Марк Хіба не тяжко, Публію, дивитись&lt;br /&gt;</w:t>
        <w:br/>
        <w:t>Тобі на дядька в розпачі такім?&lt;br /&gt;</w:t>
        <w:br/>
        <w:t>Публій Отож, мій батьку, мусимо про нього&lt;br /&gt;</w:t>
        <w:br/>
        <w:t>Вдень і вночі старанно піклуватись,&lt;br /&gt;</w:t>
        <w:br/>
        <w:t>Задовбльнятй примху щонайменшу,&lt;br /&gt;</w:t>
        <w:br/>
        <w:t>-Докіль не знайдем, чим його зцілити.&lt;br /&gt;</w:t>
        <w:br/>
        <w:t>Марк Нічим його скорботи не зцілити!&lt;br /&gt;</w:t>
        <w:br/>
        <w:t>До готів приєднаймося'— і Риму&lt;br /&gt;</w:t>
        <w:br/>
        <w:t>Відповімо війною на невдячність.&lt;br /&gt;</w:t>
        <w:br/>
        <w:t>Діждеться помсти зрадник Сатурній.&lt;br /&gt;</w:t>
        <w:br/>
        <w:t>Тіт Що, Публію? Скажіть мені, скажіть —&lt;br /&gt;</w:t>
        <w:br/>
        <w:t>Ви з нею стрілись?&lt;br /&gt;</w:t>
        <w:br/>
        <w:t>Публій Ні, ще не стрілись. Та казав Плутон,&lt;br /&gt;</w:t>
        <w:br/>
        <w:t>Що пекло нам помститись допоможе;&lt;br /&gt;</w:t>
        <w:br/>
        <w:t>' В Астреї ж стільки клопотів усяких&lt;br /&gt;</w:t>
        <w:br/>
        <w:t>З Юпітером на небі чи деінде,&lt;br /&gt;</w:t>
        <w:br/>
        <w:t>Що доведеться трохи зачекати.&lt;br /&gt;</w:t>
        <w:br/>
        <w:t>Тіт О, зволіканням не гоДуй мене!&lt;br /&gt;</w:t>
        <w:br/>
        <w:t>В огненне озеро пірну за нею&lt;br /&gt;</w:t>
        <w:br/>
        <w:t>Й за п'яти витягну із Ахерону.&lt;br /&gt;</w:t>
        <w:br/>
        <w:t>Ми — чагарник хисткий, не кедри, Марку,-*&lt;br /&gt;</w:t>
        <w:br/>
        <w:t>Куди нам, трнкокостйм, до циклопів!&lt;br /&gt;</w:t>
        <w:br/>
        <w:t>Все ж ми — метал, ми — сталь аж до хребтів,&lt;br /&gt;</w:t>
        <w:br/>
        <w:t>От тільки кривд ваги і сталь ламає!&lt;br /&gt;</w:t>
        <w:br/>
        <w:t>ЯкЩо ж ні на землі; ні в пеклі правди&lt;br /&gt;</w:t>
        <w:br/>
        <w:t>Нема, богів попросимо небесних&lt;br /&gt;</w:t>
        <w:br/>
        <w:t>"' Послати правосуддя для відплати.&lt;br /&gt;</w:t>
        <w:br/>
        <w:t>До зброї! Славний, Марку, ти стрілець.&lt;br /&gt;</w:t>
        <w:br/>
        <w:t>(ju.m всім стріли) ..,-..'-.&lt;br /&gt;</w:t>
        <w:br/>
        <w:t>Ad Jovem,— вам, а ось — ad Apollinem,&lt;br /&gt;</w:t>
        <w:br/>
        <w:t>Ad Martem * — це мені,&lt;br /&gt;</w:t>
        <w:br/>
        <w:t>Оце Меркурію, а це — Палладі,&lt;br /&gt;</w:t>
        <w:br/>
        <w:t>Це для Сатурна — не для Сатурніна!&lt;br /&gt;</w:t>
        <w:br/>
        <w:t>Ти, Каю, влучив би і проти вітру.&lt;br /&gt;</w:t>
        <w:br/>
        <w:t>Стріляйте всі тоді, коли скажу.&lt;br /&gt;</w:t>
        <w:br/>
        <w:t>О, я писав цидулки недаремно&lt;br /&gt;</w:t>
        <w:br/>
        <w:t>І не забув про жодного з богів.&lt;br /&gt;</w:t>
        <w:br/>
        <w:t>Марк Пускайте, діти, ваші стріли в двір,&lt;br /&gt;</w:t>
        <w:br/>
        <w:t>Щоб гордість імператора вразити.&lt;br /&gt;</w:t>
        <w:br/>
        <w:t>Тіт Тепер стріляйте.&lt;br /&gt;</w:t>
        <w:br/>
        <w:t>Стріляють.&lt;br /&gt;</w:t>
        <w:br/>
        <w:t>Луцій — молодець!&lt;br /&gt;</w:t>
        <w:br/>
        <w:t>Ти в Діву влучив; ну-бо ще в Палладу.&lt;br /&gt;</w:t>
        <w:br/>
        <w:t>Марк Я цілився від Місяця на милю —&lt;br /&gt;</w:t>
        <w:br/>
        <w:t>Твій лист уже в Юпітера давно.&lt;br /&gt;</w:t>
        <w:br/>
        <w:t>Тіт Ох, Публію! Ну, що накоїв ти?&lt;br /&gt;</w:t>
        <w:br/>
        <w:t>Поглянь — відбив шмат рога у Тельця.&lt;br /&gt;</w:t>
        <w:br/>
        <w:t>Марк Ото забава! Тільки стрелив Публій,&lt;br /&gt;</w:t>
        <w:br/>
        <w:t>Телець зі злості так стуснув Овна,&lt;br /&gt;</w:t>
        <w:br/>
        <w:t>Що над палацом той позбувся рогів;&lt;br /&gt;</w:t>
        <w:br/>
        <w:t>Знайшов їх лиходій імператрицин,&lt;br /&gt;</w:t>
        <w:br/>
        <w:t>А та сказала мавру, сміючись,&lt;br /&gt;</w:t>
        <w:br/>
        <w:t>Щоб цезарю він їх подарував.&lt;br /&gt;</w:t>
        <w:br/>
        <w:t>Тіт Хай вашій світлості пошле бог радість.&lt;br /&gt;</w:t>
        <w:br/>
        <w:t>Входить блазень з кошиком і двома голубами.&lt;br /&gt;</w:t>
        <w:br/>
        <w:t>Шле небо новину! Це пошта, Марку.&lt;br /&gt;</w:t>
        <w:br/>
        <w:t>Які новини, друже? Є листи?&lt;br /&gt;</w:t>
        <w:br/>
        <w:t>Де справедливість? Що сказав Юпітер?&lt;br /&gt;</w:t>
        <w:br/>
        <w:t>Блазень Хто? Лупитель, кажете? Кат? Він сказав, що&lt;br /&gt;</w:t>
        <w:br/>
        <w:t>склав шибеницю, бо шибеника мають повісити десь аж на тому&lt;br /&gt;</w:t>
        <w:br/>
        <w:t>тижні.&lt;br /&gt;</w:t>
        <w:br/>
        <w:t>Тіт Тебе спитав я, що сказав Юпітер.&lt;br /&gt;</w:t>
        <w:br/>
        <w:t>Блазень На жаль, пане, я не знаю ніякого Юпитра, зро-&lt;br /&gt;</w:t>
        <w:br/>
        <w:t>ду з ним не пив.&lt;br /&gt;</w:t>
        <w:br/>
        <w:t>Тіт Невігласе, чи ти не носиш пошти?&lt;br /&gt;</w:t>
        <w:br/>
        <w:t>Блазень Ні, я ношу тільки своїх голубів.&lt;br /&gt;</w:t>
        <w:br/>
        <w:t>* Юпітеру... Аполлону... Марсу... (лат.).&lt;br /&gt;</w:t>
        <w:br/>
        <w:t>Тіт Хіба не з неба ти прибув сюди?&lt;br /&gt;</w:t>
        <w:br/>
        <w:t>Блазень 3 неба? На жаль, я там ніколи не бував. Хай бог&lt;br /&gt;</w:t>
        <w:br/>
        <w:t>боронить, я не такий сміливець, щоб у свої молоді літа квапитися&lt;br /&gt;</w:t>
        <w:br/>
        <w:t>на небо. Я йду зі своїми голубами до народного трибунала, аби&lt;br /&gt;</w:t>
        <w:br/>
        <w:t>залагодити сварку поміж моїм дядьком та імпирательським слу-&lt;br /&gt;</w:t>
        <w:br/>
        <w:t>гою.&lt;br /&gt;</w:t>
        <w:br/>
        <w:t>Марк Брате, це ж чудесна нагода передати твоє по-&lt;br /&gt;</w:t>
        <w:br/>
        <w:t>слання: хай він принесе імператорові цих голубів від тебе.&lt;br /&gt;</w:t>
        <w:br/>
        <w:t>Тіт Чи можеш ти передати імператорові послання&lt;br /&gt;</w:t>
        <w:br/>
        <w:t>за всіма правилами церемоніалу?&lt;br /&gt;</w:t>
        <w:br/>
        <w:t>Блазень Та ні, пане, я зроду не вмів вимовити того ци-&lt;br /&gt;</w:t>
        <w:br/>
        <w:t>римоняла.&lt;br /&gt;</w:t>
        <w:br/>
        <w:t>Тіт Іди сюди та більш не коверзуй,&lt;br /&gt;</w:t>
        <w:br/>
        <w:t>А віднеси цих голубів йому,&lt;br /&gt;</w:t>
        <w:br/>
        <w:t>І матимеш від нього нагороду.&lt;br /&gt;</w:t>
        <w:br/>
        <w:t>А ось тобі й від мене трохи грошей.&lt;br /&gt;</w:t>
        <w:br/>
        <w:t>Подайте-но перо й чорнило.&lt;br /&gt;</w:t>
        <w:br/>
        <w:t>Ну, то як, друже, зможеш ти за всіма правила-&lt;br /&gt;</w:t>
        <w:br/>
        <w:t>ми передати імператорові цидулу?&lt;br /&gt;</w:t>
        <w:br/>
        <w:t>Блазень Та зможу, пане.&lt;br /&gt;</w:t>
        <w:br/>
        <w:t>Тіт Ось цидула. А коли прийдеш до нього, то мусиш&lt;br /&gt;</w:t>
        <w:br/>
        <w:t>зразу стати навколішки, потім поцілувати йому ногу, потім від-&lt;br /&gt;</w:t>
        <w:br/>
        <w:t>дати голубів, потім чекати винагороди. Я буду неподалік, а ти ж,&lt;br /&gt;</w:t>
        <w:br/>
        <w:t>гляди, не схиб.&lt;br /&gt;</w:t>
        <w:br/>
        <w:t>Блазень Будьте певні, пане, все буде як слід.&lt;br /&gt;</w:t>
        <w:br/>
        <w:t>Тіт Чи ніж у тебе є? Дай подивлюсь.&lt;br /&gt;</w:t>
        <w:br/>
        <w:t>Ось, Марку, загорни його в цидулу;&lt;br /&gt;</w:t>
        <w:br/>
        <w:t>Прохач смиренний написав її.&lt;br /&gt;</w:t>
        <w:br/>
        <w:t>А ти, віддавши цезарю послання,&lt;br /&gt;</w:t>
        <w:br/>
        <w:t>Вертайсь, розповіси, що він сказав.&lt;br /&gt;</w:t>
        <w:br/>
        <w:t>Блазень Добре. Хай бог не забуває вас.&lt;br /&gt;</w:t>
        <w:br/>
        <w:t>(Виходить)&lt;br /&gt;</w:t>
        <w:br/>
        <w:t>Тіт Ходімо, Марку. Публію, за мною.&lt;br /&gt;</w:t>
        <w:br/>
        <w:t>Виходять.&lt;br /&gt;</w:t>
        <w:br/>
        <w:t>СЦЕНА 4 '&lt;br /&gt;</w:t>
        <w:br/>
        <w:t>Перед палацом.&lt;br /&gt;</w:t>
        <w:br/>
        <w:t>Входять Сатурній,, Тамора, Xjpotf та Деметрій. Сатурнія тримає&lt;br /&gt;</w:t>
        <w:br/>
        <w:t>в руках стріли, які запустив Тіт.&lt;br /&gt;</w:t>
        <w:br/>
        <w:t>Сатурній Це неподобство! Ще ніколи в Римі&lt;br /&gt;</w:t>
        <w:br/>
        <w:t>Так імператора не ображали,&lt;br /&gt;</w:t>
        <w:br/>
        <w:t>Ворожості такої і зневаги&lt;br /&gt;</w:t>
        <w:br/>
        <w:t>Суд справедливий ще не викликав!&lt;br /&gt;</w:t>
        <w:br/>
        <w:t>Відомо вам, як і богам всевладним,-&lt;br /&gt;</w:t>
        <w:br/>
        <w:t>Хоч ці злостивці баламутять люд,&lt;br /&gt;</w:t>
        <w:br/>
        <w:t>Усе ж Андроніка сини свавільні&lt;br /&gt;</w:t>
        <w:br/>
        <w:t>Покарані були цілком законно.&lt;br /&gt;</w:t>
        <w:br/>
        <w:t>Якщо ж йому потьмарили страждання&lt;br /&gt;</w:t>
        <w:br/>
        <w:t>Здоровий глузд, невже повинні ми&lt;br /&gt;</w:t>
        <w:br/>
        <w:t>Спокійно зносити його дивацтва*&lt;br /&gt;</w:t>
        <w:br/>
        <w:t>Порцви розпачу й шалену лють?&lt;br /&gt;</w:t>
        <w:br/>
        <w:t>Він просить допомоги у небес,&lt;br /&gt;</w:t>
        <w:br/>
        <w:t>В Юпітера, Меркурія, погляньте,-&lt;br /&gt;</w:t>
        <w:br/>
        <w:t>Це богові війни, це Аполлону...&lt;br /&gt;</w:t>
        <w:br/>
        <w:t>Літають згортки вулицями Рима.&lt;br /&gt;</w:t>
        <w:br/>
        <w:t>Це наклеп на сенат, це всім говорить,&lt;br /&gt;</w:t>
        <w:br/>
        <w:t>Що буцімто нема в нас правосуддя.&lt;br /&gt;</w:t>
        <w:br/>
        <w:t>Яка забава славна, чи не так?&lt;br /&gt;</w:t>
        <w:br/>
        <w:t>Рим, бачите, вже став несправедливим!&lt;br /&gt;</w:t>
        <w:br/>
        <w:t>Покіль живу, удаване безумство&lt;br /&gt;</w:t>
        <w:br/>
        <w:t>Не буде виправданням для образ.&lt;br /&gt;</w:t>
        <w:br/>
        <w:t>Хай знають Він і вся його рідня,— '&lt;br /&gt;</w:t>
        <w:br/>
        <w:t>Я буду пильнувати правосуддя,&lt;br /&gt;</w:t>
        <w:br/>
        <w:t>Яке не раджу зачіпать — бо-в гніві&lt;br /&gt;</w:t>
        <w:br/>
        <w:t>Щонайзухваліших потне злочинців.&lt;br /&gt;</w:t>
        <w:br/>
        <w:t>Тамора Державцю мій, коханий Сатурніне,&lt;br /&gt;</w:t>
        <w:br/>
        <w:t>Володарю життя й думок моїх,&lt;br /&gt;</w:t>
        <w:br/>
        <w:t>Вгамуйся і пробач старого Тіта.&lt;br /&gt;</w:t>
        <w:br/>
        <w:t>Від горя справді став безумцем він,&lt;br /&gt;</w:t>
        <w:br/>
        <w:t>Синів утрата бідне серце крає.&lt;br /&gt;</w:t>
        <w:br/>
        <w:t>Не краще втішити його в печалі,&lt;br /&gt;</w:t>
        <w:br/>
        <w:t>Аніж пригнічувати будь-кого&lt;br /&gt;</w:t>
        <w:br/>
        <w:t>Лиш за образу?&lt;br /&gt;</w:t>
        <w:br/>
        <w:t>(Убік)&lt;br /&gt;</w:t>
        <w:br/>
        <w:t>Саме так повинна&lt;br /&gt;</w:t>
        <w:br/>
        <w:t>Це все тлумачити Тамора мудра.&lt;br /&gt;</w:t>
        <w:br/>
        <w:t>Тебе я, Тіте, вразила, і ти&lt;br /&gt;</w:t>
        <w:br/>
        <w:t>Спливаєш кров'ю. Як Арон не схибить,&lt;br /&gt;</w:t>
        <w:br/>
        <w:t>В безпеці ми — в порту упав наш якір.&lt;br /&gt;</w:t>
        <w:br/>
        <w:t>Входить блазень.&lt;br /&gt;</w:t>
        <w:br/>
        <w:t>Щось хочеш, хлопче, ти сказати нам?&lt;br /&gt;</w:t>
        <w:br/>
        <w:t>Блазень Начебто так, якщо імпиратель — це ви.&lt;br /&gt;</w:t>
        <w:br/>
        <w:t>Тамора Імператриця я, он імператор.&lt;br /&gt;</w:t>
        <w:br/>
        <w:t>Блазень Ось він. Бог і святий Стефан вітають тебе. Я при-&lt;br /&gt;</w:t>
        <w:br/>
        <w:t>ніс тобі листа і пару голубів.&lt;br /&gt;</w:t>
        <w:br/>
        <w:t>Сатурній читає листа.&lt;br /&gt;</w:t>
        <w:br/>
        <w:t>Сатурній Візьміть його і зараз же повісьте.&lt;br /&gt;</w:t>
        <w:br/>
        <w:t>Блазень Га? Скільки мені заплатять?&lt;br /&gt;</w:t>
        <w:br/>
        <w:t>Тамора Іди, тебе повісять.&lt;br /&gt;</w:t>
        <w:br/>
        <w:t>Блазень Повісять! Свята діво, хороший же кінець чекає&lt;br /&gt;</w:t>
        <w:br/>
        <w:t>на мою шию.&lt;br /&gt;</w:t>
        <w:br/>
        <w:t>(Виходить під вартою)&lt;br /&gt;</w:t>
        <w:br/>
        <w:t>Сатурній Безжалісні, жорстокі ці образи!&lt;br /&gt;</w:t>
        <w:br/>
        <w:t>Як хижу підлість стерпіти мені?&lt;br /&gt;</w:t>
        <w:br/>
        <w:t>Я добре знаю, звідки все це йде.&lt;br /&gt;</w:t>
        <w:br/>
        <w:t>Ні, не знесу! Хіба несправедливо&lt;br /&gt;</w:t>
        <w:br/>
        <w:t>Покарані його сини-убивці?&lt;br /&gt;</w:t>
        <w:br/>
        <w:t>Невже я тільки з примхи стратив їх?&lt;br /&gt;</w:t>
        <w:br/>
        <w:t>Йдіть, за волосся притягніть його,&lt;br /&gt;</w:t>
        <w:br/>
        <w:t>Хай не спиняють вас ні вік, ні титул.&lt;br /&gt;</w:t>
        <w:br/>
        <w:t>За глум такий кривавим катом стану.&lt;br /&gt;</w:t>
        <w:br/>
        <w:t>Мене безумець хитрий возвеличив&lt;br /&gt;</w:t>
        <w:br/>
        <w:t>В надії мною й Римом керувать!&lt;br /&gt;</w:t>
        <w:br/>
        <w:t>Входить Емілій.&lt;br /&gt;</w:t>
        <w:br/>
        <w:t>Які, Емілію, новини?&lt;br /&gt;</w:t>
        <w:br/>
        <w:t>Емілій До зброї всі! У небезпеці Рим.&lt;br /&gt;</w:t>
        <w:br/>
        <w:t>Зібрали готи рать — велику силу&lt;br /&gt;</w:t>
        <w:br/>
        <w:t>Молодиків, до грабежу охочих;&lt;br /&gt;</w:t>
        <w:br/>
        <w:t>їх Луцій, син Андроніка старого,&lt;br /&gt;</w:t>
        <w:br/>
        <w:t>Веде сюди, погрожує помститись&lt;br /&gt;</w:t>
        <w:br/>
        <w:t>Усім нам так, як давньої пори&lt;br /&gt;</w:t>
        <w:br/>
        <w:t>Помстився Римові Коріолан.&lt;br /&gt;</w:t>
        <w:br/>
        <w:t>Сатурній Веде сюди відважний Луцій готів?&lt;br /&gt;</w:t>
        <w:br/>
        <w:t>Гнітюча вість. Я голову схиляю,&lt;br /&gt;</w:t>
        <w:br/>
        <w:t>Мов квітка на морозі, мов трава,&lt;br /&gt;</w:t>
        <w:br/>
        <w:t>Яку буран прим'яв. Це лиш початок&lt;br /&gt;</w:t>
        <w:br/>
        <w:t>Нещасть. Його простолюд надто любить.&lt;br /&gt;</w:t>
        <w:br/>
        <w:t>Блукаючи таємно, чув я сам&lt;br /&gt;</w:t>
        <w:br/>
        <w:t>Не раз про те, що буцімто безвинно&lt;br /&gt;</w:t>
        <w:br/>
        <w:t>Був Луцій вигнаний. Вони б хотіли,&lt;br /&gt;</w:t>
        <w:br/>
        <w:t>Щоб імператором у них був Луцій.&lt;br /&gt;</w:t>
        <w:br/>
        <w:t>Тамора Чого боятись? Не міцні в нас мури?&lt;br /&gt;</w:t>
        <w:br/>
        <w:t>Сатурнія Міцні. Та Луцій в городян у шані:&lt;br /&gt;</w:t>
        <w:br/>
        <w:t>Повстануть і підтримають його.&lt;br /&gt;</w:t>
        <w:br/>
        <w:t>Тамора Хай будуть імені державця гідні&lt;br /&gt;</w:t>
        <w:br/>
        <w:t>Твої думки. Мошва не тьмарить сонця,&lt;br /&gt;</w:t>
        <w:br/>
        <w:t>Орел дає малим пташкам співати,&lt;br /&gt;</w:t>
        <w:br/>
        <w:t>До їхніх намірів цілком байдужий;&lt;br /&gt;</w:t>
        <w:br/>
        <w:t>Він, як захоче, тінню крил майне&lt;br /&gt;</w:t>
        <w:br/>
        <w:t>І вмить припинить всяке щебетання.&lt;br /&gt;</w:t>
        <w:br/>
        <w:t>Й тебе хай не хвилюють баламути!&lt;br /&gt;</w:t>
        <w:br/>
        <w:t>Розвесели свій дух і знай, державцю:&lt;br /&gt;</w:t>
        <w:br/>
        <w:t>Я пильність Тітову присплю словами&lt;br /&gt;</w:t>
        <w:br/>
        <w:t>Підступними, немов живець для риби&lt;br /&gt;</w:t>
        <w:br/>
        <w:t>Чи конюшина свіжа для вівці.&lt;br /&gt;</w:t>
        <w:br/>
        <w:t>Одну гачок поранить гострий, другу&lt;br /&gt;</w:t>
        <w:br/>
        <w:t>Солодка їжа може отруїти.&lt;br /&gt;</w:t>
        <w:br/>
        <w:t>Сатурній За нас не буде він просити сина.&lt;br /&gt;</w:t>
        <w:br/>
        <w:t>Тамора Коли Тамора схоче, то попросить.&lt;br /&gt;</w:t>
        <w:br/>
        <w:t>Наповню щедро я старечі вуха&lt;br /&gt;</w:t>
        <w:br/>
        <w:t>Обіцянками золотими. Навіть&lt;br /&gt;</w:t>
        <w:br/>
        <w:t>Оглухлі вуха й неприступне серце&lt;br /&gt;</w:t>
        <w:br/>
        <w:t>Зуміє підкорити мій язик.&lt;br /&gt;</w:t>
        <w:br/>
        <w:t>(До Емілія)&lt;br /&gt;</w:t>
        <w:br/>
        <w:t>Отож іди і нашим будь послом,&lt;br /&gt;</w:t>
        <w:br/>
        <w:t>Скажи, що цезар хоче розпочати&lt;br /&gt;</w:t>
        <w:br/>
        <w:t>Переговори з Луцієм. Обрав&lt;br /&gt;</w:t>
        <w:br/>
        <w:t>Для зустрічі він дім старого Тіта.&lt;br /&gt;</w:t>
        <w:br/>
        <w:t>Сатурній Доручення це виконай належно.&lt;br /&gt;</w:t>
        <w:br/>
        <w:t>Заручників захоче для безпеки —&lt;br /&gt;</w:t>
        <w:br/>
        <w:t>Нехай кого завгодно вибирає.&lt;br /&gt;</w:t>
        <w:br/>
        <w:t>Емілій Охоче виконаю ваш наказ.&lt;br /&gt;</w:t>
        <w:br/>
        <w:t>(Виходить)&lt;br /&gt;</w:t>
        <w:br/>
        <w:t>Тамора Тепер я до Андроніка піду,&lt;br /&gt;</w:t>
        <w:br/>
        <w:t>Так обкручу його, що допоможе&lt;br /&gt;</w:t>
        <w:br/>
        <w:t>Нам відвернути Луція від готів.&lt;br /&gt;</w:t>
        <w:br/>
        <w:t>Коханий мій державцю, звеселися,&lt;br /&gt;</w:t>
        <w:br/>
        <w:t>Сховай свій страх у хитрощах моїх.&lt;br /&gt;</w:t>
        <w:br/>
        <w:t>Сатурній Іди ж негайно та його вблагай.&lt;br /&gt;</w:t>
        <w:br/>
        <w:t>Виходять.</w:t>
      </w:r>
    </w:p>
    <w:p>
      <w:r>
        <w:br/>
        <w:t>ДІЯ П'ЯТА&lt;br /&gt;</w:t>
        <w:br/>
        <w:t>СЦЕНА 1&lt;br /&gt;</w:t>
        <w:br/>
        <w:t>Рівнина поблизу Рима.&lt;br /&gt;</w:t>
        <w:br/>
        <w:t>Входять із барабанами й знаменами Луцій і готи.&lt;br /&gt;</w:t>
        <w:br/>
        <w:t>Луцій Надійні воїни і вірні друзі!&lt;br /&gt;</w:t>
        <w:br/>
        <w:t>Великий Рим листи мені прислав&lt;br /&gt;</w:t>
        <w:br/>
        <w:t>Про те, як там ненавидять тирана&lt;br /&gt;</w:t>
        <w:br/>
        <w:t>І як нас дожидають нетерпляче.&lt;br /&gt;</w:t>
        <w:br/>
        <w:t>Тож гідні будьте величі своєї,&lt;br /&gt;</w:t>
        <w:br/>
        <w:t>Нікого не щадіть і не прощайте.&lt;br /&gt;</w:t>
        <w:br/>
        <w:t>За кривди всі, яких завдав вам Рим,&lt;br /&gt;</w:t>
        <w:br/>
        <w:t>Потрійно ви сьогодні відплатіть.&lt;br /&gt;</w:t>
        <w:br/>
        <w:t>1-й гот Хоробрий паростку звитяжця Тіта,&lt;br /&gt;</w:t>
        <w:br/>
        <w:t>Чиє ім'я страхало всіх, а нині&lt;br /&gt;</w:t>
        <w:br/>
        <w:t>Втішає нас, чиє геройство славне&lt;br /&gt;</w:t>
        <w:br/>
        <w:t>Невдячний Рим зневажив нерозумно!&lt;br /&gt;</w:t>
        <w:br/>
        <w:t>За нас будь певен: всюди за тобою&lt;br /&gt;</w:t>
        <w:br/>
        <w:t>Полетимо, немов у день жаркий&lt;br /&gt;</w:t>
        <w:br/>
        <w:t>За маткою в поля кусючі бджоли,&lt;br /&gt;</w:t>
        <w:br/>
        <w:t>Й відплатимо за все Таморі клятій.&lt;br /&gt;</w:t>
        <w:br/>
        <w:t>Готи Що він сказав, те кажемо і ми.&lt;br /&gt;</w:t>
        <w:br/>
        <w:t>Луцій Я щиро дякую тобі і всім вам.&lt;br /&gt;</w:t>
        <w:br/>
        <w:t>Кого веде сюди цей дужий гот?&lt;br /&gt;</w:t>
        <w:br/>
        <w:t>Входить гот, ведучи Арона з немовлям на руках.&lt;br /&gt;</w:t>
        <w:br/>
        <w:t>2-й гот На хвилю я від війська відійшов&lt;br /&gt;</w:t>
        <w:br/>
        <w:t>Оглянути руїни монастирські,&lt;br /&gt;</w:t>
        <w:br/>
        <w:t>Але не встиг спинити погляд пильний&lt;br /&gt;</w:t>
        <w:br/>
        <w:t>На цій давно занедбаній будівлі,&lt;br /&gt;</w:t>
        <w:br/>
        <w:t>Як з-під стіни почувся плач дитини.&lt;br /&gt;</w:t>
        <w:br/>
        <w:t>Я кинувся туди й таке побачив —&lt;br /&gt;</w:t>
        <w:br/>
        <w:t>Хтось гамував дитя і говорив:&lt;br /&gt;</w:t>
        <w:br/>
        <w:t>"Цить, шибенику смаглий: колір твій&lt;br /&gt;</w:t>
        <w:br/>
        <w:t>Виказує, чиє створіння ти.&lt;br /&gt;</w:t>
        <w:br/>
        <w:t>Якби на матір схожий був, то міг би,&lt;br /&gt;</w:t>
        <w:br/>
        <w:t>Негіднику малий, державцем стати.&lt;br /&gt;</w:t>
        <w:br/>
        <w:t>Але якщо корова і бугай&lt;br /&gt;</w:t>
        <w:br/>
        <w:t>Молочно-білі, в них теля ніколи&lt;br /&gt;</w:t>
        <w:br/>
        <w:t>Не буде чорним. Цить! — провадив далі.-&lt;br /&gt;</w:t>
        <w:br/>
        <w:t>Я готу вірному тебе віддам.&lt;br /&gt;</w:t>
        <w:br/>
        <w:t>Дізнавшися, що ти дитя цариці,&lt;br /&gt;</w:t>
        <w:br/>
        <w:t>Як рідного, тебе пригорне він".&lt;br /&gt;</w:t>
        <w:br/>
        <w:t>Добувши меч, до нього я метнувсь,&lt;br /&gt;</w:t>
        <w:br/>
        <w:t>Напав зненацька і привів сюди,&lt;br /&gt;</w:t>
        <w:br/>
        <w:t>Щоб тут належно повелися з ним.&lt;br /&gt;</w:t>
        <w:br/>
        <w:t>Луцій Достойний готе, це — живий диявол,&lt;br /&gt;</w:t>
        <w:br/>
        <w:t>Це він відтяв Андронікову руку.&lt;br /&gt;</w:t>
        <w:br/>
        <w:t>Цей перл імператрицю вашу тішив,&lt;br /&gt;</w:t>
        <w:br/>
        <w:t>А це — їх пристрасті ганебний плід.&lt;br /&gt;</w:t>
        <w:br/>
        <w:t>То де ти мав сховати, вирлоокий,&lt;br /&gt;</w:t>
        <w:br/>
        <w:t>Подобу вражої своєї пики?&lt;br /&gt;</w:t>
        <w:br/>
        <w:t>Чого мовчиш? Ти що, оглух? Ні слова?&lt;br /&gt;</w:t>
        <w:br/>
        <w:t>Повісьте мавра на оцей сучок,&lt;br /&gt;</w:t>
        <w:br/>
        <w:t>А поруч хай повисне байстрючок.&lt;br /&gt;</w:t>
        <w:br/>
        <w:t>Арон Не руш його! Бо царська в нього кров.&lt;br /&gt;</w:t>
        <w:br/>
        <w:t>Луцій Поганий плід — у батька весь пішов.&lt;br /&gt;</w:t>
        <w:br/>
        <w:t>Дитя повісьте першим. Батько ж хай&lt;br /&gt;</w:t>
        <w:br/>
        <w:t>Побачить, як синочку прийде край.&lt;br /&gt;</w:t>
        <w:br/>
        <w:t>Драбину!&lt;br /&gt;</w:t>
        <w:br/>
        <w:t>Приносять драбину, на яку змушують лізти Арона.&lt;br /&gt;</w:t>
        <w:br/>
        <w:t>Арон Пожалій дитя, прошу!&lt;br /&gt;</w:t>
        <w:br/>
        <w:t>Імператриці відішли його.&lt;br /&gt;</w:t>
        <w:br/>
        <w:t>Як зробиш це — відкрию таємницю,&lt;br /&gt;</w:t>
        <w:br/>
        <w:t>Яка тобі в пригоді має стати.&lt;br /&gt;</w:t>
        <w:br/>
        <w:t>Як ні — мовчу. Хай буде те, що буде.&lt;br /&gt;</w:t>
        <w:br/>
        <w:t>А вас хай люта помста не забуде.&lt;br /&gt;</w:t>
        <w:br/>
        <w:t>Луцій Кажи. Коли мене задовольниш,&lt;br /&gt;</w:t>
        <w:br/>
        <w:t>Він житиме. Про нього я подбаю.&lt;br /&gt;</w:t>
        <w:br/>
        <w:t>Арон Будь певен, я тебе задовольню!&lt;br /&gt;</w:t>
        <w:br/>
        <w:t>Мої слова твою покрають душу,&lt;br /&gt;</w:t>
        <w:br/>
        <w:t>Вони — про ґвалтування й різанину,&lt;br /&gt;</w:t>
        <w:br/>
        <w:t>Нічні злочинства, підступи огидні,&lt;br /&gt;</w:t>
        <w:br/>
        <w:t>Ганебні змови, зрадництва, про зло&lt;br /&gt;</w:t>
        <w:br/>
        <w:t>Таке, що й чути болісно про нього.&lt;br /&gt;</w:t>
        <w:br/>
        <w:t>Це все з собою заберу в могилу,&lt;br /&gt;</w:t>
        <w:br/>
        <w:t>Якщо живим не лишиться дитя.&lt;br /&gt;</w:t>
        <w:br/>
        <w:t>Луцій Кажи — залишиться живим дитя.&lt;br /&gt;</w:t>
        <w:br/>
        <w:t>Арон Клянись, що житиме. Тоді почну.&lt;br /&gt;</w:t>
        <w:br/>
        <w:t>Луцій Ким поклястись? Не віриш ти в богів,&lt;br /&gt;</w:t>
        <w:br/>
        <w:t>То як же ти моїй повіриш клятві?&lt;br /&gt;</w:t>
        <w:br/>
        <w:t>Арон Що з того, що не вірю? Знаю я&lt;br /&gt;</w:t>
        <w:br/>
        <w:t>Однак, що ти побожний чоловік,&lt;br /&gt;</w:t>
        <w:br/>
        <w:t>Тобі властиве те, що зветься совість;&lt;br /&gt;</w:t>
        <w:br/>
        <w:t>Попівських вигадок та церемоній&lt;br /&gt;</w:t>
        <w:br/>
        <w:t>Дотримуєшся пильно ти, я бачив.&lt;br /&gt;</w:t>
        <w:br/>
        <w:t>Тож поклянись.&lt;br /&gt;</w:t>
        <w:br/>
        <w:t>(Убік)&lt;br /&gt;</w:t>
        <w:br/>
        <w:t>Чудово знаю й те,&lt;br /&gt;</w:t>
        <w:br/>
        <w:t>Що дурень забавку за бога має.&lt;br /&gt;</w:t>
        <w:br/>
        <w:t>Додержить він обітниці, якої&lt;br /&gt;</w:t>
        <w:br/>
        <w:t>Від нього вимагаю.&lt;br /&gt;</w:t>
        <w:br/>
        <w:t>(Вголос) і&lt;br /&gt;</w:t>
        <w:br/>
        <w:t>Тож клянись&lt;br /&gt;</w:t>
        <w:br/>
        <w:t>Тим самим богом, хто б не був той бог,&lt;br /&gt;</w:t>
        <w:br/>
        <w:t>Перед яким схиляєшся в шанобі,&lt;br /&gt;</w:t>
        <w:br/>
        <w:t>Дитину врятувати й прихистити,&lt;br /&gt;</w:t>
        <w:br/>
        <w:t>Інакше я нічого не відкрию.&lt;br /&gt;</w:t>
        <w:br/>
        <w:t>Луцій Клянуся богом: буде так, як хочеш.&lt;br /&gt;</w:t>
        <w:br/>
        <w:t>Арон йому Тамора мати, батько — я.&lt;br /&gt;</w:t>
        <w:br/>
        <w:t>Луцій її розпусна хіть не знає меж!&lt;br /&gt;</w:t>
        <w:br/>
        <w:t>Арон О Луцію! Це справжня доброчинність&lt;br /&gt;</w:t>
        <w:br/>
        <w:t>Супроти того, що скажу я ще.&lt;br /&gt;</w:t>
        <w:br/>
        <w:t>її сини убили Бассіана,&lt;br /&gt;</w:t>
        <w:br/>
        <w:t>Твою сестру збезчестили, язик&lt;br /&gt;</w:t>
        <w:br/>
        <w:t>їй вирвали і руки відрубали —&lt;br /&gt;</w:t>
        <w:br/>
        <w:t>Отак вони її причепурили.&lt;br /&gt;</w:t>
        <w:br/>
        <w:t>Луцій Мерзотнику! Причепурили, кажеш?&lt;br /&gt;</w:t>
        <w:br/>
        <w:t>Арон О так, її умили й прикрасили —&lt;br /&gt;</w:t>
        <w:br/>
        <w:t>Забава для обох була чудова.&lt;br /&gt;</w:t>
        <w:br/>
        <w:t>Луцій О хижі варвари, такі ж, як ти!&lt;br /&gt;</w:t>
        <w:br/>
        <w:t>Арон Це правда, я поради їм давав,&lt;br /&gt;</w:t>
        <w:br/>
        <w:t>А мати хтивим духом наділила:&lt;br /&gt;</w:t>
        <w:br/>
        <w:t>Так певна карта ставку виграє.&lt;br /&gt;</w:t>
        <w:br/>
        <w:t>А кровожерливість у них від мене:&lt;br /&gt;</w:t>
        <w:br/>
        <w:t>Так пес хапає ворога за горло.&lt;br /&gt;</w:t>
        <w:br/>
        <w:t>Чого я вартий — хай діла покажуть:&lt;br /&gt;</w:t>
        <w:br/>
        <w:t>Твоїх братів до ями я привів,&lt;br /&gt;</w:t>
        <w:br/>
        <w:t>Де Бассіан скривавлений лежав;&lt;br /&gt;</w:t>
        <w:br/>
        <w:t>Я написав листа, якого Тіт&lt;br /&gt;</w:t>
        <w:br/>
        <w:t>Знайшов у лісі, я сховав там скарб,&lt;br /&gt;</w:t>
        <w:br/>
        <w:t>З Таморою й дітьми уклавши спілку.&lt;br /&gt;</w:t>
        <w:br/>
        <w:t>Хіба зробилося тобі на лихо&lt;br /&gt;</w:t>
        <w:br/>
        <w:t>Хоч щось, до чого б не доклав я рук?&lt;br /&gt;</w:t>
        <w:br/>
        <w:t>Підступно Тіту руку я відтяв,&lt;br /&gt;</w:t>
        <w:br/>
        <w:t>Вас ошукав, а потім відійшов,&lt;br /&gt;</w:t>
        <w:br/>
        <w:t>І серце ледь не луснуло від сміху.&lt;br /&gt;</w:t>
        <w:br/>
        <w:t>Я підглядав крізь шпарочку в стіні,&lt;br /&gt;</w:t>
        <w:br/>
        <w:t>Як він одержав голови синів,&lt;br /&gt;</w:t>
        <w:br/>
        <w:t>Як він ридав,— я реготав так сильно,&lt;br /&gt;</w:t>
        <w:br/>
        <w:t>Що умивався, як і він, слізьми.&lt;br /&gt;</w:t>
        <w:br/>
        <w:t>Коли я розповів про цю розвагу&lt;br /&gt;</w:t>
        <w:br/>
        <w:t>Таморі, в захваті вона була&lt;br /&gt;</w:t>
        <w:br/>
        <w:t>І двадцять раз мене поцілувала.&lt;br /&gt;</w:t>
        <w:br/>
        <w:t>Гот Говорячи про це, не червонієш?&lt;br /&gt;</w:t>
        <w:br/>
        <w:t>Арон Так, як у приказці: мов чорний пес.&lt;br /&gt;</w:t>
        <w:br/>
        <w:t>Луцій Не жаль тобі, що ти таке робив?&lt;br /&gt;</w:t>
        <w:br/>
        <w:t>Арон Жаль, що не встиг зробити значно більше.&lt;br /&gt;</w:t>
        <w:br/>
        <w:t>І нині проклинаю кожен день&lt;br /&gt;</w:t>
        <w:br/>
        <w:t>(Хоч небагато днів таких було),&lt;br /&gt;</w:t>
        <w:br/>
        <w:t>Коли не вкоїв хоч якогось лиха:&lt;br /&gt;</w:t>
        <w:br/>
        <w:t>Не вбив кого чи вбивства не задумав,&lt;br /&gt;</w:t>
        <w:br/>
        <w:t>Не зґвалтував чи не сприяв насильству,&lt;br /&gt;</w:t>
        <w:br/>
        <w:t>Не звинуватив марно, не посіяв&lt;br /&gt;</w:t>
        <w:br/>
        <w:t>Смертельної між друзів ворожнечі,&lt;br /&gt;</w:t>
        <w:br/>
        <w:t>Не попсував скотини бідняку,&lt;br /&gt;</w:t>
        <w:br/>
        <w:t>Стодоли чи хліва не підпалив,&lt;br /&gt;</w:t>
        <w:br/>
        <w:t>Аби слізьми гасили хазяї.&lt;br /&gt;</w:t>
        <w:br/>
        <w:t>Я часто трупи виривав з могил,&lt;br /&gt;</w:t>
        <w:br/>
        <w:t>Перед дверима друзів ставив їх,&lt;br /&gt;</w:t>
        <w:br/>
        <w:t>Як ті про горе майже забували;&lt;br /&gt;</w:t>
        <w:br/>
        <w:t>На шкірі трупа, мовби на корі,&lt;br /&gt;</w:t>
        <w:br/>
        <w:t>Я вирізав ножем такі слова:&lt;br /&gt;</w:t>
        <w:br/>
        <w:t>"Хай туга не вмира, хоч я помер".&lt;br /&gt;</w:t>
        <w:br/>
        <w:t>Я тисячі паскудств устиг вчинити,&lt;br /&gt;</w:t>
        <w:br/>
        <w:t>Так хвацько їх робив, як чавлять мух,&lt;br /&gt;</w:t>
        <w:br/>
        <w:t>Але ніщо так серця не гнітить,&lt;br /&gt;</w:t>
        <w:br/>
        <w:t>Як те, що не вчиню ще тисяч сто їх.&lt;br /&gt;</w:t>
        <w:br/>
        <w:t>Луцій Спускайте чорта; вмерти не повинен&lt;br /&gt;</w:t>
        <w:br/>
        <w:t>Раптовою легкою смертю він.&lt;br /&gt;</w:t>
        <w:br/>
        <w:t>Арон Як є чорти, хотів би чортом бути,&lt;br /&gt;</w:t>
        <w:br/>
        <w:t>Щоб жити і горіть в огні незгаснім,&lt;br /&gt;</w:t>
        <w:br/>
        <w:t>Щйб ваше товариство в пеклі мати&lt;br /&gt;</w:t>
        <w:br/>
        <w:t>И болюче мордувати досхочу!&lt;br /&gt;</w:t>
        <w:br/>
        <w:t>Луцій Заткніть чортячу пельку, хай мовчить.&lt;br /&gt;</w:t>
        <w:br/>
        <w:t>Входить гот.&lt;br /&gt;</w:t>
        <w:br/>
        <w:t>Гот До нас прибув із Рима посланець,&lt;br /&gt;</w:t>
        <w:br/>
        <w:t>З тобою хоче стрітися негайно.&lt;br /&gt;</w:t>
        <w:br/>
        <w:t>Луцій Нехай заходить.&lt;br /&gt;</w:t>
        <w:br/>
        <w:t>Входить Емілій. *&lt;br /&gt;</w:t>
        <w:br/>
        <w:t>Привіт, Емілію! Які новини?&lt;br /&gt;</w:t>
        <w:br/>
        <w:t>Емілій Шановний Лущю, достойні готи!&lt;br /&gt;</w:t>
        <w:br/>
        <w:t>Вам римський імператор шле вітання,&lt;br /&gt;</w:t>
        <w:br/>
        <w:t>А що йдете ви збройно — хоче він&lt;br /&gt;</w:t>
        <w:br/>
        <w:t>Здійснить переговори в домі Тіта.&lt;br /&gt;</w:t>
        <w:br/>
        <w:t>Якщо заручники потрібні вам,&lt;br /&gt;</w:t>
        <w:br/>
        <w:t>Вони до вас прибудуть незабаром.&lt;br /&gt;</w:t>
        <w:br/>
        <w:t>1-й гот Що скаже полководець?&lt;br /&gt;</w:t>
        <w:br/>
        <w:t>Луцій Заручників хай імператор дасть&lt;br /&gt;</w:t>
        <w:br/>
        <w:t>Моєму батькові та дядьку Марку.&lt;br /&gt;</w:t>
        <w:br/>
        <w:t>Ми прийдемо. Рушаймо!&lt;br /&gt;</w:t>
        <w:br/>
        <w:t>Виходять.&lt;br /&gt;</w:t>
        <w:br/>
        <w:t>СЦЕНА 2&lt;br /&gt;</w:t>
        <w:br/>
        <w:t>Рим. Перед будинком Тіта.&lt;br /&gt;</w:t>
        <w:br/>
        <w:t>Входять переодягнені Тамора, Хірон і Деметрій.&lt;br /&gt;</w:t>
        <w:br/>
        <w:t>Тамора В похмурому та дивному вбранні&lt;br /&gt;</w:t>
        <w:br/>
        <w:t>З'явлюсь раптово перед Тітом я.&lt;br /&gt;</w:t>
        <w:br/>
        <w:t>Скажу: я, пеклом послана відплата,&lt;br /&gt;</w:t>
        <w:br/>
        <w:t>З ним спільно покараю ворогів.&lt;br /&gt;</w:t>
        <w:br/>
        <w:t>Постукайте, де, кажуть, він сидить,&lt;br /&gt;</w:t>
        <w:br/>
        <w:t>Нечувану вигадуючи помсту,&lt;br /&gt;</w:t>
        <w:br/>
        <w:t>І поясніть йому — прийшла Відплата&lt;br /&gt;</w:t>
        <w:br/>
        <w:t>Допомогти за кривди розквитатись.&lt;br /&gt;</w:t>
        <w:br/>
        <w:t>Стукають.&lt;br /&gt;</w:t>
        <w:br/>
        <w:t>Тіт відчиняє двері.&lt;br /&gt;</w:t>
        <w:br/>
        <w:t>Тіт Хто потривожив роздуми мої?&lt;br /&gt;</w:t>
        <w:br/>
        <w:t>Це витівка, щоб відчинив я двері&lt;br /&gt;</w:t>
        <w:br/>
        <w:t>Й геть вилетіли замисли сумні,&lt;br /&gt;</w:t>
        <w:br/>
        <w:t>Й звелися нанівець мої старання?&lt;br /&gt;</w:t>
        <w:br/>
        <w:t>Ні, марнг*хитрощі: все, що задумав,&lt;br /&gt;</w:t>
        <w:br/>
        <w:t>Погляньте, кров'ю написав своєю&lt;br /&gt;</w:t>
        <w:br/>
        <w:t>І те, що тут написано, здійсню.&lt;br /&gt;</w:t>
        <w:br/>
        <w:t>Тамора Прийшла до тебе я поговорити.&lt;br /&gt;</w:t>
        <w:br/>
        <w:t>Тіт Ні слова. Чим я мову увиразню,&lt;br /&gt;</w:t>
        <w:br/>
        <w:t>Коли руки позбавлений? Тобі&lt;br /&gt;</w:t>
        <w:br/>
        <w:t>Нерівня я. Тому прошу, помовч.&lt;br /&gt;</w:t>
        <w:br/>
        <w:t>Тамора Мене пізнавши, так би не казав,&lt;br /&gt;</w:t>
        <w:br/>
        <w:t>Тіт Не збожеволів я: впізнав тебе,&lt;br /&gt;</w:t>
        <w:br/>
        <w:t>Засвідчують обрубок цей і кров,&lt;br /&gt;</w:t>
        <w:br/>
        <w:t>Засвідчують мої стражденні зморшки,&lt;br /&gt;</w:t>
        <w:br/>
        <w:t>Засвідчують день лютий, ніч нестерпна,&lt;br /&gt;</w:t>
        <w:br/>
        <w:t>Засвідчують печалі, що тебе&lt;br /&gt;</w:t>
        <w:br/>
        <w:t>Я добре знаю: ти імператриця.&lt;br /&gt;</w:t>
        <w:br/>
        <w:t>Чи не по другу руку ти прийшла?&lt;br /&gt;</w:t>
        <w:br/>
        <w:t>Тамора Знай, страднику: я не імператриця.&lt;br /&gt;</w:t>
        <w:br/>
        <w:t>Вона твій ворог, я — твій щирий друг,&lt;br /&gt;</w:t>
        <w:br/>
        <w:t>Пекельним царством послана Відплата,&lt;br /&gt;</w:t>
        <w:br/>
        <w:t>І хочу, щоб шуліка дум твоїх&lt;br /&gt;</w:t>
        <w:br/>
        <w:t>Лишив тебе і недругів терзав.&lt;br /&gt;</w:t>
        <w:br/>
        <w:t>Спустись, вітай мене на цьому світі,&lt;br /&gt;</w:t>
        <w:br/>
        <w:t>Порадьмося про вбивство і про смерть.&lt;br /&gt;</w:t>
        <w:br/>
        <w:t>Нема такої схованки, печери,&lt;br /&gt;</w:t>
        <w:br/>
        <w:t>Пітьми глухої, млистої долини,&lt;br /&gt;</w:t>
        <w:br/>
        <w:t>Де б заховалося криваве вбивство,&lt;br /&gt;</w:t>
        <w:br/>
        <w:t>Гидке насильство,— скрізь їх віднайду&lt;br /&gt;</w:t>
        <w:br/>
        <w:t>й жаске ім'я прошепочу: Відплата!&lt;br /&gt;</w:t>
        <w:br/>
        <w:t>Його почувши, кривдники тремтять.&lt;br /&gt;</w:t>
        <w:br/>
        <w:t>Тіт То ти Відплата? Й послано тебе&lt;br /&gt;</w:t>
        <w:br/>
        <w:t>Терзати лютих ворогів моїх?&lt;br /&gt;</w:t>
        <w:br/>
        <w:t>Тамора Так! Тож зійди і привітай мене.&lt;br /&gt;</w:t>
        <w:br/>
        <w:t>Тіт Спочатку послугу мені зроби.&lt;br /&gt;</w:t>
        <w:br/>
        <w:t>З тобою тут Убивство і Насильство.&lt;br /&gt;</w:t>
        <w:br/>
        <w:t>Тож доведи, що ти Відплата,— їх&lt;br /&gt;</w:t>
        <w:br/>
        <w:t>Потни чи колісницею зімни,&lt;br /&gt;</w:t>
        <w:br/>
        <w:t>Тоді прийду й твоїм візничим стану.&lt;br /&gt;</w:t>
        <w:br/>
        <w:t>І полечу з тобою круг землі.&lt;br /&gt;</w:t>
        <w:br/>
        <w:t>Дістань ще прудконогих вороних,&lt;br /&gt;</w:t>
        <w:br/>
        <w:t>Щоб добре мчала помсти колісниця,&lt;br /&gt;</w:t>
        <w:br/>
        <w:t>Знаходячи негідників усюди;&lt;br /&gt;</w:t>
        <w:br/>
        <w:t>Як їхні голови її наповнять,&lt;br /&gt;</w:t>
        <w:br/>
        <w:t>Тоді зійду і поруч побіжу,&lt;br /&gt;</w:t>
        <w:br/>
        <w:t>Як пішаниця-раб, як скороход,-&lt;br /&gt;</w:t>
        <w:br/>
        <w:t>Від тої хвилі, як Гіперіон&lt;br /&gt;</w:t>
        <w:br/>
        <w:t>На сході з'явиться — і до тієї,&lt;br /&gt;</w:t>
        <w:br/>
        <w:t>Коли увечері потоне в морі.&lt;br /&gt;</w:t>
        <w:br/>
        <w:t>Так тяжко працюватиму щодня.&lt;br /&gt;</w:t>
        <w:br/>
        <w:t>Чи знищиш ти Убивство і Насильство?&lt;br /&gt;</w:t>
        <w:br/>
        <w:t>Тамора Мої це слуги, скрізь вони зі мною.&lt;br /&gt;</w:t>
        <w:br/>
        <w:t>Тіт Твої це слуги? Але ж як їх звуть?&lt;br /&gt;</w:t>
        <w:br/>
        <w:t>Тамора Убивство і Насильство — так їх звуть&lt;br /&gt;</w:t>
        <w:br/>
        <w:t>За те, що кривдників таких карають.&lt;br /&gt;</w:t>
        <w:br/>
        <w:t>Тіт Як схожі на синів імператриці!&lt;br /&gt;</w:t>
        <w:br/>
        <w:t>А ти — на неї! Люди ми земні,&lt;br /&gt;</w:t>
        <w:br/>
        <w:t>Нікчемний та оманливий наш зір.&lt;br /&gt;</w:t>
        <w:br/>
        <w:t>Іду до тебе я, Відплато світла!&lt;br /&gt;</w:t>
        <w:br/>
        <w:t>Як вдовольнить тебе одна рука,&lt;br /&gt;</w:t>
        <w:br/>
        <w:t>Тебе негайно нею обійму.&lt;br /&gt;</w:t>
        <w:br/>
        <w:t>Тіт нагорі виходить.&lt;br /&gt;</w:t>
        <w:br/>
        <w:t>Тамора Цілком до речі нам це божевілля:&lt;br /&gt;</w:t>
        <w:br/>
        <w:t>Надалі, що б йому я не казала,&lt;br /&gt;</w:t>
        <w:br/>
        <w:t>Мене підтримаєте красномовством.&lt;br /&gt;</w:t>
        <w:br/>
        <w:t>Тепер мене він за Відплату має.&lt;br /&gt;</w:t>
        <w:br/>
        <w:t>Зміцнивши в нім цю божевільну думку,&lt;br /&gt;</w:t>
        <w:br/>
        <w:t>Його умовлю Луція покликать&lt;br /&gt;</w:t>
        <w:br/>
        <w:t>І, поки будемо бенкетувати,&lt;br /&gt;</w:t>
        <w:br/>
        <w:t>Я вигадаю хитрість незвичайну,-&lt;br /&gt;</w:t>
        <w:br/>
        <w:t>Щоб розігнати нерозважних готів&lt;br /&gt;</w:t>
        <w:br/>
        <w:t>Чи посварити з полководцем їх.&lt;br /&gt;</w:t>
        <w:br/>
        <w:t>Ось Тіт іде, я мушу грати роль.&lt;br /&gt;</w:t>
        <w:br/>
        <w:t>Входить Т і т.&lt;br /&gt;</w:t>
        <w:br/>
        <w:t>Тіт Я довго був нещасним через тебе.&lt;br /&gt;</w:t>
        <w:br/>
        <w:t>Заходь, страхітна, в мій скорботний дім!&lt;br /&gt;</w:t>
        <w:br/>
        <w:t>Ласкаво прошу, Вбивство та Насильство.&lt;br /&gt;</w:t>
        <w:br/>
        <w:t>Яка подібність до імператриці&lt;br /&gt;</w:t>
        <w:br/>
        <w:t>Й синів її! Бракує тільки мавра.&lt;br /&gt;</w:t>
        <w:br/>
        <w:t>Чи не було такого чорта в пеклі?&lt;br /&gt;</w:t>
        <w:br/>
        <w:t>Я добре знаю, що імператриця&lt;br /&gt;</w:t>
        <w:br/>
        <w:t>У супроводі мавра ходить скрізь,&lt;br /&gt;</w:t>
        <w:br/>
        <w:t>І, щоб її належно зобразити,&lt;br /&gt;</w:t>
        <w:br/>
        <w:t>Такого чорта мати необхідно.&lt;br /&gt;</w:t>
        <w:br/>
        <w:t>Але заходьте. Що робити будем?&lt;br /&gt;</w:t>
        <w:br/>
        <w:t>Тамора Те, що накажеш. Слухаєм тебе.&lt;br /&gt;</w:t>
        <w:br/>
        <w:t>Деметрій Убивцю покажіть — вмить розквитаюсь.&lt;br /&gt;</w:t>
        <w:br/>
        <w:t>Хірон Ви покажіть мені ґвалтівника,&lt;br /&gt;</w:t>
        <w:br/>
        <w:t>Моє покликання — його скарати.&lt;br /&gt;</w:t>
        <w:br/>
        <w:t>Тамора Я тисячі негідників таких&lt;br /&gt;</w:t>
        <w:br/>
        <w:t>Нещадно і жорстоко відплачу.&lt;br /&gt;</w:t>
        <w:br/>
        <w:t>Тіт Злочинні римські вулиці огляньте.&lt;br /&gt;</w:t>
        <w:br/>
        <w:t>Шановне Вбивство, двійника свого&lt;br /&gt;</w:t>
        <w:br/>
        <w:t>Побачиш — тни його, убивця він.&lt;br /&gt;</w:t>
        <w:br/>
        <w:t>Якщо тобі, Насильство, пощастить&lt;br /&gt;</w:t>
        <w:br/>
        <w:t>Знайти цілком подібного до себе,&lt;br /&gt;</w:t>
        <w:br/>
        <w:t>Рази його; він підлий ґвалтівник.&lt;br /&gt;</w:t>
        <w:br/>
        <w:t>Йди з ними. У дворі державнім стрінеш&lt;br /&gt;</w:t>
        <w:br/>
        <w:t>Імператрицю в супроводі мавра,-&lt;br /&gt;</w:t>
        <w:br/>
        <w:t>її впізнаєш: вся така ж, як ти,&lt;br /&gt;</w:t>
        <w:br/>
        <w:t>На тебе схожа з голови до п'ят,&lt;br /&gt;</w:t>
        <w:br/>
        <w:t>Благаю, смертю лютою скарай&lt;br /&gt;</w:t>
        <w:br/>
        <w:t>Обох,— вони нам лихо принесли.&lt;br /&gt;</w:t>
        <w:br/>
        <w:t>Тамора Все здійснимо. Ти добре нас навчив.&lt;br /&gt;</w:t>
        <w:br/>
        <w:t>Та будь ласкавий, Тіте, і пошли&lt;br /&gt;</w:t>
        <w:br/>
        <w:t>По Луція, свого звитяжця-сина:&lt;br /&gt;</w:t>
        <w:br/>
        <w:t>На Рим веде він войовничих готів.&lt;br /&gt;</w:t>
        <w:br/>
        <w:t>В твій дім хай завітає на бенкет,&lt;br /&gt;</w:t>
        <w:br/>
        <w:t>І, поки святкуватимете з ним,&lt;br /&gt;</w:t>
        <w:br/>
        <w:t>Я приведу Тамору і синів,&lt;br /&gt;</w:t>
        <w:br/>
        <w:t>І цезаря, всіх ворогів твоїх,-&lt;br /&gt;</w:t>
        <w:br/>
        <w:t>Нехай пощади просять на колінах,&lt;br /&gt;</w:t>
        <w:br/>
        <w:t>А ти як слід натішишся над ними.&lt;br /&gt;</w:t>
        <w:br/>
        <w:t>Що скаже Тіт про наміри такі?&lt;br /&gt;</w:t>
        <w:br/>
        <w:t>Тіт Мій брате Марку! йди сюди мерщій!&lt;br /&gt;</w:t>
        <w:br/>
        <w:t>Входить М а р к.&lt;br /&gt;</w:t>
        <w:br/>
        <w:t>Тебе до Луція послати хочу,&lt;br /&gt;</w:t>
        <w:br/>
        <w:t>Його між готів треба розшукати;&lt;br /&gt;</w:t>
        <w:br/>
        <w:t>Нехай до мене прийде і з собою&lt;br /&gt;</w:t>
        <w:br/>
        <w:t>Всіх найзначніших готів приведе,&lt;br /&gt;</w:t>
        <w:br/>
        <w:t>А воїнів хай в таборі залишить.&lt;br /&gt;</w:t>
        <w:br/>
        <w:t>Скажи, що імператор і Тамора&lt;br /&gt;</w:t>
        <w:br/>
        <w:t>Тут бенкетують і що мас він&lt;br /&gt;</w:t>
        <w:br/>
        <w:t>Бенкетувати з ними. Хай це зробить,&lt;br /&gt;</w:t>
        <w:br/>
        <w:t>Коли шанує батькове життя.&lt;br /&gt;</w:t>
        <w:br/>
        <w:t>Марк Я все зроблю й негайно повернусь.&lt;br /&gt;</w:t>
        <w:br/>
        <w:t>(Виходить)&lt;br /&gt;</w:t>
        <w:br/>
        <w:t>Тамора А я піду обіцяне здійснити,&lt;br /&gt;</w:t>
        <w:br/>
        <w:t>І слуги хай мої ідуть зі мною.&lt;br /&gt;</w:t>
        <w:br/>
        <w:t>Тіт Ні, хай вони зостануться зі мною,&lt;br /&gt;</w:t>
        <w:br/>
        <w:t>А ні — то брата поверну назад&lt;br /&gt;</w:t>
        <w:br/>
        <w:t>І помсту всю на Луція полишу.&lt;br /&gt;</w:t>
        <w:br/>
        <w:t>Тамора&lt;br /&gt;</w:t>
        <w:br/>
        <w:t>(стиха, до синів)&lt;br /&gt;</w:t>
        <w:br/>
        <w:t>Що скажете? Зостаньтесь, певно, з ним,&lt;br /&gt;</w:t>
        <w:br/>
        <w:t>А я до цезаря піду тим часом&lt;br /&gt;</w:t>
        <w:br/>
        <w:t>І розповім, що вдався жарт мені.&lt;br /&gt;</w:t>
        <w:br/>
        <w:t>Годіть йому, кажіть слова приємні,&lt;br /&gt;</w:t>
        <w:br/>
        <w:t>Всяк забавляйте, поки я вернусь.&lt;br /&gt;</w:t>
        <w:br/>
        <w:t>Тіт&lt;br /&gt;</w:t>
        <w:br/>
        <w:t>(убік)&lt;br /&gt;</w:t>
        <w:br/>
        <w:t>Я знаю їх, хоч їм здаюсь причинним.&lt;br /&gt;</w:t>
        <w:br/>
        <w:t>Самі себе поможуть обдурити&lt;br /&gt;</w:t>
        <w:br/>
        <w:t>Пекельні пси і їхня клята сука.&lt;br /&gt;</w:t>
        <w:br/>
        <w:t>Деметрій Нехай щастить! Ми лишимося тут.&lt;br /&gt;</w:t>
        <w:br/>
        <w:t>Тамора Прощай, Андроніку! Відплата йде —&lt;br /&gt;</w:t>
        <w:br/>
        <w:t>Для ворогів настане чорний день!&lt;br /&gt;</w:t>
        <w:br/>
        <w:t>Тіт Настане! Прощавай, Відплато мила!&lt;br /&gt;</w:t>
        <w:br/>
        <w:t>Тамора виходить.&lt;br /&gt;</w:t>
        <w:br/>
        <w:t>Хірон Скажи, старий, що маємо робити?&lt;br /&gt;</w:t>
        <w:br/>
        <w:t>Тіт Для вас роботи знайдеться доволі.&lt;br /&gt;</w:t>
        <w:br/>
        <w:t>Кай, Публій, Валентин! Сюди мерщій.&lt;br /&gt;</w:t>
        <w:br/>
        <w:t>Входять Кай, Публій і Валентин.&lt;br /&gt;</w:t>
        <w:br/>
        <w:t>Публій Що хочеш?&lt;br /&gt;</w:t>
        <w:br/>
        <w:t>Тіт Знаєш цих?&lt;br /&gt;</w:t>
        <w:br/>
        <w:t>Публій Сини Тамори.&lt;br /&gt;</w:t>
        <w:br/>
        <w:t>їх імена — Деметрій і Хірон.&lt;br /&gt;</w:t>
        <w:br/>
        <w:t>Тіт Тю, Публію! Ти дуже помилився.&lt;br /&gt;</w:t>
        <w:br/>
        <w:t>Вони Убивством та Насильством звуться,&lt;br /&gt;</w:t>
        <w:br/>
        <w:t>Тому в'яжи їх, Публію шановний;&lt;br /&gt;</w:t>
        <w:br/>
        <w:t>Скрутіть їм руки, Каю, Валентине.&lt;br /&gt;</w:t>
        <w:br/>
        <w:t>Цієї миті я давно чекав&lt;br /&gt;</w:t>
        <w:br/>
        <w:t>І дочекавсь. Міцніше ЇХ в'яжіть,&lt;br /&gt;</w:t>
        <w:br/>
        <w:t>Заткніть роти, якщо почнуть кричати.&lt;br /&gt;</w:t>
        <w:br/>
        <w:t>(Виходить)&lt;br /&gt;</w:t>
        <w:br/>
        <w:t>Хірон Не смійте! Ми сини імператриці.&lt;br /&gt;</w:t>
        <w:br/>
        <w:t>Публій Тому й виконуєм наказ. Роти&lt;br /&gt;</w:t>
        <w:br/>
        <w:t>Позатикайте їм, нехай мовчать.&lt;br /&gt;</w:t>
        <w:br/>
        <w:t>Він добре зв'язаний? В'яжіть міцніш!&lt;br /&gt;</w:t>
        <w:br/>
        <w:t>Входять Тіт із ножем в руках і Л а в і н і я з мискою.&lt;br /&gt;</w:t>
        <w:br/>
        <w:t>Тіт Глянь, доню, пов'язали ворогів.&lt;br /&gt;</w:t>
        <w:br/>
        <w:t>Роти позатикали? Хай мовчать&lt;br /&gt;</w:t>
        <w:br/>
        <w:t>Та слухають мої страшні слова.&lt;br /&gt;</w:t>
        <w:br/>
        <w:t>Негідники Деметрію й Хіроне!&lt;br /&gt;</w:t>
        <w:br/>
        <w:t>Ви скаламутили джерельну воду,&lt;br /&gt;</w:t>
        <w:br/>
        <w:t>Змішали літо красне й люту зиму,&lt;br /&gt;</w:t>
        <w:br/>
        <w:t>її убили мужа, а за це&lt;br /&gt;</w:t>
        <w:br/>
        <w:t>Безвинно страчено ЇЇ братів,&lt;br /&gt;</w:t>
        <w:br/>
        <w:t>Мене руки позбавили на глум,&lt;br /&gt;</w:t>
        <w:br/>
        <w:t>їй дві руки, язик і найдорожче —&lt;br /&gt;</w:t>
        <w:br/>
        <w:t>Жіночу цноту — знівечили хижо,&lt;br /&gt;</w:t>
        <w:br/>
        <w:t>Мерзотники, бездушні лиходії.&lt;br /&gt;</w:t>
        <w:br/>
        <w:t>Якби дозволив, що сказали б ви?&lt;br /&gt;</w:t>
        <w:br/>
        <w:t>Пощади б не наважились просити.&lt;br /&gt;</w:t>
        <w:br/>
        <w:t>То знайте ж, як вас мордувати буду.&lt;br /&gt;</w:t>
        <w:br/>
        <w:t>Рукою, що лишилася, протну&lt;br /&gt;</w:t>
        <w:br/>
        <w:t>Горлянки вам. Триматиме цю миску&lt;br /&gt;</w:t>
        <w:br/>
        <w:t>Дочка обрубками своїми. Кров&lt;br /&gt;</w:t>
        <w:br/>
        <w:t>У миску виціджу я з вас. Тамора&lt;br /&gt;</w:t>
        <w:br/>
        <w:t>Зі мною тут бенкетувати має,-&lt;br /&gt;</w:t>
        <w:br/>
        <w:t>Так ось: кістки на борошно змелю&lt;br /&gt;</w:t>
        <w:br/>
        <w:t>Й, зміщавши з кров'ю, приготую тісто,&lt;br /&gt;</w:t>
        <w:br/>
        <w:t>А з нього виліплю два пироги;&lt;br /&gt;</w:t>
        <w:br/>
        <w:t>Це для голів мерзенних дві труни.&lt;br /&gt;</w:t>
        <w:br/>
        <w:t>Нехай повія, мати ваша грішна,&lt;br /&gt;</w:t>
        <w:br/>
        <w:t>Ковтає власну плоть, немов земля.&lt;br /&gt;</w:t>
        <w:br/>
        <w:t>Я на такий бенкет її покликав,&lt;br /&gt;</w:t>
        <w:br/>
        <w:t>Щоб тут почастувати як належить.&lt;br /&gt;</w:t>
        <w:br/>
        <w:t>Дочку мою покривджено ще гірше,&lt;br /&gt;</w:t>
        <w:br/>
        <w:t>Ніж Філомелу,— гірше Прокни мщу.&lt;br /&gt;</w:t>
        <w:br/>
        <w:t>Готуйтеся! Лавініє, сюди:&lt;br /&gt;</w:t>
        <w:br/>
        <w:t>Збирати будеш кров. Коли сконають-&lt;br /&gt;</w:t>
        <w:br/>
        <w:t>Зітру на порох їхні кості кляті,&lt;br /&gt;</w:t>
        <w:br/>
        <w:t>З гидкою кров'ю мливо замішу&lt;br /&gt;</w:t>
        <w:br/>
        <w:t>І голови в це тісто запечу.&lt;br /&gt;</w:t>
        <w:br/>
        <w:t>(Перерізає їм горлянки)&lt;br /&gt;</w:t>
        <w:br/>
        <w:t>Ідіть усі, допоможіть мені&lt;br /&gt;</w:t>
        <w:br/>
        <w:t>Бенкет приготувати. Мусить бути&lt;br /&gt;</w:t>
        <w:br/>
        <w:t>Кривавіший він за бенкет кентаврів.&lt;br /&gt;</w:t>
        <w:br/>
        <w:t>Тягніть їх. Кухарем я буду сам,&lt;br /&gt;</w:t>
        <w:br/>
        <w:t>їх до приходу матері зготую.&lt;br /&gt;</w:t>
        <w:br/>
        <w:t>Виходять, несучи трупи.&lt;br /&gt;</w:t>
        <w:br/>
        <w:t>СЦЕНА З&lt;br /&gt;</w:t>
        <w:br/>
        <w:t>Там же. Павільйон. Накриті столи.&lt;br /&gt;</w:t>
        <w:br/>
        <w:t>Входять Луцій, Марк і готи з полоненим Ароном. Слуга несе&lt;br /&gt;</w:t>
        <w:br/>
        <w:t>Аронову дитину.&lt;br /&gt;</w:t>
        <w:br/>
        <w:t>Луцій Коли мій батько хоче, дядьку Марку,&lt;br /&gt;</w:t>
        <w:br/>
        <w:t>Щоб я прибув до Рима, я скоряюсь.&lt;br /&gt;</w:t>
        <w:br/>
        <w:t>1-й гот 3 тобою ми, що б доля не послала.&lt;br /&gt;</w:t>
        <w:br/>
        <w:t>Луцій Візьми, мій дядьку, мавра-нечестивця —&lt;br /&gt;</w:t>
        <w:br/>
        <w:t>Це мстивий тигр, диявол проклятущий.&lt;br /&gt;</w:t>
        <w:br/>
        <w:t>Закуй в кайдани, їсти не давай,&lt;br /&gt;</w:t>
        <w:br/>
        <w:t>Аж поки не побачить він Тамори,&lt;br /&gt;</w:t>
        <w:br/>
        <w:t>Щоб викрити її гидкі злочинства.&lt;br /&gt;</w:t>
        <w:br/>
        <w:t>І перевір, чи засідка міцна,-&lt;br /&gt;</w:t>
        <w:br/>
        <w:t>Боюся, цезар щось лихе задумав.&lt;br /&gt;</w:t>
        <w:br/>
        <w:t>Арон Мені нашіптує прокльони чорт&lt;br /&gt;</w:t>
        <w:br/>
        <w:t>І спонукає вилити в слова&lt;br /&gt;</w:t>
        <w:br/>
        <w:t>Отруйну злість, що серце розриває!&lt;br /&gt;</w:t>
        <w:br/>
        <w:t>Луцій Геть, хижий псе, проклятий лиходію!&lt;br /&gt;</w:t>
        <w:br/>
        <w:t>Допоможіте вивести його.&lt;br /&gt;</w:t>
        <w:br/>
        <w:t>Готи з Ароном виходять.&lt;br /&gt;</w:t>
        <w:br/>
        <w:t>Звучать фанфари.&lt;br /&gt;</w:t>
        <w:br/>
        <w:t>Фанфари! Отже, цезар недалеко.&lt;br /&gt;</w:t>
        <w:br/>
        <w:t>Входять Сатурній, Тамора, трибуни, сенато-&lt;br /&gt;</w:t>
        <w:br/>
        <w:t>ри та і н ш і.&lt;br /&gt;</w:t>
        <w:br/>
        <w:t>Сатурнія Що? Не одне хіба на небі сонце?&lt;br /&gt;</w:t>
        <w:br/>
        <w:t>Луцій Що з того, що себе ти сонцем звеш?&lt;br /&gt;</w:t>
        <w:br/>
        <w:t>Марк Шановні, припиніть безглузді чвари,&lt;br /&gt;</w:t>
        <w:br/>
        <w:t>Ми тут порозуміємося мирно.&lt;br /&gt;</w:t>
        <w:br/>
        <w:t>Бенкет готовий — Тіт про все подбав,&lt;br /&gt;</w:t>
        <w:br/>
        <w:t>Щоб зустріч наша гарно закінчилась,&lt;br /&gt;</w:t>
        <w:br/>
        <w:t>Щоб мир, любов і благодать у Римі&lt;br /&gt;</w:t>
        <w:br/>
        <w:t>Запанували. Всіх прошу до столу.&lt;br /&gt;</w:t>
        <w:br/>
        <w:t>Сатурнін Чудово, Марку.&lt;br /&gt;</w:t>
        <w:br/>
        <w:t>Звучать гобої. Всі сідають до столу.&lt;br /&gt;</w:t>
        <w:br/>
        <w:t>Входять Т і т, одягнутий кухарем, Л а в і н і я під покривалом, малий Лу-&lt;br /&gt;</w:t>
        <w:br/>
        <w:t>ків та Інші. Тіт розставляє страви на столі.&lt;br /&gt;</w:t>
        <w:br/>
        <w:t>Тіт Вітаю цезаря, й Тамору грізну,&lt;br /&gt;</w:t>
        <w:br/>
        <w:t>І Луція, і войовничих готів,&lt;br /&gt;</w:t>
        <w:br/>
        <w:t>Усіх вітаю. Частування скромне,&lt;br /&gt;</w:t>
        <w:br/>
        <w:t>Та прошу не погребувати ним.&lt;br /&gt;</w:t>
        <w:br/>
        <w:t>Сатурнін Андроніку, ти нащо так убрався?&lt;br /&gt;</w:t>
        <w:br/>
        <w:t>Тіт Хотілось якнайкраще догодити&lt;br /&gt;</w:t>
        <w:br/>
        <w:t>Твоїй величності й імператриці.&lt;br /&gt;</w:t>
        <w:br/>
        <w:t>Тамора Тобі ми дуже вдячні, любий Тіте.&lt;br /&gt;</w:t>
        <w:br/>
        <w:t>Тіт Були б, якби моє пізнали серце.&lt;br /&gt;</w:t>
        <w:br/>
        <w:t>Владарю, поясни мені таке:&lt;br /&gt;</w:t>
        <w:br/>
        <w:t>Чи слушно розлютований Віргіній&lt;br /&gt;</w:t>
        <w:br/>
        <w:t>Зробив, убивши власною рукою&lt;br /&gt;</w:t>
        <w:br/>
        <w:t>Дочку, яку позбавили дівоцтва?&lt;br /&gt;</w:t>
        <w:br/>
        <w:t>Сатурнін Напевне — слушно.&lt;br /&gt;</w:t>
        <w:br/>
        <w:t>Тіт Поясни — чому?&lt;br /&gt;</w:t>
        <w:br/>
        <w:t>Сатурнін Навіщо жити зганьбленій навіки?&lt;br /&gt;</w:t>
        <w:br/>
        <w:t>Щоб тільки серце батькове ятрити?&lt;br /&gt;</w:t>
        <w:br/>
        <w:t>Тіт Так, переконливий і сильний доказ,&lt;br /&gt;</w:t>
        <w:br/>
        <w:t>Живий для мене приклад. Це нестерпно,&lt;br /&gt;</w:t>
        <w:br/>
        <w:t>Але вчинити мушу я так само.&lt;br /&gt;</w:t>
        <w:br/>
        <w:t>Нехай з ганьбою вмре моя печаль!&lt;br /&gt;</w:t>
        <w:br/>
        <w:t>(Убиває Лавіиію)&lt;br /&gt;</w:t>
        <w:br/>
        <w:t>Сатурнін Що ти зробив? О нелюд, лиходій!&lt;br /&gt;</w:t>
        <w:br/>
        <w:t>Тіт Убив, осліпнувши від сліз по ній.&lt;br /&gt;</w:t>
        <w:br/>
        <w:t>Як і Віргіній, люто я страждаю;&lt;br /&gt;</w:t>
        <w:br/>
        <w:t>Причин у мене більше, ніж у нього,&lt;br /&gt;</w:t>
        <w:br/>
        <w:t>Вчинити так. Що мало буть — збулось.&lt;br /&gt;</w:t>
        <w:br/>
        <w:t>Сатурнін її збезчестили? Хто це зробив?&lt;br /&gt;</w:t>
        <w:br/>
        <w:t>Тіт їж. На столі смачних багато-див.&lt;br /&gt;</w:t>
        <w:br/>
        <w:t>Тамора О жах! Батьки вбивають власних донь.&lt;br /&gt;</w:t>
        <w:br/>
        <w:t>Тіт Хіба це я? Деметрій і Хірон&lt;br /&gt;</w:t>
        <w:br/>
        <w:t>Збезчестили її, втяли язик&lt;br /&gt;</w:t>
        <w:br/>
        <w:t>Скалічили моє дитя навік.&lt;br /&gt;</w:t>
        <w:br/>
        <w:t>Сатурнін Йдіть, приведіть сюди обох мерщій.&lt;br /&gt;</w:t>
        <w:br/>
        <w:t>Тіт Не треба. З них спекли пиріг смачний,&lt;br /&gt;</w:t>
        <w:br/>
        <w:t>І он його смакує ласо мати,&lt;br /&gt;</w:t>
        <w:br/>
        <w:t>Плоть власну поїдаючи завзято.&lt;br /&gt;</w:t>
        <w:br/>
        <w:t>Це правда. Мій засвідчить гострий ніж.&lt;br /&gt;</w:t>
        <w:br/>
        <w:t>(Убиває Тамору)&lt;br /&gt;</w:t>
        <w:br/>
        <w:t>Сатурнін Страшний вчинив ти злочин. То умри жі&lt;br /&gt;</w:t>
        <w:br/>
        <w:t>(Убиває Тіта)&lt;br /&gt;</w:t>
        <w:br/>
        <w:t>Луцій Смерть батька може споглядати син?&lt;br /&gt;</w:t>
        <w:br/>
        <w:t>Ні! Кров за кров! Прийшов і твій загин.&lt;br /&gt;</w:t>
        <w:br/>
        <w:t>(Убиває Сатурніна)&lt;br /&gt;</w:t>
        <w:br/>
        <w:t>Загальне сум'яття. Марк, Луцій та їхні прибічники піднімаються по сходах Ті-&lt;br /&gt;</w:t>
        <w:br/>
        <w:t>тового будинку.&lt;br /&gt;</w:t>
        <w:br/>
        <w:t>Марк Ви, скорбні люди, римляни понурі,&lt;br /&gt;</w:t>
        <w:br/>
        <w:t>Розрізнені ворожістю, неначе&lt;br /&gt;</w:t>
        <w:br/>
        <w:t>Буранами й вітрами зграя птахів!&lt;br /&gt;</w:t>
        <w:br/>
        <w:t>О дайте вас навчу, як поєднати&lt;br /&gt;</w:t>
        <w:br/>
        <w:t>Розсипане колосся в цілий сніп,&lt;br /&gt;</w:t>
        <w:br/>
        <w:t>Розбиті члени у єдине тіло,&lt;br /&gt;</w:t>
        <w:br/>
        <w:t>Щоб сам собі отрутою не став&lt;br /&gt;</w:t>
        <w:br/>
        <w:t>Рим, що йому скоряються держави,&lt;br /&gt;</w:t>
        <w:br/>
        <w:t>Щоб, наче покидьок нещасний, він&lt;br /&gt;</w:t>
        <w:br/>
        <w:t>В одчаї самогубства не вчинив.&lt;br /&gt;</w:t>
        <w:br/>
        <w:t>Коли старечі зморшки й сиві скроні,&lt;br /&gt;</w:t>
        <w:br/>
        <w:t>Які про досвід мій надійно свідчать,&lt;br /&gt;</w:t>
        <w:br/>
        <w:t>Не спонукають слухати мене,-&lt;br /&gt;</w:t>
        <w:br/>
        <w:t>(до Луція)&lt;br /&gt;</w:t>
        <w:br/>
        <w:t>Тоді розказуй Риму, друже, ти,&lt;br /&gt;</w:t>
        <w:br/>
        <w:t>Так, як колись врочисто предок наш&lt;br /&gt;</w:t>
        <w:br/>
        <w:t>Оповідав засмученій Дідоні&lt;br /&gt;</w:t>
        <w:br/>
        <w:t>Про ту страхітливу вогненну ніч,&lt;br /&gt;</w:t>
        <w:br/>
        <w:t>Капи взяли підступні греки Трою;&lt;br /&gt;</w:t>
        <w:br/>
        <w:t>Скажи, який нас чарував Сінон,&lt;br /&gt;</w:t>
        <w:br/>
        <w:t>Хто ввіз фатальний пристрій і завдав&lt;br /&gt;</w:t>
        <w:br/>
        <w:t>Громадську рану нашій Трої — Риму.&lt;br /&gt;</w:t>
        <w:br/>
        <w:t>Не кремінь серце в мене і не криця —&lt;br /&gt;</w:t>
        <w:br/>
        <w:t>Чи розповім про горе так, щоб сльози&lt;br /&gt;</w:t>
        <w:br/>
        <w:t>Не затопили раптом красномовства,&lt;br /&gt;</w:t>
        <w:br/>
        <w:t>Щоб не завадив їх рясний потік&lt;br /&gt;</w:t>
        <w:br/>
        <w:t>Якраз тоді, коли почнуть слова&lt;br /&gt;</w:t>
        <w:br/>
        <w:t>Пробуджувати ваше співчуття.&lt;br /&gt;</w:t>
        <w:br/>
        <w:t>Ось полководець, слухайте його,&lt;br /&gt;</w:t>
        <w:br/>
        <w:t>А я постою мовчки і поплачу.&lt;br /&gt;</w:t>
        <w:br/>
        <w:t>Луцій Шановні, хочу я, щоб знали ви:&lt;br /&gt;</w:t>
        <w:br/>
        <w:t>Брат імператора підступно вбитий&lt;br /&gt;</w:t>
        <w:br/>
        <w:t>Хіроном і Деметрієм. Вони&lt;br /&gt;</w:t>
        <w:br/>
        <w:t>Збезчестили Лавінію сердешну,&lt;br /&gt;</w:t>
        <w:br/>
        <w:t>За їхній злочин стратили безвинно&lt;br /&gt;</w:t>
        <w:br/>
        <w:t>Братів моїх, старечі сльози батька&lt;br /&gt;</w:t>
        <w:br/>
        <w:t>Зневаживши й відтявши славну руку,&lt;br /&gt;</w:t>
        <w:br/>
        <w:t>Що захищала Рим від ворогів.&lt;br /&gt;</w:t>
        <w:br/>
        <w:t>А потім вигнано мене із міста.&lt;br /&gt;</w:t>
        <w:br/>
        <w:t>Замкнулась брама. Гірко я ридав,&lt;br /&gt;</w:t>
        <w:br/>
        <w:t>йдучи до ворогів по допомогу.&lt;br /&gt;</w:t>
        <w:br/>
        <w:t>В моїх сльозах втопилась їх ворожість,&lt;br /&gt;</w:t>
        <w:br/>
        <w:t>Вони мене, як друга, обняли.&lt;br /&gt;</w:t>
        <w:br/>
        <w:t>Хай буде вам відомо: я, вигнанець,&lt;br /&gt;</w:t>
        <w:br/>
        <w:t>Добробут Риму кров'ю захищав,&lt;br /&gt;</w:t>
        <w:br/>
        <w:t>Відводячи від нього враже вістря,&lt;br /&gt;</w:t>
        <w:br/>
        <w:t>Відважно меч спрямовував на себе.&lt;br /&gt;</w:t>
        <w:br/>
        <w:t>Ви добре знаєте, я не хвалюся,&lt;br /&gt;</w:t>
        <w:br/>
        <w:t>Мої рубці підтверджують безмовно,&lt;br /&gt;</w:t>
        <w:br/>
        <w:t>Що правду я кажу — і тільки правду.&lt;br /&gt;</w:t>
        <w:br/>
        <w:t>Гаразд. Пробачте. Щось я відхилився,&lt;br /&gt;</w:t>
        <w:br/>
        <w:t>Свої заслуги славлячи. Мовляв,&lt;br /&gt;</w:t>
        <w:br/>
        <w:t>Не хвалять люди —сам себе похвалиш.&lt;br /&gt;</w:t>
        <w:br/>
        <w:t>Марк Ще я скажу. Ось бачите дитя?&lt;br /&gt;</w:t>
        <w:br/>
        <w:t>Народжене Таморою воно&lt;br /&gt;</w:t>
        <w:br/>
        <w:t>Від #авра нечестивого, призвідця&lt;br /&gt;</w:t>
        <w:br/>
        <w:t>Й вершителя нечуваних нещасть.&lt;br /&gt;</w:t>
        <w:br/>
        <w:t>Живий мерзотник. Тут він, в домі Тіта,&lt;br /&gt;</w:t>
        <w:br/>
        <w:t>І перед вами сам усе засвідчить.&lt;br /&gt;</w:t>
        <w:br/>
        <w:t>Тепер судіть, чи міг не відплатити&lt;br /&gt;</w:t>
        <w:br/>
        <w:t>За ці страшні нестерпні кривди Тіт?&lt;br /&gt;</w:t>
        <w:br/>
        <w:t>Не зніс би їх ніколи жоден смертний.&lt;br /&gt;</w:t>
        <w:br/>
        <w:t>Що скажете тепер, почувши правду?&lt;br /&gt;</w:t>
        <w:br/>
        <w:t>Як схибили ми в чомусь — поясніть,&lt;br /&gt;</w:t>
        <w:br/>
        <w:t>І з місця, де нас бачите в цю мить,&lt;br /&gt;</w:t>
        <w:br/>
        <w:t>Андроніків сумні нещасні рештки&lt;br /&gt;</w:t>
        <w:br/>
        <w:t>Рука в руці поринуть стрімголов,&lt;br /&gt;</w:t>
        <w:br/>
        <w:t>Розтрощать мозок об камінну твердь,-&lt;br /&gt;</w:t>
        <w:br/>
        <w:t>Наш рід своє припинить існування.&lt;br /&gt;</w:t>
        <w:br/>
        <w:t>Кажіть. Осудите хоч словом нас —&lt;br /&gt;</w:t>
        <w:br/>
        <w:t>Ми вдвох додолу кинемося враз.&lt;br /&gt;</w:t>
        <w:br/>
        <w:t>Емілій Зійди до нас, поважний римський муже,&lt;br /&gt;</w:t>
        <w:br/>
        <w:t>За руку імператора зведи,&lt;br /&gt;</w:t>
        <w:br/>
        <w:t>Наш імператор — Луцій! Певен я,&lt;br /&gt;</w:t>
        <w:br/>
        <w:t>Що жде його загальне обрання.&lt;br /&gt;</w:t>
        <w:br/>
        <w:t>Всі Живе хай Луцій, Риму імператор!&lt;br /&gt;</w:t>
        <w:br/>
        <w:t>Луцій, Марк та інші сходять униз.&lt;br /&gt;</w:t>
        <w:br/>
        <w:t>Марк&lt;br /&gt;</w:t>
        <w:br/>
        <w:t>(до слуг)&lt;br /&gt;</w:t>
        <w:br/>
        <w:t>Ідіть, ідіть в сумну оселю Тіта&lt;br /&gt;</w:t>
        <w:br/>
        <w:t>І мавра підлого тягніть сюди,&lt;br /&gt;</w:t>
        <w:br/>
        <w:t>Щоб смерть йому жахливу присудити —&lt;br /&gt;</w:t>
        <w:br/>
        <w:t>Належну кару за життя злочинне.&lt;br /&gt;</w:t>
        <w:br/>
        <w:t>Всі Хай славиться правитель Риму — Луцій!&lt;br /&gt;</w:t>
        <w:br/>
        <w:t>Луцій Спасибі вам! Якби так править міг,&lt;br /&gt;</w:t>
        <w:br/>
        <w:t>Щоб Рим позбавити нещасть гірких!&lt;br /&gt;</w:t>
        <w:br/>
        <w:t>Але стривайте, римляни,— тяжкий&lt;br /&gt;</w:t>
        <w:br/>
        <w:t>Мені обов'язок послала доля,&lt;br /&gt;</w:t>
        <w:br/>
        <w:t>Тож оступіться. Дядьку, підійди&lt;br /&gt;</w:t>
        <w:br/>
        <w:t>Над тілом батька лить прощальні сльози.&lt;br /&gt;</w:t>
        <w:br/>
        <w:t>Палкий цілунок на уста холодні&lt;br /&gt;</w:t>
        <w:br/>
        <w:t>І сльози на скривавлене лице —&lt;br /&gt;</w:t>
        <w:br/>
        <w:t>Прийми останню синову турботу!&lt;br /&gt;</w:t>
        <w:br/>
        <w:t>Марк Сльозу — сльозі, цілункові — цілунок&lt;br /&gt;</w:t>
        <w:br/>
        <w:t>Востаннє віддаровує брат Марк,&lt;br /&gt;</w:t>
        <w:br/>
        <w:t>І навіть завинивши їх без ліку,&lt;br /&gt;</w:t>
        <w:br/>
        <w:t>Я нині поверну тобі усі!&lt;br /&gt;</w:t>
        <w:br/>
        <w:t>Луцій Йди, сину, підійди — і вчись у нас&lt;br /&gt;</w:t>
        <w:br/>
        <w:t>Лить гірко сльози. Дід любив тебе.&lt;br /&gt;</w:t>
        <w:br/>
        <w:t>Ти в нього на колінах гопцював,&lt;br /&gt;</w:t>
        <w:br/>
        <w:t>Спав, піснею вколисаний, на грудях;&lt;br /&gt;</w:t>
        <w:br/>
        <w:t>Немало він тобі усяких див,&lt;br /&gt;</w:t>
        <w:br/>
        <w:t>Цікавих і повчальних, розповів,&lt;br /&gt;</w:t>
        <w:br/>
        <w:t>Щоб їх ти в пам'яті своїй зберіг,&lt;br /&gt;</w:t>
        <w:br/>
        <w:t>ЛП7&lt;br /&gt;</w:t>
        <w:br/>
        <w:t>Коли його на світі цім не стане.&lt;br /&gt;</w:t>
        <w:br/>
        <w:t>Як часто ці згорьовані уста,&lt;br /&gt;</w:t>
        <w:br/>
        <w:t>Живими бувши, грілись від твоїх!&lt;br /&gt;</w:t>
        <w:br/>
        <w:t>Тепер його востаннє поцілуй,&lt;br /&gt;</w:t>
        <w:br/>
        <w:t>Прощайся з ним, довір землі сирій,&lt;br /&gt;</w:t>
        <w:br/>
        <w:t>Віддай належне і залиш навіки.&lt;br /&gt;</w:t>
        <w:br/>
        <w:t>Малий Луцій Дідусю мій! Охоче вмер би я&lt;br /&gt;</w:t>
        <w:br/>
        <w:t>За те, щоб ти ожив. Нічого більше&lt;br /&gt;</w:t>
        <w:br/>
        <w:t>Не можу я сказати — душать сльози,&lt;br /&gt;</w:t>
        <w:br/>
        <w:t>Гіркі ридання забивають дух.&lt;br /&gt;</w:t>
        <w:br/>
        <w:t>Входять слуги з Ароном.&lt;br /&gt;</w:t>
        <w:br/>
        <w:t>Римлянин Андроніки сумні, кінець нещастям!&lt;br /&gt;</w:t>
        <w:br/>
        <w:t>Оголосіть свій вирок супостату,&lt;br /&gt;</w:t>
        <w:br/>
        <w:t>Призвідцеві жахливих цих подій.&lt;br /&gt;</w:t>
        <w:br/>
        <w:t>Луцій Його по груди в землю закопати&lt;br /&gt;</w:t>
        <w:br/>
        <w:t>Й морити голодом, хай шаленіє.&lt;br /&gt;</w:t>
        <w:br/>
        <w:t>Хто зжалиться над ним і допоможе —&lt;br /&gt;</w:t>
        <w:br/>
        <w:t>Помре негайно. Вирок наш такий.&lt;br /&gt;</w:t>
        <w:br/>
        <w:t>Зарийте так у землю, щоб ие виліз.&lt;br /&gt;</w:t>
        <w:br/>
        <w:t>Арон Чому в мені замовкли гнів і лють?&lt;br /&gt;</w:t>
        <w:br/>
        <w:t>Я не дитя, і ні благань мерзенних,&lt;br /&gt;</w:t>
        <w:br/>
        <w:t>Ні каяття від мене не почують.&lt;br /&gt;</w:t>
        <w:br/>
        <w:t>Ще й не такого я б накоїв лиха,&lt;br /&gt;</w:t>
        <w:br/>
        <w:t>Якби лишень робити міг, що хочу.&lt;br /&gt;</w:t>
        <w:br/>
        <w:t>Коли ж хоч раз в житті добро вчинив,&lt;br /&gt;</w:t>
        <w:br/>
        <w:t>У тому нині щиросердо каюсь.&lt;br /&gt;</w:t>
        <w:br/>
        <w:t>Луцій Хай тіло цезаря несуть у склеп,&lt;br /&gt;</w:t>
        <w:br/>
        <w:t>В якому спочива його отець.&lt;br /&gt;</w:t>
        <w:br/>
        <w:t>Андроніка й Лавінію належить&lt;br /&gt;</w:t>
        <w:br/>
        <w:t>В родинній домовині поховати.&lt;br /&gt;</w:t>
        <w:br/>
        <w:t>Що ж до тигриці лютої, Тамори,&lt;br /&gt;</w:t>
        <w:br/>
        <w:t>То не вщановувать її нічим —&lt;br /&gt;</w:t>
        <w:br/>
        <w:t>Ні похованням, ні жалобним дзвоном,&lt;br /&gt;</w:t>
        <w:br/>
        <w:t>А кинути на здобич хижакам.&lt;br /&gt;</w:t>
        <w:br/>
        <w:t>Жила, як звір, не відала жалю,-&lt;br /&gt;</w:t>
        <w:br/>
        <w:t>Тож не пробуджує і в нас жалю.&lt;br /&gt;</w:t>
        <w:br/>
        <w:t>Хай правосуддя вчинять над Ароном —&lt;br /&gt;</w:t>
        <w:br/>
        <w:t>Нещастя наші з нього почались.&lt;br /&gt;</w:t>
        <w:br/>
        <w:t>Тепер наведемо в державі лад,&lt;br /&gt;</w:t>
        <w:br/>
        <w:t>Щоб не зазнала ще страшніших втрат.&lt;br /&gt;</w:t>
        <w:br/>
        <w:t>Виходять.</w:t>
      </w:r>
    </w:p>
    <w:p>
      <w:r>
        <w:br/>
        <w:t>Примітки</w:t>
      </w:r>
    </w:p>
    <w:p>
      <w:r>
        <w:br/>
        <w:t>Точна дата появи твору невідома. Сучасні дослідники відносять його написання до 1590-1593 років, тобто до початку творчого шляху Шекспіра. Перше анонімне видання "Тіта Андроніка" з'явилося в 1594 році; за життя Шекспіра вийшло ще два його видання — в 1600 і 1611 роках. Текст третього Quarto був передрукований у Folio 1623 року з додатком деяких сценічних вказівок і другої сцени з третьої дії, взятих із театрального рукопису п'єси. Багато критиків і дослідників XVIII-XIX ст. заперечували авторство Шекспіра, посилаючись на художню слабкість цієї п'єси, на переповненість її грубими й жорстокими сценами, проявами естетичного несмаку, на примітивність її структури. Вважалося, що ця п'єса недостойна генія Шекспіра, навіть більше — що вона його принижує. Однак існує немало переконливих доказів авторства Шекспіра, і насамперед той, що Гемінг і Кондел, його найближчі співробітники по театру, включили її до F 1623 року. Воднораз сучасні дослідники припускають, що Шекспір був не єдиним автором "Тіта Андроніка"; цілком вірогідно, що він, як це не раз бувало, переробляв уже існуючий текст п'єси, залишаючи без змін окремі його шматки.</w:t>
      </w:r>
    </w:p>
    <w:p>
      <w:r>
        <w:br/>
        <w:t>Безпосереднє джерело "Тіта Андроніка" ще не виявлене; з певністю можна говорити лише про окремі мотиви п'єси, що йдуть від Овідія і Сенеки.</w:t>
      </w:r>
    </w:p>
    <w:p>
      <w:r>
        <w:br/>
        <w:t>Перша спроба Шекспіра в трагедійному жанрі, "Тіт Андронік" якоюсь мірою відбиває також складнощі й слабості ранніх етапів формування цього жанру. Як відомо, середньовічна драматургія жанру трагедії не знала, і ренесансна трагедія виникала як відродження та оригінальний розвиток античного жанру. Проте за взірці для неї правили не найвищі його досягнення — давньогрецькі трагедії класичного періоду,— а головним чином трагедії Сенеки, римського драматурга І ст. н. є. До речі, все те, що розчаровувало й відштовхувало в "Тіті Андроніку" критиків і читачів XVIII й XIX ст., загалом було властиве новочас-ній трагедії на перших етапах її розвитку: італійській трагедії XVI ст., ранній іспанській та англійській трагедії тощо. її автори прагнули передусім до нагнітання жаху, вбачаючи в цьому трагедійний сенс твору. Вузько й спрощено розуміли вони моральну мету трагедії, вважаючи, що насамперед вона вчить не заноситися в щасті й стоїчно переносити страждання. Явний нахил мали вони до живописання всіляких жорстокостей і злодіянь, вибухів пристрастей та інстинктів, не контрольованих розумом і моральною свідомістю. В кричущій невідповідності зі змістом цих трагедій перебуває їхній стиль, де панує велемовна й тріс-куча риторика.</w:t>
      </w:r>
    </w:p>
    <w:p>
      <w:r>
        <w:br/>
        <w:t>У ренесансній Англії довершеним зразком такого твору стала "Іспанська трагедія" (близько 1587) Т. Кіда. Здавалося б, неможливо досягти більшого нагромадження злодіянь, жорстокостей, кривавих розплат, убивств тощо. Проте Шекспір у своєму "Тіті Андроніку" перевершив "криваву трагедію" Кіда не тільки кількісно, а й, так би мовити, якісно: згадаймо хоча б сцену, де головний герой пригощає лиходійку Тамору засмаженим м'ясом її синів, а потім убиває її, що тягне за собою цілий ланцюг негайних убивств. А втім, немає потреби переповідати чи каталогізувати страхіття, якими наповнений "Тіт Андронік". Натомість зазначимо, що при всьому тому є у творі й немало фрагментів справжньої поезії, які провіщають майбутні шедеври Шекспіра в трагедійному жанрі.</w:t>
      </w:r>
    </w:p>
    <w:p>
      <w:r>
        <w:br/>
        <w:t>З усіх тих визначень, які давалися "Тіту Андроніку" в науковій літературі, найбільш слушним, на нашу думку, є визначення "примітивна трагедія". Так, не саме примітивна трагедія і за розумінням трагічного як жахливого, і за його художнім вираженням, і за прагненням удовольнити примітивні "трагедійні" смаки тогочасних глядачів. Але ж примітивне в мистецтві означає і "першо-стадійне": це те грубе, недосконале, елементарне, з якого потім розвиваються високі, завершені форми різних видів і жанрів художньої творчості. Якраз у такому відношенні й перебуває "Тіт Андронік" до наступних шедеврів Шекспіра в жанрі трагедії.</w:t>
      </w:r>
    </w:p>
    <w:p>
      <w:r>
        <w:br/>
        <w:t>ПРИМІТКИ ДО "ТІТА АНДРОНІКА"</w:t>
      </w:r>
    </w:p>
    <w:p>
      <w:r>
        <w:br/>
        <w:t>С. 428. ...котрий ще зветься Пій...— Від латинського Pius — "благочестивий".</w:t>
      </w:r>
    </w:p>
    <w:p>
      <w:r>
        <w:br/>
        <w:t>С. 429. Капітолію хранитель — Юпітер.</w:t>
      </w:r>
    </w:p>
    <w:p>
      <w:r>
        <w:br/>
        <w:t>...блукати По жаховійних Стіксу берегах! — За античним повір'ям, душі загиблих неприкаяно блукають по берегах Стіксу, ріки в царстві мертвих, доки їх тіла не віддані землі.</w:t>
      </w:r>
    </w:p>
    <w:p>
      <w:r>
        <w:br/>
        <w:t>С. 431. ...цариці Трої Дали нагоду люто відплатити Фракійському тирану...— Троянська цариця— Гекуба помстилася за вбивство сина фракійському цареві Полімнестору, своєю рукою вирвавши йому очі.</w:t>
      </w:r>
    </w:p>
    <w:p>
      <w:r>
        <w:br/>
        <w:t>С. 432. Він до Солонового щастя ближчий.— За легендою, афін-ський державний діяч і мудрець Солон (VII-VI ст. до н. є.) заявив, що справді щасливими можна вважати лише мертвих, які вже не підвладні примхам долі.</w:t>
      </w:r>
    </w:p>
    <w:p>
      <w:r>
        <w:br/>
        <w:t>Цей чистий білий плащ... Ти названий... Достойним candidatus,— одягни...— В давньому Римі кандидати на високі посади одягали білий плащ (паллій).</w:t>
      </w:r>
    </w:p>
    <w:p>
      <w:r>
        <w:br/>
        <w:t>С. 433. Титана промені...— Бога сонця Аполлона (Феба) називали також Титаном.</w:t>
      </w:r>
    </w:p>
    <w:p>
      <w:r>
        <w:br/>
        <w:t>С. 436. Фебея — одне з імен богині мисливства Діани. С. 438. Лаертів мудрий син — Одіссвй (Улісс).</w:t>
      </w:r>
    </w:p>
    <w:p>
      <w:r>
        <w:br/>
        <w:t>С. 443. ...носили І не такі Вулканову оздобу — тобто роги, оскільки Венера зраджувала свого чоловіка Вулкана з Марсом.</w:t>
      </w:r>
    </w:p>
    <w:p>
      <w:r>
        <w:br/>
        <w:t>С. 447. Як та Дідона з принцом манд рівним...т-Тобто а Енеєм; далі йде парафраз із четвертої пісні "Еиеїди" Вергілія.</w:t>
      </w:r>
    </w:p>
    <w:p>
      <w:r>
        <w:br/>
        <w:t>Моїми ж геть заволодів Сатурн.— За астрологічними викладками, люди, що народилися під знаком Сатурна, відзначаються холодністю почуттів.</w:t>
      </w:r>
    </w:p>
    <w:p>
      <w:r>
        <w:br/>
        <w:t>Філомела— міфічна героїня, яку збезчестив Терей, чоловік її сестри Прокни, і, щоб вона не могла розповісти про злочин, відрізав їй язик. Із цим мотивом, запозиченим Шекспіром із "Метаморфоз" Овідія, пов'язана в трагедії лінія Лавінії.</w:t>
      </w:r>
    </w:p>
    <w:p>
      <w:r>
        <w:br/>
        <w:t>С. 448. Актеон — міфічний мисливець, що підгледів купання Арте-міди (Діани); розгнівана богиня перетворила Актеона на оленя, і юнака розтерзали його ж собаки.</w:t>
      </w:r>
    </w:p>
    <w:p>
      <w:r>
        <w:br/>
        <w:t>...цей темний кіммерієць...— В уявленні давніх греків кіммерійці — жителі віддалених країн темряви, але зовсім не темношкірі. У Шекспіра це слово наповнюється іншим змістом.</w:t>
      </w:r>
    </w:p>
    <w:p>
      <w:r>
        <w:br/>
        <w:t>С. 449. Семіраміда — еллінізована форма імені ассірійської цариці Шаммураміт (IX ст. до н. є.). Легенда приписує їй не тільки будівництво висячих садів, а й велику жорстокість.</w:t>
      </w:r>
    </w:p>
    <w:p>
      <w:r>
        <w:br/>
        <w:t>С. 452. Шрам — герой із сюжету Овідія про Пірама й Тізбу, створеного на міфічній основі. Прийшовши на побачення з Тізбою, Пірам побачив її покривало, яке пошматувала левиця. Гадаючи, що Тізба загинула, він заколов себе. Тізба, знайшовши тіло коханого, теж заподіяла собі смерть. До цього сюжету Шекспір звернувся в комедії "Сон літньої ночі", якоюсь мірою він використовує його також у трагедії "Ромео і Джульєтта".</w:t>
      </w:r>
    </w:p>
    <w:p>
      <w:r>
        <w:br/>
        <w:t>Коціт — міфічна ріка в царстві мертвих.</w:t>
      </w:r>
    </w:p>
    <w:p>
      <w:r>
        <w:br/>
        <w:t>С. 467. Корнелія так пильно не читала Своїм синам...— Корнелію, матір Тіберія і Гая Гракхів (II ст. до н. є.), великих римських реформаторів, шанували в Римі як зразкову виховательку.</w:t>
      </w:r>
    </w:p>
    <w:p>
      <w:r>
        <w:br/>
        <w:t>С. 468. Тулліїв "Оратор" — трактат Марка Туллія Ціцерона (І ст. до н. є.).</w:t>
      </w:r>
    </w:p>
    <w:p>
      <w:r>
        <w:br/>
        <w:t>С. 470. ...вітер Пісок розвіє, мов листки Сивіли...— За Вергілієм, пророчиця Сивіла писала свої пророцтва на аркушах, які нерідко розносив вітер.</w:t>
      </w:r>
    </w:p>
    <w:p>
      <w:r>
        <w:br/>
        <w:t>С. 472.</w:t>
      </w:r>
    </w:p>
    <w:p>
      <w:r>
        <w:br/>
        <w:t>Integer vitae, scelerisque purus</w:t>
      </w:r>
    </w:p>
    <w:p>
      <w:r>
        <w:br/>
        <w:t>Non eget Mauri jaculis, nee arcu (лат.) —</w:t>
      </w:r>
    </w:p>
    <w:p>
      <w:r>
        <w:br/>
        <w:t>Хто не чинить зла, хто з життям у згоді —</w:t>
      </w:r>
    </w:p>
    <w:p>
      <w:r>
        <w:br/>
        <w:t>Нащо лук йому чи списи маврійські...</w:t>
      </w:r>
    </w:p>
    <w:p>
      <w:r>
        <w:br/>
        <w:t>(Горацій, Ода XXII. Пер. А. Содомори)</w:t>
      </w:r>
    </w:p>
    <w:p>
      <w:r>
        <w:br/>
        <w:t>С. 474. Енкелад і його батько Тіфон — титани в давньогрецькій міфології.</w:t>
      </w:r>
    </w:p>
    <w:p>
      <w:r>
        <w:br/>
        <w:t>C. 476. Terras Astraea religuit (лат.) — Астрея покинула землю.</w:t>
      </w:r>
    </w:p>
    <w:p>
      <w:r>
        <w:br/>
        <w:t>Цитата з "Метаморфоз" Овідія, де розповідається про те, як богиня справедливості Астрея покинула землю, коли настав "залізний вік".</w:t>
      </w:r>
    </w:p>
    <w:p>
      <w:r>
        <w:br/>
        <w:t>С. 489. Гіперіон — у грецькій міфології, одне з імен бога сонця Геліоса.</w:t>
      </w:r>
    </w:p>
    <w:p>
      <w:r>
        <w:br/>
        <w:t>С. 494. Чи слушно розлютований Віргіній Вчинив, убивши власною рукою Дочку, яку позбавили дівоцтва? — Насправді, за римською легендою, Віргіній вбив свою дочку, щоб її не зганьбив децемвір Аппій Клавдій.</w:t>
      </w:r>
    </w:p>
    <w:p>
      <w:r>
        <w:br/>
        <w:t>С. 495. ...врочисто предок наш Оповідав засмученій Дідоні...— Мається на увазі Еней, легендарний родоначальник римлян.</w:t>
      </w:r>
    </w:p>
    <w:p>
      <w:r>
        <w:br/>
        <w:t>С. 496. Сінон — див. примітки до третьої частини "Генріха VI".</w:t>
      </w:r>
    </w:p>
    <w:p>
      <w:r>
        <w:br/>
        <w:t>Дмитро НАЛИВАЙКО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Тіт Андронік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