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Тисяча парасольок</w:t>
      </w:r>
    </w:p>
    <w:p>
      <w:r>
        <w:br/>
        <w:t xml:space="preserve"> &lt;p&gt;Хочу розповісти про дівчинку, яку ти недавно бачив. Пам'ятаєш, у магазині: вона сердилась, аж ніжкою тупала, бо мама не хотіла їй купити... ой, забула що. Чи то іграшку, чи хустинку-носовичка, чи щось інше. А оце дівчинці (звуть її Улянкою) захотілося нової парасольки.</w:t>
      </w:r>
    </w:p>
    <w:p>
      <w:r>
        <w:br/>
        <w:t>— Купи! — смикала вона маму за рукав.</w:t>
      </w:r>
    </w:p>
    <w:p>
      <w:r>
        <w:br/>
        <w:t>— Нащо її тобі, Улясю, в тебе є парасолька.</w:t>
      </w:r>
    </w:p>
    <w:p>
      <w:r>
        <w:br/>
        <w:t>— Але не така. Та без квіток, і не червона. Купи!</w:t>
      </w:r>
    </w:p>
    <w:p>
      <w:r>
        <w:br/>
        <w:t>— Доню, в мене грошей не вистачить. Ми прийшли по інші речі.</w:t>
      </w:r>
    </w:p>
    <w:p>
      <w:r>
        <w:br/>
        <w:t>— Інші потім купиш. А тепер парасольку!</w:t>
      </w:r>
    </w:p>
    <w:p>
      <w:r>
        <w:br/>
        <w:t>Даремно мати вмовляла Улянку — та розсердилась, розпхикалась, оченята її наповнилися злими капризними сльозами.</w:t>
      </w:r>
    </w:p>
    <w:p>
      <w:r>
        <w:br/>
        <w:t>— Ти нехороша мама! — вигукнула дівчинка, висмикнула руку з материної долоні і вибігла з магазину.</w:t>
      </w:r>
    </w:p>
    <w:p>
      <w:r>
        <w:br/>
        <w:t>Надворі вона розгубилася. Плакати не хотілось — мама однак не бачитиме її сліз. Піти б додому, але одній лячно.</w:t>
      </w:r>
    </w:p>
    <w:p>
      <w:r>
        <w:br/>
        <w:t>— Що, нудьгуємо? — раптом почула мала. Коло неї стояв дідусь з довгою білою бородою — такою, як ото приклеюють Дідам Морозам на Новий рік.</w:t>
      </w:r>
    </w:p>
    <w:p>
      <w:r>
        <w:br/>
        <w:t>— Нудьгую,— погодилася Улянка. — А ви працюєте Дідом Морозом?</w:t>
      </w:r>
    </w:p>
    <w:p>
      <w:r>
        <w:br/>
        <w:t>— Ні. Але твоєму лихові зарадити можу. Хочеш, я подарую тобі тисячу парасольок?</w:t>
      </w:r>
    </w:p>
    <w:p>
      <w:r>
        <w:br/>
        <w:t>— Аж тисячу?</w:t>
      </w:r>
    </w:p>
    <w:p>
      <w:r>
        <w:br/>
        <w:t>— Так, тисячу звичайних дощових парасольок. У мене є ще й тисяча особливих, чарівних...</w:t>
      </w:r>
    </w:p>
    <w:p>
      <w:r>
        <w:br/>
        <w:t>— Не треба особливих,— швидко заперечила дівчинка, адже вона знала, що всілякі чарівні речі — вигадка, а насправді їх нема.— Я хочу звичайних парасольок.</w:t>
      </w:r>
    </w:p>
    <w:p>
      <w:r>
        <w:br/>
        <w:t>— Гаразд,— дідусь вийняв з кишені якусь річ, схожу на старовинний годинник, і щось у ній покрутив.— Вони вже в тебе вдома.</w:t>
      </w:r>
    </w:p>
    <w:p>
      <w:r>
        <w:br/>
        <w:t>— Дякую,—мовила Улянка, не дуже, вірячи сказаному.</w:t>
      </w:r>
    </w:p>
    <w:p>
      <w:r>
        <w:br/>
        <w:t>Уявіть собі: вдома вона справді побачила безліч парасольок! Червоних, зелених, синіх, коричневих, жовтих, з ромашками і гвоздиками, трояндами й фіалками, в горошок і в смужку, з найвигадливішими візерунками... Була навіть така самісінька, як та, що мама не схотіла купити. Улянка схопила п і побігла на вулицю, адже там саме зашелестів, як на замовлення, веселий теплий дощ. Рясні краплі лопотіли по новій парасольці. Та от досада: нікого з подруг чи просто знайомих дівчаток надворі не було. "Ач, боягузки,— зітхнула Улянка.— Повтікали від дощу, начеб вони з цукру!" Вона розглядалася по вікнах і балконах, але й звідти ніхто не визирав, ніхто не дивився на її обновку.</w:t>
      </w:r>
    </w:p>
    <w:p>
      <w:r>
        <w:br/>
        <w:t>Раптом з-за будинку вибігли дівчатка з одною на двох парасолькою. Несли її вони абияк, сукенки в обох намокли, а дівчатка ще й босоніжки поскидали і ляпали по теплих калюжах. Улянка заздро подивилась їм услід. "їхня парасолька краща. Може, в мене теж є така?"</w:t>
      </w:r>
    </w:p>
    <w:p>
      <w:r>
        <w:br/>
        <w:t>Вона не помилилася: вдома справді знайшла блакитну, як і в подружок на вулиці.</w:t>
      </w:r>
    </w:p>
    <w:p>
      <w:r>
        <w:br/>
        <w:t>І ось Улянка знову надворі. Але навіть чалапати по калюжах чомусь невесело. Поодинокі перехожі квапились додому, на Улянку ніхто не звертав уваги, нікому й на гадку не спадало, що в цієї маленької дівчинки є вже аж тисяча парасоль і така точнісінько, як у перехожих у руках, у неї, напевно, є теж. "А як би всі мені позаздрили, дізнавшись про це!" — подумала Улянка.</w:t>
      </w:r>
    </w:p>
    <w:p>
      <w:r>
        <w:br/>
        <w:t>Вона вернулась додому і вибрала з десяток найяскравіших парасоль. Проте й на цей раз їй не гулялося. Парасольки були важкі, розсовувалися на руках і — нікого не</w:t>
      </w:r>
    </w:p>
    <w:p>
      <w:r>
        <w:br/>
        <w:t>дивували. Тільки один чоловік з лагідними очима сказав своїй доні: "Бачиш, яка хороша дівчинка? Несе подружкам парасольки, щоб не помокли. Молодець!" Улянка почервоніла від незаслуженої похвали, гуляти зовсім розхотілося, і вона подалась додому.</w:t>
      </w:r>
    </w:p>
    <w:p>
      <w:r>
        <w:br/>
        <w:t>Але й тут було не легше! Тато, вернувшись з роботи, хотів дивитися футбольний матч улюбленої команди, а до телевізора через парасольки годі приступитесь; диван і крісла теж завалені ними.</w:t>
      </w:r>
    </w:p>
    <w:p>
      <w:r>
        <w:br/>
        <w:t>— Негайно прибери цей базар! — нагримав тато на Улянку.— Через тебе ніколи по-людськи не спочинеш!</w:t>
      </w:r>
    </w:p>
    <w:p>
      <w:r>
        <w:br/>
        <w:t>Улянка взялась прибирати парасольки, але куди? Вони заповнили всю квартиру, лежали у всіх кутках, у шафах, на полицях...</w:t>
      </w:r>
    </w:p>
    <w:p>
      <w:r>
        <w:br/>
        <w:t>— Мамо, я голодна! — побігла Улянка на кухню.— Давай вечеряти.</w:t>
      </w:r>
    </w:p>
    <w:p>
      <w:r>
        <w:br/>
        <w:t>Мама тільки розвела руками:</w:t>
      </w:r>
    </w:p>
    <w:p>
      <w:r>
        <w:br/>
        <w:t>— Яка вечеря, Улясю? Я ледве звільнила кухню від твоїх парасольок, тепер лиш починатиму варити...</w:t>
      </w:r>
    </w:p>
    <w:p>
      <w:r>
        <w:br/>
        <w:t>Навіть лягти спати було неможливо: ліжечко теж заповнили кляті парасолі!</w:t>
      </w:r>
    </w:p>
    <w:p>
      <w:r>
        <w:br/>
        <w:t>Вранці Улянка встала заспана й сумна. У двері подзвонили. Дівчинка відчинила й зраділа: це був учорашній дідусь.</w:t>
      </w:r>
    </w:p>
    <w:p>
      <w:r>
        <w:br/>
        <w:t>— Негайно, негайно заберіть ці парасольки! — забувши привітатись, вигукнула вона.</w:t>
      </w:r>
    </w:p>
    <w:p>
      <w:r>
        <w:br/>
        <w:t>— Як забрати? Всю тисячу?</w:t>
      </w:r>
    </w:p>
    <w:p>
      <w:r>
        <w:br/>
        <w:t>— Всі до одної!</w:t>
      </w:r>
    </w:p>
    <w:p>
      <w:r>
        <w:br/>
        <w:t>Дідусь зосередився і мовив довге-довге слово. Таке довге, що з ним казку буде важко дочитати до кінця. Якщо ви раптом схочете позбутись тисячі парасольок, подзвоніть мені, і я скажу вам те слово по телефону.</w:t>
      </w:r>
    </w:p>
    <w:p>
      <w:r>
        <w:br/>
        <w:t>Так от, дідок мовив чарівне слово, і парасольки миттю пропали. Навіть усі речі, які через них мама, тато й Улянка не змогли покласти на місце, ураз прибрали себе самі. Дівчинка полегшено зітхнула.</w:t>
      </w:r>
    </w:p>
    <w:p>
      <w:r>
        <w:br/>
        <w:t>— Усе-таки шкода, що ти не хочеш парасольок,— сказав дідусь.— Можу запропонувати тисячу незвичайних, з якими не буде ніякого клопоту...</w:t>
      </w:r>
    </w:p>
    <w:p>
      <w:r>
        <w:br/>
        <w:t>— Куди я їх складатиму?! — відмахнулася Улянка.</w:t>
      </w:r>
    </w:p>
    <w:p>
      <w:r>
        <w:br/>
        <w:t>— Їх не треба складати. І не треба носити з собою. У дощ досить оглянутись довкола.</w:t>
      </w:r>
    </w:p>
    <w:p>
      <w:r>
        <w:br/>
        <w:t>— Невже?</w:t>
      </w:r>
    </w:p>
    <w:p>
      <w:r>
        <w:br/>
        <w:t>— Ці парасольки мають ще одну властивість: стає дуже весело, якщо з кимось ними поділитись. То як, подарувати?</w:t>
      </w:r>
    </w:p>
    <w:p>
      <w:r>
        <w:br/>
        <w:t>— Ага,— невпевнено погодилася дівчинка.</w:t>
      </w:r>
    </w:p>
    <w:p>
      <w:r>
        <w:br/>
        <w:t>Вона саме бавилася з подругами в парку біля фонтана, коли небо захмарилось, повіяло прохолодою. Малі затривожились: треба вертати додому.</w:t>
      </w:r>
    </w:p>
    <w:p>
      <w:r>
        <w:br/>
        <w:t>— Не журіться! — заспокоїла їх Улянка.— Один знайомий чарівник подарував мені тисячу парасольок, які з'являються, саме коли їх треба.</w:t>
      </w:r>
    </w:p>
    <w:p>
      <w:r>
        <w:br/>
        <w:t>Поки діти розпитували про чарівника, важкі краплі посипалися на землю.</w:t>
      </w:r>
    </w:p>
    <w:p>
      <w:r>
        <w:br/>
        <w:t>— Ой, де парасолі?</w:t>
      </w:r>
    </w:p>
    <w:p>
      <w:r>
        <w:br/>
        <w:t>І раптом розлогий клен закивав їм гілкою: сюди, сюди! Дощ скочувався по його листю, і під крону не потрапляло жодної краплі. Справжнісінька зелена парасоля! Діти зграйкою гайнули у сховок.</w:t>
      </w:r>
    </w:p>
    <w:p>
      <w:r>
        <w:br/>
        <w:t>— А до мене хто? Моя парасолька з цвітом! — кликала молоденька липка.</w:t>
      </w:r>
    </w:p>
    <w:p>
      <w:r>
        <w:br/>
        <w:t>— А моя з яблучками! — шелестіла яблуня.</w:t>
      </w:r>
    </w:p>
    <w:p>
      <w:r>
        <w:br/>
        <w:t>— У мене крона найрозлогіша,— хвалився горіх.</w:t>
      </w:r>
    </w:p>
    <w:p>
      <w:r>
        <w:br/>
        <w:t>— Моя ж найвища,— додавав своє стрункий ясен.</w:t>
      </w:r>
    </w:p>
    <w:p>
      <w:r>
        <w:br/>
        <w:t>— А моя з горобцями! — і собі манила дітей плакуча верба.</w:t>
      </w:r>
    </w:p>
    <w:p>
      <w:r>
        <w:br/>
        <w:t>Дівчатка ховалися то тут, то там під розлогими кронами-парасолями, перебігали з-під одного дерева під інше і так голосно сміялися, що навіть сонце визирнуло крізь проталину в хмарі. А дощ шумів, розливався теплими калюжами,— ще цього літа не було такого веселого, такого сліпого дощу! Зелені парасолі намокали, краплі пробирались-таки поміж листя, але хіба то біда? Від дощу ростеться краще!</w:t>
      </w:r>
    </w:p>
    <w:p>
      <w:r>
        <w:br/>
        <w:t>— А гарно ти придумала про чарівника і його парасолі,— сказали Улянці дівчатка, коли дощ перестав.</w:t>
      </w:r>
    </w:p>
    <w:p>
      <w:r>
        <w:br/>
        <w:t>— Ага,— не стала заперечувати вона й сама здивувалася, як усе-таки незрозуміло буває: від тисячі парасоль утіхи менше, ніж від простого сховку під деревами.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Тисяча парасольок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