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Тишко</w:t>
      </w:r>
    </w:p>
    <w:p>
      <w:r>
        <w:br/>
        <w:t xml:space="preserve"> &lt;p&gt;ТИШКО</w:t>
      </w:r>
    </w:p>
    <w:p>
      <w:r>
        <w:br/>
        <w:t>Оповідання</w:t>
      </w:r>
    </w:p>
    <w:p>
      <w:r>
        <w:br/>
        <w:t>Він випав із гнізда й, безпомічно розгорнувши ще не зовсім оперені крильця, тривожно кричав:</w:t>
      </w:r>
    </w:p>
    <w:p>
      <w:r>
        <w:br/>
        <w:t>— Ой мамочко, рятуйте!.. Мені страшно, страшно... Рятуйте!</w:t>
      </w:r>
    </w:p>
    <w:p>
      <w:r>
        <w:br/>
        <w:t>Та мами поблизу не було. Мабуть, полетіла шукати поживи для своїх малят, а оце сіреньке горобеня, знехтувавши її застереженнями, висунулось із гнізда більше аніж належить і ось зараз опинилося в густій придорожній траві, що видавалася йому таким дрімучим, таємничим і небезпечним лісом, звідки самому не вибратись нізащо в світі.</w:t>
      </w:r>
    </w:p>
    <w:p>
      <w:r>
        <w:br/>
        <w:t>"Ой, куди ж це я попав і що зі мною тепер буде?"</w:t>
      </w:r>
    </w:p>
    <w:p>
      <w:r>
        <w:br/>
        <w:t>Несподівано щось високе-високе заступило собою сонце, і горобеня затихло від страху, потім відчайдушно затріпотіло крильцями, намагаючись зникнути в гущавині, але ніжки плутались, неспроможні подолати трав'янисту загорожу, і в ту ж хвилину, знесилившись, воно потрапило в теплі людські долоні.</w:t>
      </w:r>
    </w:p>
    <w:p>
      <w:r>
        <w:br/>
        <w:t>— Моє ж ти манісіньке,— промовляв до нього ніжний ласкавий голос.— Як же ти не вбилося? Впасти з такої височини! Бач, кігтик трохи ушкоджений... Болить тобі? Дуже болить?</w:t>
      </w:r>
    </w:p>
    <w:p>
      <w:r>
        <w:br/>
        <w:t>Незабаром горобеня опинилося в просторій кімнаті, де було багато столів з якимись химерними приладами, що їх зроду воно не бачило. За тими столами працювали жінки й дівчата в білих халатах.</w:t>
      </w:r>
    </w:p>
    <w:p>
      <w:r>
        <w:br/>
        <w:t>"Де ж це я? Навіщо мене сюди принесли і що зі мною тут робитимуть?"</w:t>
      </w:r>
    </w:p>
    <w:p>
      <w:r>
        <w:br/>
        <w:t>Горобеня, звичайно, не знало, що в цій просторій світлій кімнаті містилася хімічна лабораторія, а жінка, яка принесла його сюди, працювала прибиральницею, і звали її тітонькою Марічкою.</w:t>
      </w:r>
    </w:p>
    <w:p>
      <w:r>
        <w:br/>
        <w:t>А погляньте, який у нас гість,— сказала вона й розтулила пальці. Горобеня, відчувши, що його ніхто не притримує, рвонулося з долоні, але, не долетівши до стола, впало на підлогу.</w:t>
      </w:r>
    </w:p>
    <w:p>
      <w:r>
        <w:br/>
        <w:t>Ой ти, дурненьке-дурненьке, — промовила незлобиво тітонька Марічка,— ти ж іще літати не вмієш.— І, звернувшись до хіміків, вона запитала: — А що, може, візьмемо до себе такого постояльця?</w:t>
      </w:r>
    </w:p>
    <w:p>
      <w:r>
        <w:br/>
        <w:t>— Візьмемо! Візьмемо! — почулося звідусіль. Тітонька Марічка розшукала десь картонну коробку</w:t>
      </w:r>
    </w:p>
    <w:p>
      <w:r>
        <w:br/>
        <w:t>вимостила в ній з білої вати гніздечко, поставила блюдце з водою і ще одне — з їжею, яку відразу знесли сюди хіміки.</w:t>
      </w:r>
    </w:p>
    <w:p>
      <w:r>
        <w:br/>
        <w:t>Чого тільки тут не було!</w:t>
      </w:r>
    </w:p>
    <w:p>
      <w:r>
        <w:br/>
        <w:t>І крихти хліба, і шматочки сиру та ковбаси, і картопля з пиріжка, і мак з бублика, і навіть кружальця червоної редиски й цибулі.</w:t>
      </w:r>
    </w:p>
    <w:p>
      <w:r>
        <w:br/>
        <w:t>Потім хіміки вирішили добрати для нього ім'я.</w:t>
      </w:r>
    </w:p>
    <w:p>
      <w:r>
        <w:br/>
        <w:t>— Назвемо його просто Пушком.</w:t>
      </w:r>
    </w:p>
    <w:p>
      <w:r>
        <w:br/>
        <w:t>— Ні, ні,— заперечили інші.— Він своєї мами не слухався, він бешкетник...</w:t>
      </w:r>
    </w:p>
    <w:p>
      <w:r>
        <w:br/>
        <w:t>— Хай живе у нас із прізвиськом Жив-жив.</w:t>
      </w:r>
    </w:p>
    <w:p>
      <w:r>
        <w:br/>
        <w:t>— Я його знайшла,— озвалася тітонька Марічка,— я йому і йменя дам. Віднині він буде зватися Тишком.</w:t>
      </w:r>
    </w:p>
    <w:p>
      <w:r>
        <w:br/>
        <w:t>З тієї хвилин сірий горобчик Тишко став повноправним мешканцем хімічної лабораторії.</w:t>
      </w:r>
    </w:p>
    <w:p>
      <w:r>
        <w:br/>
        <w:t>На ніч його "хатку" накривали кришкою з прорізаними дірочками, і в ній він спокійно спав до ранку.</w:t>
      </w:r>
    </w:p>
    <w:p>
      <w:r>
        <w:br/>
        <w:t>Першою на роботу завжди з'являлася тітонька Марічка, і кожного разу, як тільки вона переступала поріг лабораторії, Тишко зустрічав її радісним криком:</w:t>
      </w:r>
    </w:p>
    <w:p>
      <w:r>
        <w:br/>
        <w:t>— Жив-жив!..</w:t>
      </w:r>
    </w:p>
    <w:p>
      <w:r>
        <w:br/>
        <w:t>Тітонька Марічка скидала з коробки кришку й питалася:</w:t>
      </w:r>
    </w:p>
    <w:p>
      <w:r>
        <w:br/>
        <w:t>— Ну, як тобі спалося? Які сни тобі снилися?</w:t>
      </w:r>
    </w:p>
    <w:p>
      <w:r>
        <w:br/>
        <w:t>Жив-жив! — скрикувало горобеня, вилітаючи з своєї хатки.</w:t>
      </w:r>
    </w:p>
    <w:p>
      <w:r>
        <w:br/>
        <w:t>Ото й добре, що ти жив-здоров,— посміхалася прибиральниця і наливала в блюдечко свіжої води, давала їжу.</w:t>
      </w:r>
    </w:p>
    <w:p>
      <w:r>
        <w:br/>
        <w:t>Так минав день за днем. У Тишка відросли крильця, і він уже міг перелітати зі столу на стіл.</w:t>
      </w:r>
    </w:p>
    <w:p>
      <w:r>
        <w:br/>
        <w:t>Сьогодні тітонька Марічка мила кахляну підлогу, де-не-де залишаючи калюжки води. Тишко спостерігав за вправними руками прибиральниці, потім, досить рішуче злетівши з полиці, обрав собі найбільшу калюжу і, скачучи на двох ніжках, сміливо розгорнув крильця, почав ними плескати по воді, вигинаючись із голівки на хвіст, розбризкуючи навколо себе рясні краплини.</w:t>
      </w:r>
    </w:p>
    <w:p>
      <w:r>
        <w:br/>
        <w:t>Тишкові було дуже приємно купатися, так приємно, що</w:t>
      </w:r>
    </w:p>
    <w:p>
      <w:r>
        <w:br/>
        <w:t>він голосно й дзвінко виявляв перед усіма своє захоп-</w:t>
      </w:r>
    </w:p>
    <w:p>
      <w:r>
        <w:br/>
        <w:t>лення : ^</w:t>
      </w:r>
    </w:p>
    <w:p>
      <w:r>
        <w:br/>
        <w:t>— Жив-жив! Жив-жив!</w:t>
      </w:r>
    </w:p>
    <w:p>
      <w:r>
        <w:br/>
        <w:t>— Погляньте, що наш Тишко робить,— пролунав чийсь голос, і зразу біля нього зібралися хіміки. Сміючись, вони заохочували горобеня до нових витівок.</w:t>
      </w:r>
    </w:p>
    <w:p>
      <w:r>
        <w:br/>
        <w:t>— Ану ще, Тишку-ласунчику, сіренький пустунчику, покажи, на що ти здатний.</w:t>
      </w:r>
    </w:p>
    <w:p>
      <w:r>
        <w:br/>
        <w:t>І Тишко старався. Він то присідав, то підводився на пружні ноженята, то знову припадав голівкою до калюжі:</w:t>
      </w:r>
    </w:p>
    <w:p>
      <w:r>
        <w:br/>
        <w:t>— Жив-жив!..</w:t>
      </w:r>
    </w:p>
    <w:p>
      <w:r>
        <w:br/>
        <w:t>Хтось здогадався поставити біля нього блюдце з водою, і Тишко охоче з такої послуги скористався. Він стрибнув на краєчок того блюдця, скоса глянув на глибину і, не вагаючись більше, затріпотів крильцями, розбризкуючи на всі боки воду.</w:t>
      </w:r>
    </w:p>
    <w:p>
      <w:r>
        <w:br/>
        <w:t>— Ой бешкетнику, що ж ти робиш? — скрикнула тітонька Марічка, підходячи до нього з мокрою ганчіркою.— Хто ж після тебе прибирати буде?</w:t>
      </w:r>
    </w:p>
    <w:p>
      <w:r>
        <w:br/>
        <w:t>Тишко немовби відчув заподіяну шкоду — швидко вискочив із блюдця й полетів на підвіконня, освітлене промінням сонця. Там він настовбурчив пір'я, обтрусився, помахав хвостиком, а тоді почав діловито оббирати дзьобиком свої крильця. Та не встиг він навести гороб'ячу красу, як хтось із дівчат за дальнім столом гукнув:</w:t>
      </w:r>
    </w:p>
    <w:p>
      <w:r>
        <w:br/>
        <w:t>— Тишко! Муха!</w:t>
      </w:r>
    </w:p>
    <w:p>
      <w:r>
        <w:br/>
        <w:t>До цих слів горобеня вже звикло, тому відразу ж полинуло на голос, сміливо сіло на дівочу руку, спритно вихопило з пальців живу принаду й знову потім умостилося на підвіконні, просушуючи під теплим сонцем свою змокрілу пір'яну шубку.</w:t>
      </w:r>
    </w:p>
    <w:p>
      <w:r>
        <w:br/>
        <w:t>А наступного ранку сталася така подія, що її довіку Тишкові не забути. Почалося все дуже просто.</w:t>
      </w:r>
    </w:p>
    <w:p>
      <w:r>
        <w:br/>
        <w:t>Тіточка Марічка пішла винести сміття й забула причинити двері. Тишко, як завжди, примостився на підвіконні й залюбки грівся під сонцем. Раптом він помітив, як до приміщення тихо увійшов досі небачений звір.</w:t>
      </w:r>
    </w:p>
    <w:p>
      <w:r>
        <w:br/>
        <w:t>Тишко щиро привітав гостя:</w:t>
      </w:r>
    </w:p>
    <w:p>
      <w:r>
        <w:br/>
        <w:t>— Жив-жив!</w:t>
      </w:r>
    </w:p>
    <w:p>
      <w:r>
        <w:br/>
        <w:t>І зразу сталося диво з тим звіром. Очі в нього розширились, вуса настовбурчились, хвіст завиляв туди-сюди. Ні на мить не відводячи своїх хижих зеленкуватих вогників, звір, скрадаючись, рушив до вікна.</w:t>
      </w:r>
    </w:p>
    <w:p>
      <w:r>
        <w:br/>
        <w:t>За найменшим його рухом пильно стежив Тишко.</w:t>
      </w:r>
    </w:p>
    <w:p>
      <w:r>
        <w:br/>
        <w:t>Ось звір зупинився. Застиг... І раптом стрибок, швидкий, блискавичний. Перед Тишком майнули гострі смертельні кігті, і, коли б він вчасно не злетів з підвіконня, напевне б, вони збили на підлогу, а сильні зуби розірвали б його на шматки.</w:t>
      </w:r>
    </w:p>
    <w:p>
      <w:r>
        <w:br/>
        <w:t>Тільки тепер, опинившись на одній із шаф, Тишко зрозумів, яка загрожувала йому небезпека і ще загрожує й зараз, бо хижий звір уже не підкрадався, а полював одвер-то. Бідне горобеня сідало на полиці, на столи й на бутелі, а слідом за ним гасав страхітливий звір. Очі в нього стали ще ширшими, рухи швидкими, невтомними. З грізним мурчанням він легко вистрибував на столи й зіскакував на підлогу, мчав до полиць, не приховуючи розпаленої жадоби поживитися пташеням.</w:t>
      </w:r>
    </w:p>
    <w:p>
      <w:r>
        <w:br/>
        <w:t>Тишко перелітав через увесь зал і з жахом помічав усе ті самі хижі очі, високі сміливі стрибки й нещадні лапи з гострими кігтями, що намагалися його збити на льоту.</w:t>
      </w:r>
    </w:p>
    <w:p>
      <w:r>
        <w:br/>
        <w:t>Вкрай запаморочене горобеня з розгону вдарилось об шибку. Вдарилося так, що в нього блиснули іскри в очах, затьмарилося в голові, й воно впало на підвіконня, ледь ворушачи крильцями.</w:t>
      </w:r>
    </w:p>
    <w:p>
      <w:r>
        <w:br/>
        <w:t>Тут, напевне, була б його смерть, коли б у найскрутнішу хвилину не з'явилася тітонька Марічка,</w:t>
      </w:r>
    </w:p>
    <w:p>
      <w:r>
        <w:br/>
        <w:t>Помітивши кота, що вже приготувався до стрибка, вона люто закричала:</w:t>
      </w:r>
    </w:p>
    <w:p>
      <w:r>
        <w:br/>
        <w:t>— Не смій, клятий! Не смій! Ось я тобі...</w:t>
      </w:r>
    </w:p>
    <w:p>
      <w:r>
        <w:br/>
        <w:t>В ту ж мить у повітрі просвистів звичайний віник, і наляканий кіт вишмигнув за двері.</w:t>
      </w:r>
    </w:p>
    <w:p>
      <w:r>
        <w:br/>
        <w:t>Тишко не пам'ятав, як теплі руки тітоньки Марічки зняли його з підвіконня. Щось, мабуть, ласкаве й ніжне промовляла рятівниця, але Тишко не чув тих слів. Безживно звисала в нього голівка, тьмяніли й заплющувались оченята. Трохи отямився в^н тоді, коли його дзьобик потрапив у блюдце з водою.</w:t>
      </w:r>
    </w:p>
    <w:p>
      <w:r>
        <w:br/>
        <w:t>Ковтнув раз, і вдруге, і втретє. Вода, немов цілющий бальзам, повертала йому сили. Горобеня розплющило очі, пізнало тітоньку Марічку і вже само почало жадібно пити воду.</w:t>
      </w:r>
    </w:p>
    <w:p>
      <w:r>
        <w:br/>
        <w:t>— Моє ж ти манісіньке... Моє ж ти пташенятко дороге. Та як же це я не догледіла... Адже кіт міг тебе з'їсти. Пий іще водичку, пий! Ти очуняєш, і все минеться. Знову будеш здоровеньким.</w:t>
      </w:r>
    </w:p>
    <w:p>
      <w:r>
        <w:br/>
        <w:t>І Тишко пив іще й іще, задираючи догори дзьобик.</w:t>
      </w:r>
    </w:p>
    <w:p>
      <w:r>
        <w:br/>
        <w:t>А потім тітонька Марічка поклала його в тепле кубельце, накрила зверху кришкою, і він, заснув.</w:t>
      </w:r>
    </w:p>
    <w:p>
      <w:r>
        <w:br/>
        <w:t>Що йому снилося — того ніхто не знає. Але наступного ранку знову був бадьорим, і коли до лабораторії ввійшла тітонька Марічка, він відгукнувся, як завжди, на її прихід:</w:t>
      </w:r>
    </w:p>
    <w:p>
      <w:r>
        <w:br/>
        <w:t>— Жив-жив!</w:t>
      </w:r>
    </w:p>
    <w:p>
      <w:r>
        <w:br/>
        <w:t>Вона зняла з коробки кришку, налила свіжої води у блюдце, нагодувала свого ласунчика, а потім розчинила навстіж вікна.</w:t>
      </w:r>
    </w:p>
    <w:p>
      <w:r>
        <w:br/>
        <w:t>Тишко, побачивши на каштановім гіллі таких, як і сам, горобчиків, привітався до них:</w:t>
      </w:r>
    </w:p>
    <w:p>
      <w:r>
        <w:br/>
        <w:t>— Жив-жив! А мене Тишком зовуть, і я хочу з вами познайомитись.</w:t>
      </w:r>
    </w:p>
    <w:p>
      <w:r>
        <w:br/>
        <w:t>Та горобці не звернули на нього ніякої уваги, бо двоє з них чубились між собою, перелітаючи з гілки на гілку, а всі інші так галасливо кричали, що добрати щось було важко.</w:t>
      </w:r>
    </w:p>
    <w:p>
      <w:r>
        <w:br/>
        <w:t>"Чому вони сваряться? За віщо скубуть одне одного? Дізнаюся!"</w:t>
      </w:r>
    </w:p>
    <w:p>
      <w:r>
        <w:br/>
        <w:t>Тишко вперше випурхнув з лабораторії і сів на розлогому каштані.</w:t>
      </w:r>
    </w:p>
    <w:p>
      <w:r>
        <w:br/>
        <w:t>Звідси добре було видно, як вулицями міста мчали машини, тролейбуси, трамваї, авто. Кудись поспішали люди.</w:t>
      </w:r>
    </w:p>
    <w:p>
      <w:r>
        <w:br/>
        <w:t>За високими будинками лягли широкі майдани з клумбами, на яких красувалися різнобарвні квіти. А ще далі зеленіли кучеряві й густі шати наддніпровських парків.</w:t>
      </w:r>
    </w:p>
    <w:p>
      <w:r>
        <w:br/>
        <w:t>Тишкові захотілося глянути на всі ці дива зблизька. Він змахнув крильцями й полетів, жадібно оглядаючи все навкруги.</w:t>
      </w:r>
    </w:p>
    <w:p>
      <w:r>
        <w:br/>
        <w:t>Ось, нарешті, й парк з рясними деревами, з чистими асфальтованими доріжками, вздовж яких простягнулися зеленою стрічкою густі кущі і яскраві квіти. А за парком, скільки оком сягнеш, розляглися дніпровські простори, з високим небом, запашними лугами, далечінню синіючих лісів, оповитих сизою млою.</w:t>
      </w:r>
    </w:p>
    <w:p>
      <w:r>
        <w:br/>
        <w:t>Тишко сидів на гілочці могутньої сріблистої тополі, що росла над самісіньким урвищем,— маленький, непомітний, безпорадний,— серед шелесту дерев, які вкрили собою круті схили і ген-ген спадають аж до голубого повноводого Дніпра.</w:t>
      </w:r>
    </w:p>
    <w:p>
      <w:r>
        <w:br/>
        <w:t>Красивими арками звелися між берегами ажурні мости, а там, далі, за рікою, лягло зеленоткане мереживо острова з мрійливими затоками. А ще далі знову темніли ліси, і вже за ними прослалася потім в обрій така мріюча даль, що їй, здавалося, не було кінця-краю.</w:t>
      </w:r>
    </w:p>
    <w:p>
      <w:r>
        <w:br/>
        <w:t>Який же широкий, сповнений привабної краси світ розкрився Тишкові цього незабутнього ранку!</w:t>
      </w:r>
    </w:p>
    <w:p>
      <w:r>
        <w:br/>
        <w:t>Вразила його і злякала срібляста пташина з великими крилами, що з гуркотом промчала над головою і зникла незабаром у позахмарній височині...</w:t>
      </w:r>
    </w:p>
    <w:p>
      <w:r>
        <w:br/>
        <w:t>Тишкові про все хотілося знати, на чому спинявся його зір. Але в кого розпитатися? У непосидючих синиць, що скачуть мов неприкаяні з гілочки на гілочку? Чи в барвистого дятла, що заклопотано стукає довгим дзьобом, наче долотом, у стовбури дерев? Чи, може, спитатися у граків, які понамощували на деревах чорні шапки гнізд і чомусь сваряться між собою не гірше від горобців?</w:t>
      </w:r>
    </w:p>
    <w:p>
      <w:r>
        <w:br/>
        <w:t>Тільки опівдні Тишко повернувся до лабораторії.</w:t>
      </w:r>
    </w:p>
    <w:p>
      <w:r>
        <w:br/>
        <w:t>— Жив-жив!</w:t>
      </w:r>
    </w:p>
    <w:p>
      <w:r>
        <w:br/>
        <w:t>— Ну й добре,— сказала тітонька Марічка.— А то вже думала — майнеш на волю, та тільки тебе й бачила.</w:t>
      </w:r>
    </w:p>
    <w:p>
      <w:r>
        <w:br/>
        <w:t>Наступного ранку Тишко випурхнув через відчинене вікно і приєднався до горобиного табунця.</w:t>
      </w:r>
    </w:p>
    <w:p>
      <w:r>
        <w:br/>
        <w:t>А ти звідки? — запитали в нього.— Де твої батьки? € в тебе братики, сестрички?</w:t>
      </w:r>
    </w:p>
    <w:p>
      <w:r>
        <w:br/>
        <w:t>Не маю батьків,— сказав Тишко, і^горобці зацвірінчали.</w:t>
      </w:r>
    </w:p>
    <w:p>
      <w:r>
        <w:br/>
        <w:t>А може, ти сирота?</w:t>
      </w:r>
    </w:p>
    <w:p>
      <w:r>
        <w:br/>
        <w:t>Не знаю...</w:t>
      </w:r>
    </w:p>
    <w:p>
      <w:r>
        <w:br/>
        <w:t>Хтось із горобчиків сказав:</w:t>
      </w:r>
    </w:p>
    <w:p>
      <w:r>
        <w:br/>
        <w:t>і</w:t>
      </w:r>
    </w:p>
    <w:p>
      <w:r>
        <w:br/>
        <w:t>— Ми будемо з тобою дружити. Хочеш?</w:t>
      </w:r>
    </w:p>
    <w:p>
      <w:r>
        <w:br/>
        <w:t>— Хочу. Дуже хочу,— погодився Тишко, оглянувши бравих друзів.</w:t>
      </w:r>
    </w:p>
    <w:p>
      <w:r>
        <w:br/>
        <w:t>— Ми ось тут живемо під дахом. А ти де живеш?</w:t>
      </w:r>
    </w:p>
    <w:p>
      <w:r>
        <w:br/>
        <w:t>— В лабораторії. Бачите, де розчинені вікна. У мене там є хатка. І тітонька Марічка за мною доглядає. І всі хіміки мене любляЛ, дають мені їсти й пити... І я люблю купатися в блюдечку.</w:t>
      </w:r>
    </w:p>
    <w:p>
      <w:r>
        <w:br/>
        <w:t>Горобці засміялися, а один з них, презирливо оглянувши новачка, сказав:</w:t>
      </w:r>
    </w:p>
    <w:p>
      <w:r>
        <w:br/>
        <w:t>— А ти, я бачу, добрий брехунець!</w:t>
      </w:r>
    </w:p>
    <w:p>
      <w:r>
        <w:br/>
        <w:t>— От і не брехунець. Я правду кажу, правду! Хочете, полетимо зі мною, то самі побачите мою хатку.</w:t>
      </w:r>
    </w:p>
    <w:p>
      <w:r>
        <w:br/>
        <w:t>Охочих не знайшлося.</w:t>
      </w:r>
    </w:p>
    <w:p>
      <w:r>
        <w:br/>
        <w:t>Хтось із горобців поцікавився:</w:t>
      </w:r>
    </w:p>
    <w:p>
      <w:r>
        <w:br/>
        <w:t>— Як ти попав до лабораторії? А хтось уїдливо додав:</w:t>
      </w:r>
    </w:p>
    <w:p>
      <w:r>
        <w:br/>
        <w:t>— Нехай він нам іще збреше.— І знову всі засміялися, а Тишко аж крильцями стріпнув з досади:</w:t>
      </w:r>
    </w:p>
    <w:p>
      <w:r>
        <w:br/>
        <w:t>Я ніколи не брешу. Я завжди кажу тільки правду!</w:t>
      </w:r>
    </w:p>
    <w:p>
      <w:r>
        <w:br/>
        <w:t>То розповідай, а ми тебе послухаємо.</w:t>
      </w:r>
    </w:p>
    <w:p>
      <w:r>
        <w:br/>
        <w:t>Мені нема чого розповідати... багато. Пам'ятаю, що маленьким я випав з гнізда, гукав маму, але її поблизу не було. А йшла доріжкою тітонька Марічка...</w:t>
      </w:r>
    </w:p>
    <w:p>
      <w:r>
        <w:br/>
        <w:t>Зажди!.. Зажди! — почувся раптом з верховіття тривожний крик сірої горобчихи, і в одну мить вона опинилася біля Тишка.— Гляну на тебе пильніше.— І чомусь зір її зупинився на ушкодженому кігтикові лівої ніжки.</w:t>
      </w:r>
    </w:p>
    <w:p>
      <w:r>
        <w:br/>
        <w:t>Зніяковілий Тишко теж уважно розглядав незнайому сіру горобчиху, і в його пам'яті зринали напівзабуті спогади. Та все ж він пригадав оцей сіренький фартушок на грудях і вискублений жмутик пір'ячка біля дзьоба, а особливо голос, рідний, незабутній...</w:t>
      </w:r>
    </w:p>
    <w:p>
      <w:r>
        <w:br/>
        <w:t>— Синок! — вигукнула горобчиха відчайдушно-радісним криком, якого ніколи не чули навіть її власні діти.— Синок!.. Знайшовся...</w:t>
      </w:r>
    </w:p>
    <w:p>
      <w:r>
        <w:br/>
        <w:t>— Мамо! Мамочко!.. Рідна!..</w:t>
      </w:r>
    </w:p>
    <w:p>
      <w:r>
        <w:br/>
        <w:t>В ту ж мить на каштановім гіллі знявся такий галас, що здавалося, сюди злетілися горобці з усього району. Та хіба ж це не подія? Хіба ж це не радість?</w:t>
      </w:r>
    </w:p>
    <w:p>
      <w:r>
        <w:br/>
        <w:t>Щаслива мати тут же піймала комаху й поклала в рот своєму синочкові. До нього підлетів братик, отой самий, що пропонував дружбу. І підлетіли дві сестрички. Вони скакали з гілочки на гілочку, виявляючи своє вдоволення дзвінкими голосами:</w:t>
      </w:r>
    </w:p>
    <w:p>
      <w:r>
        <w:br/>
        <w:t>Жив-жив!</w:t>
      </w:r>
    </w:p>
    <w:p>
      <w:r>
        <w:br/>
        <w:t>Жив-жив!</w:t>
      </w:r>
    </w:p>
    <w:p>
      <w:r>
        <w:br/>
        <w:t>— Чуєте! Ви чуєте всі? — звернулася горобчиха до численного птаства.— Віднині я найщасливіша мати, і я хочу відзначити цей день якнайкраще. За мною!</w:t>
      </w:r>
    </w:p>
    <w:p>
      <w:r>
        <w:br/>
        <w:t>Змахнувши крильцями, вона першою ринула вперед, а за нею і вся гороб'яча ватага.</w:t>
      </w:r>
    </w:p>
    <w:p>
      <w:r>
        <w:br/>
        <w:t>Вони не зупинились на майдані, де в цю пору старенька бабуся годує хлібними крихтами бездомних голубів і де, звичайно, їм, горобцям, можна завжди поживитися.</w:t>
      </w:r>
    </w:p>
    <w:p>
      <w:r>
        <w:br/>
        <w:t>Не повернули вони й до парку, не глянули на іскристі в сяйві сонця міські фонтани, біля яких слід було б скупатися в калюжах, а потім поскакати вздовж доріжок до дітей і коло них знайти крихти з булочок, пиріжків чи печива.</w:t>
      </w:r>
    </w:p>
    <w:p>
      <w:r>
        <w:br/>
        <w:t>Швидко пропливала під крильцями земля, і ось уже вся гороб'яча ватага спинилася на околиці міста.</w:t>
      </w:r>
    </w:p>
    <w:p>
      <w:r>
        <w:br/>
        <w:t>Сюди ранньою весною прилітали вони живитися комахами та гусінню на фруктових деревах. А зараз тут у кожному дворі поряд з яблунями, сливами чи грушами розлягалися кучеряві крони, на яких листя не видно — так рясно вкрили кожну гілочку темно-червоні тугі вишні. Налиті густим соком, по дві, по три, а то й по чотири вкупі, вони, мов рубінові сережки, вигравали під ранковим сонцем. І як же не покуштувати стиглої м'якоті, не впитися прохолодним ароматним соком?</w:t>
      </w:r>
    </w:p>
    <w:p>
      <w:r>
        <w:br/>
        <w:t>І куштували горобці, смакували стиглі плоди, накльовували то бочок, то вершечок, а то й чисто з'їдали м'якоть, залишаючи на корінцях тільки тверді рожеві кісточки. Уже в багатьох не тільки дзьобики, а й сірі фартушки покропилися в багряний вишневий сік. Та хто на це зважає? Знай їдять собі та підхвалюють:</w:t>
      </w:r>
    </w:p>
    <w:p>
      <w:r>
        <w:br/>
        <w:t>— Оце ласощі!</w:t>
      </w:r>
    </w:p>
    <w:p>
      <w:r>
        <w:br/>
        <w:t>В цю хвилину сюди зайшов якийсь чоловік, схопив грудку землі й жбурнув її в саму гущу розлогої вишні.</w:t>
      </w:r>
    </w:p>
    <w:p>
      <w:r>
        <w:br/>
        <w:t>Всіх наче вітром здуло, а Тишко сидить собі, як сидів, не розуміючи, нащо т)й чоловік кинув земляну грудку, яка, розбившись об гілля, зашуміла дрібним дощем.</w:t>
      </w:r>
    </w:p>
    <w:p>
      <w:r>
        <w:br/>
        <w:t>— Втікай, синку, втікай! — раптом почувся тривожний материн голос. Тишко одразу ж знявся й полетів на той голос.</w:t>
      </w:r>
    </w:p>
    <w:p>
      <w:r>
        <w:br/>
        <w:t>Мати і вся гороб'яча ватага розмістилися на старій вербі, звідки було добре видно город. На ньому зеленіла картопля, і цвіли запізнілі маки, і вигравали рум'янцями добірні помідори, а в густій огудині ховалися огірки та гарбузи.</w:t>
      </w:r>
    </w:p>
    <w:p>
      <w:r>
        <w:br/>
        <w:t>Тут же, вздовж межі, росли й соняшники з жовтими шапками й жовтим, досить прив'ялим цвітом.</w:t>
      </w:r>
    </w:p>
    <w:p>
      <w:r>
        <w:br/>
        <w:t>Тишко принишк, бо посеред городу стояв дивний чолов'яга й розмахував довгими спорожнілими рукавами драної сорочки. На голові в нього стриміла заіржавлена німецька каска, а замість ніг стирчав з-під сорочки темнуватий кілок.</w:t>
      </w:r>
    </w:p>
    <w:p>
      <w:r>
        <w:br/>
        <w:t>Тишкові раптом згадалися зелені хижі очі...</w:t>
      </w:r>
    </w:p>
    <w:p>
      <w:r>
        <w:br/>
        <w:t>Ви бачще, бачите? — прошепотів він, показуючи на город.— Це сторож. Ще впіймає.</w:t>
      </w:r>
    </w:p>
    <w:p>
      <w:r>
        <w:br/>
        <w:t>Хто? Опудало впіймає? Хочеш, я сяду йому зараз на каску.— І один з горобчиків полетів, щоб виконати свою обіцянку, та в цю ж хвилину війнув вітер, майнув довгий рукав і сміливець, проминувши опудало, вмостився на жовтій соняшниковій шапці й почав видзьобувати з неї насіння.</w:t>
      </w:r>
    </w:p>
    <w:p>
      <w:r>
        <w:br/>
        <w:t>З верби відразу знявся весь табунець і теж заходився поратись біля пахучих шапок.</w:t>
      </w:r>
    </w:p>
    <w:p>
      <w:r>
        <w:br/>
        <w:t>Так минув день, і тільки надвечір ситі й трохи втомлені горобці повернулися до рясного каштана, що його вершину ще багрянило призахідне сонце.</w:t>
      </w:r>
    </w:p>
    <w:p>
      <w:r>
        <w:br/>
        <w:t>Тишко, звичайно, залишився на ночівлю під залізним дахом разом з мамою, братиком і сестричками. А коли надворі почало розвиднятися, він, як усі, випурхнув звідти на рясне гілля каштана і криком "жив-жив" зустрів тут уперше в житті схід сонця.</w:t>
      </w:r>
    </w:p>
    <w:p>
      <w:r>
        <w:br/>
        <w:t>У рідній сім'ї, в дружнім товаристві непомітно минали дні. Почали жовтіти дерева, а між пір'ячком у Тишка з'явився, навдивовижу йому самому, сірий густий і теплий-теплий пушок.</w:t>
      </w:r>
    </w:p>
    <w:p>
      <w:r>
        <w:br/>
        <w:t>Ранки ставали все холоднішими. Тишко згадав своє намощене в коробці, затишне кубецьце, згадав лабораторію, хіміків, і йому дуже захотілося всіх їх побачити, а особливо — ніжну, незабутню й таку добру-добру тітоньку Марічку.</w:t>
      </w:r>
    </w:p>
    <w:p>
      <w:r>
        <w:br/>
        <w:t>Тишко сів на каштанову гілочку й почав стежити за вікнами лабораторії. Жадана хвилина незабаром надійшла. Тітонька Марічка розчинила навстіж вікна, і Тишко влетів у тепле приміщення.</w:t>
      </w:r>
    </w:p>
    <w:p>
      <w:r>
        <w:br/>
        <w:t>— Жив-жив!</w:t>
      </w:r>
    </w:p>
    <w:p>
      <w:r>
        <w:br/>
        <w:t>— Де ж ти блукав, розбишако? Жду тебе, жду, а ти хтозна-де ночуєщ. Ну, зголоднів, мабуть, добре? Зажди, я тобі зараз дам їсти.</w:t>
      </w:r>
    </w:p>
    <w:p>
      <w:r>
        <w:br/>
        <w:t>Але в цю мить за вікнами знялася ціла злива гороб'ячого цвірінчання. Тишко шмигонув на подвір'я, на волю, на широкий простір і вже більше до лабораторії не повертався.</w:t>
      </w:r>
    </w:p>
    <w:p>
      <w:r>
        <w:br/>
        <w:t>Тітонька Марічка пождала-пождала, а тоді взяла картонну коробку з намощеним гніздечком і викинула на смітник.</w:t>
      </w:r>
    </w:p>
    <w:p>
      <w:r>
        <w:br/>
        <w:t>Згодом почалися дощі. Опадало з дерев пожовкле листя. А потім настали ясні ночі з рясними зорями, далекими й холодними. А потім прилетіли з півночі пронизливі й нещадні вітри, пригнали табуни хмар, і вже не дощ, а сніжинки вкрили собою землю, дахи будинків, паркани, й дерева, і побляклі від морозу квіти...</w:t>
      </w:r>
    </w:p>
    <w:p>
      <w:r>
        <w:br/>
        <w:t>Був цей сніг білий-білий, як вата у гніздечку, що його вимощувала колись тітонька Марічка, тільки чомусь ця вата холодила ніжки.</w:t>
      </w:r>
    </w:p>
    <w:p>
      <w:r>
        <w:br/>
        <w:t>Іноді вранці тітонька Марічка розчиняла в лабораторії не вікно, а кватирку, дивилась на запушені в іній дерева,, гукала:</w:t>
      </w:r>
    </w:p>
    <w:p>
      <w:r>
        <w:br/>
        <w:t>— Тишко, ласунчику, сіренький пустунчику, озовися! Дерева стояли нерухомі.</w:t>
      </w:r>
    </w:p>
    <w:p>
      <w:r>
        <w:br/>
        <w:t>Та коли тітонька Марічка, розчинивши вікна, виставляла за шибки годівницю з крихтами хліба й іншою поживою,— відразу, хто знає зв4дки, сюди злітався табунець горобців.</w:t>
      </w:r>
    </w:p>
    <w:p>
      <w:r>
        <w:br/>
        <w:t>Вона пильно придивлялася до кожного, і придивлялися хіміки, але ніхто з них не міг тепер упізнати свого улюбленця, що проміняв затишок і сите життя на ні з чим незрівнянну волю.</w:t>
      </w:r>
    </w:p>
    <w:p>
      <w:r>
        <w:br/>
        <w:t>І тільки одного разу, коли тітонька Марічка гукнула: "Тишко! Муха!", лише один горобчик підвів голівку, глянув на холодну шибку вікна.</w:t>
      </w:r>
    </w:p>
    <w:p>
      <w:r>
        <w:br/>
        <w:t>— Жив-жив! — і знову потім заходився клювати крихти хліба й шматочки картоплі, щоб не відстати від своїх зголоднілих друзів.</w:t>
      </w:r>
    </w:p>
    <w:p>
      <w:r>
        <w:br/>
        <w:t>Ото він, Тишко... Той, що голову підвів.</w:t>
      </w:r>
    </w:p>
    <w:p>
      <w:r>
        <w:br/>
        <w:t>А чому ж не влетів через кватирку? .</w:t>
      </w:r>
    </w:p>
    <w:p>
      <w:r>
        <w:br/>
        <w:t>— Ні, ні,— сперечалися інші.— Наш Тишко ото крайній. Бачите, як зорить сюди.</w:t>
      </w:r>
    </w:p>
    <w:p>
      <w:r>
        <w:br/>
        <w:t>Надворі світило сонце, виблискував іскристо сніг, а шибки все дужче вкривалися мальовничими косицями морозу.</w:t>
      </w:r>
    </w:p>
    <w:p>
      <w:r>
        <w:br/>
        <w:t>Листопад, 1963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