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Тиша зимова зоріє...</w:t>
      </w:r>
    </w:p>
    <w:p>
      <w:r>
        <w:br/>
        <w:t xml:space="preserve"> &lt;blockquote&gt;Євгенові Пашковському&lt;/blockquote&gt;&lt;br /&gt;</w:t>
        <w:br/>
        <w:t>Тиша зимова зоріє. Вечірнього спокою ризи&lt;br /&gt;</w:t>
        <w:br/>
        <w:t>Над невеличким селом стомлений рік розіклав.&lt;br /&gt;</w:t>
        <w:br/>
        <w:t>Лунко озветься десь пес, почувши наближення кроків,&lt;br /&gt;</w:t>
        <w:br/>
        <w:t>Інший йому відповість, потім затихне усе.&lt;br /&gt;</w:t>
        <w:br/>
        <w:t>Віщі сприятливі знаки написано в небі оддавна&lt;br /&gt;</w:t>
        <w:br/>
        <w:t>Для марнотратних синів, що спохопились на клич&lt;br /&gt;</w:t>
        <w:br/>
        <w:t>Білого батька свого, самотнього в рідній господі,&lt;br /&gt;</w:t>
        <w:br/>
        <w:t>Серед зелених лісів, яснонебесних річок.&lt;br /&gt;</w:t>
        <w:br/>
        <w:t>Поночі вийдуть синове на крем’ях Чумацького Шляху,&lt;br /&gt;</w:t>
        <w:br/>
        <w:t>Ноги до крові зіб’ють, сивими стануть самі,&lt;br /&gt;</w:t>
        <w:br/>
        <w:t>Втратять усе, що було, усе, що вважалося сущим,&lt;br /&gt;</w:t>
        <w:br/>
        <w:t>Без подарунків і знань ступлять у батьківський дім.&lt;br /&gt;</w:t>
        <w:br/>
        <w:t>Радосте, юна сестричко, вітай цих натомлених гостів.&lt;br /&gt;</w:t>
        <w:br/>
        <w:t>Лий запашного вина, добру вечерю готуй,&lt;br /&gt;</w:t>
        <w:br/>
        <w:t>Хай розмерзаються їм затьмарені очі і душі,&lt;br /&gt;</w:t>
        <w:br/>
        <w:t>Хай зацвітуть їм серця серед святої зими.&lt;br /&gt;</w:t>
        <w:br/>
        <w:t>Годі марудному світу справляти примарні обнови&lt;br /&gt;</w:t>
        <w:br/>
        <w:t>І будувати житло на проминальнім піску,&lt;br /&gt;</w:t>
        <w:br/>
        <w:t>Слухати лже-вчителів, не вірячи жодному слову,&lt;br /&gt;</w:t>
        <w:br/>
        <w:t>Тоскно дивитись, як бруд топить в собі Агору.&lt;br /&gt;</w:t>
        <w:br/>
        <w:t>Годі блукати між ланців, пройдисвітів, скорих на злочин,&lt;br /&gt;</w:t>
        <w:br/>
        <w:t>Годі шукати людей посеред білого дня, —&lt;br /&gt;</w:t>
        <w:br/>
        <w:t>Люди існують лиш там, де батько нічний їх чекає,&lt;br /&gt;</w:t>
        <w:br/>
        <w:t>Світячи на небесах вічно закличні вогні.&lt;br /&gt;</w:t>
        <w:br/>
        <w:t>Схлипує тихо Марія. В новому Єрусалимі&lt;br /&gt;</w:t>
        <w:br/>
        <w:t>Мовчки сидим за столом, думаєм кожен своє;&lt;br /&gt;</w:t>
        <w:br/>
        <w:t>Двері прочиняться; Б о г, Якого ми встигли забути,&lt;br /&gt;</w:t>
        <w:br/>
        <w:t>Зайде до хати, внесе яблук зимових таріль.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Тиша зимова зоріє...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