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Тиша. Притча</w:t>
      </w:r>
    </w:p>
    <w:p>
      <w:r>
        <w:br/>
        <w:t xml:space="preserve"> ТИША&lt;br /&gt;</w:t>
        <w:br/>
        <w:t>Притча&lt;br /&gt;</w:t>
        <w:br/>
        <w:t>© Український переклад. В. Й. Шовкун, 1992.&lt;br /&gt;</w:t>
        <w:br/>
        <w:t>Дрімають гірські верхівки,&lt;br /&gt;</w:t>
        <w:br/>
        <w:t>Тиша в долинах, печерах і на скелях.&lt;br /&gt;</w:t>
        <w:br/>
        <w:t>Алкман&lt;br /&gt;</w:t>
        <w:br/>
        <w:t>"Послухай-но,— сказав Демон,&lt;br /&gt;</w:t>
        <w:br/>
        <w:t>Поклавши руку мені на голову,-&lt;br /&gt;</w:t>
        <w:br/>
        <w:t>Край, про який я тобі розповім, це похмура долина у Лівії,&lt;br /&gt;</w:t>
        <w:br/>
        <w:t>Понад берегами річки Заїри,&lt;br /&gt;</w:t>
        <w:br/>
        <w:t>І нема там ані спокою, ані тиші.</w:t>
      </w:r>
    </w:p>
    <w:p>
      <w:r>
        <w:br/>
        <w:t>Води річки мають шафраново-хворобливий колір&lt;br /&gt;</w:t>
        <w:br/>
        <w:t>І не течуть до моря,&lt;br /&gt;</w:t>
        <w:br/>
        <w:t>А вічно пульсують під малиновим оком сонця,&lt;br /&gt;</w:t>
        <w:br/>
        <w:t>Тремтять і здіймаються хвилями.&lt;br /&gt;</w:t>
        <w:br/>
        <w:t>На багато миль попід грузькими берегами річки&lt;br /&gt;</w:t>
        <w:br/>
        <w:t>Тягнеться бліда пустеля велетенських білих лілей,&lt;br /&gt;</w:t>
        <w:br/>
        <w:t>І зітхають вони, бо їм сумно в цій глушині,&lt;br /&gt;</w:t>
        <w:br/>
        <w:t>І простягують до неба довгі, моторошно-білі шиї,&lt;br /&gt;</w:t>
        <w:br/>
        <w:t>І одвічно кивають головами.&lt;br /&gt;</w:t>
        <w:br/>
        <w:t>І линуть від них дивні шерехи,&lt;br /&gt;</w:t>
        <w:br/>
        <w:t>Мовби вони шепочуться між собою,&lt;br /&gt;</w:t>
        <w:br/>
        <w:t>Шерехи, схожі на дзюркотіння підземних вод.&lt;br /&gt;</w:t>
        <w:br/>
        <w:t>І зітхають лілеї, бо їм сумно в цій глушині.</w:t>
      </w:r>
    </w:p>
    <w:p>
      <w:r>
        <w:br/>
        <w:t>Але існує межа їхньому царству —&lt;br /&gt;</w:t>
        <w:br/>
        <w:t>Темний, дрімучий, високий ліс.&lt;br /&gt;</w:t>
        <w:br/>
        <w:t>Там, наче море навкруг островів,&lt;br /&gt;</w:t>
        <w:br/>
        <w:t>Постійно хвилюється низенький підлісок,&lt;br /&gt;</w:t>
        <w:br/>
        <w:t>А в небі — жодного подмуху вітерцю.&lt;br /&gt;</w:t>
        <w:br/>
        <w:t>І високі правічні дерева розгойдуються з давніх-давен,&lt;br /&gt;</w:t>
        <w:br/>
        <w:t>І шумлять листям, і тріщать гіллям,&lt;br /&gt;</w:t>
        <w:br/>
        <w:t>І з їхніх верхів'їв крапля за краплею&lt;br /&gt;</w:t>
        <w:br/>
        <w:t>Скапує одвічна роса.&lt;br /&gt;</w:t>
        <w:br/>
        <w:t>А там, де вони входять у землю корінням,&lt;br /&gt;</w:t>
        <w:br/>
        <w:t>Дивні отруйні квіти звиваються, мов у тривожному сні.&lt;br /&gt;</w:t>
        <w:br/>
        <w:t>А вгорі з шумом і свистом Сірі хмари одвіку плинуть на захід,&lt;br /&gt;</w:t>
        <w:br/>
        <w:t>До вогненного урвища обрію, з якого вони скочуються водоспадом.&lt;br /&gt;</w:t>
        <w:br/>
        <w:t>А в небі — жодного подмуху вітерцю.&lt;br /&gt;</w:t>
        <w:br/>
        <w:t>І на берегах річки Заїри&lt;br /&gt;</w:t>
        <w:br/>
        <w:t>Нема ані спокою, ані тиші.&lt;br /&gt;</w:t>
        <w:br/>
        <w:t>То була ніч, і дощ падав;&lt;br /&gt;</w:t>
        <w:br/>
        <w:t>І падаючи, він був дощем,&lt;br /&gt;</w:t>
        <w:br/>
        <w:t>А упавши, на кров обертався.&lt;br /&gt;</w:t>
        <w:br/>
        <w:t>І стояв я в болоті серед високих лілей,&lt;br /&gt;</w:t>
        <w:br/>
        <w:t>І дощ мочив мені голову —&lt;br /&gt;</w:t>
        <w:br/>
        <w:t>А лілеї сумно-сумно зітхали,&lt;br /&gt;</w:t>
        <w:br/>
        <w:t>Горді навіть у розпачі.</w:t>
      </w:r>
    </w:p>
    <w:p>
      <w:r>
        <w:br/>
        <w:t>Аж раптом виплив на небо місяць крізь мертвотно-блідий туман,&lt;br /&gt;</w:t>
        <w:br/>
        <w:t>І був він темно-червоний.&lt;br /&gt;</w:t>
        <w:br/>
        <w:t>А мій погляд упав на величезну сіру скелю,&lt;br /&gt;</w:t>
        <w:br/>
        <w:t>Що височіла над річкою,&lt;br /&gt;</w:t>
        <w:br/>
        <w:t>Осяяна жовтим місячним світлом.&lt;br /&gt;</w:t>
        <w:br/>
        <w:t>І скеля була висока і сіра з мертвотним відтінком —&lt;br /&gt;</w:t>
        <w:br/>
        <w:t>Та скеля була мертвотно-сіра.&lt;br /&gt;</w:t>
        <w:br/>
        <w:t>І побачив я літери, висічені на ній,&lt;br /&gt;</w:t>
        <w:br/>
        <w:t>І пішов я через болото між водяними лілеями,&lt;br /&gt;</w:t>
        <w:br/>
        <w:t>Щоб наблизитися до берега&lt;br /&gt;</w:t>
        <w:br/>
        <w:t>Й прочитати літери на стіні скелі.&lt;br /&gt;</w:t>
        <w:br/>
        <w:t>Але розгледіти мені їх не вдалося.&lt;br /&gt;</w:t>
        <w:br/>
        <w:t>І я вже хотів повернутися назад у болото,&lt;br /&gt;</w:t>
        <w:br/>
        <w:t>Коли місяць засяяв ще яскравішим червонястим світлом,&lt;br /&gt;</w:t>
        <w:br/>
        <w:t>І я обернувся і знову глянув на скелю&lt;br /&gt;</w:t>
        <w:br/>
        <w:t>І на висічені там літери —&lt;br /&gt;</w:t>
        <w:br/>
        <w:t>І ті літери були РОЗПАЧ.</w:t>
      </w:r>
    </w:p>
    <w:p>
      <w:r>
        <w:br/>
        <w:t>І я подивився вгору,&lt;br /&gt;</w:t>
        <w:br/>
        <w:t>І там стояв чоловік на вершині скелі;&lt;br /&gt;</w:t>
        <w:br/>
        <w:t>А я сховався між водяних лілей,&lt;br /&gt;</w:t>
        <w:br/>
        <w:t>Щоб підглянути за діями того чоловіка.&lt;br /&gt;</w:t>
        <w:br/>
        <w:t>І мав він гордий вигляд, і був високий&lt;br /&gt;</w:t>
        <w:br/>
        <w:t>І завинутий&lt;br /&gt;</w:t>
        <w:br/>
        <w:t>Від плечей до ступнів у давньоримську тогу.&lt;br /&gt;</w:t>
        <w:br/>
        <w:t>І обриси його постаті були невиразні —&lt;br /&gt;</w:t>
        <w:br/>
        <w:t>Але риси його обличчя були рисами божества;&lt;br /&gt;</w:t>
        <w:br/>
        <w:t>Бо мантія ночі,&lt;br /&gt;</w:t>
        <w:br/>
        <w:t>І туману, і місяця, і роси&lt;br /&gt;</w:t>
        <w:br/>
        <w:t>Залишила його обличчя відкритим.&lt;br /&gt;</w:t>
        <w:br/>
        <w:t>І його чоло променилося розумом,&lt;br /&gt;</w:t>
        <w:br/>
        <w:t>А в очах палахкотіла тривога;&lt;br /&gt;</w:t>
        <w:br/>
        <w:t>І в кількох зморшках, що мережали його щоки,&lt;br /&gt;</w:t>
        <w:br/>
        <w:t>Я прочитав притчі журби, втоми й зневіри в людстві&lt;br /&gt;</w:t>
        <w:br/>
        <w:t>І тугу за самотою.&lt;br /&gt;</w:t>
        <w:br/>
        <w:t>І чоловік сів на скелі, й підпер рукою голову,&lt;br /&gt;</w:t>
        <w:br/>
        <w:t>Й подивився на навколишню пустку.&lt;br /&gt;</w:t>
        <w:br/>
        <w:t>Він подивився вниз на дрібний, неспокійний підлісок,&lt;br /&gt;</w:t>
        <w:br/>
        <w:t>І вгору на високі правічні дерева,&lt;br /&gt;</w:t>
        <w:br/>
        <w:t>І ще вище на шумливе небо,&lt;br /&gt;</w:t>
        <w:br/>
        <w:t>І на темно-червоний місяць.&lt;br /&gt;</w:t>
        <w:br/>
        <w:t>А я лежав зовсім близько, ховаючись за лілеями,&lt;br /&gt;</w:t>
        <w:br/>
        <w:t>І спостерігав за діями того чоловіка.&lt;br /&gt;</w:t>
        <w:br/>
        <w:t>А він тремтів від самотності;&lt;br /&gt;</w:t>
        <w:br/>
        <w:t>І ніч наближалася до світанку,&lt;br /&gt;</w:t>
        <w:br/>
        <w:t>А він сидів і сидів на вершині скелі.</w:t>
      </w:r>
    </w:p>
    <w:p>
      <w:r>
        <w:br/>
        <w:t>І чоловік відвернув погляд від неба&lt;br /&gt;</w:t>
        <w:br/>
        <w:t>І подивився на сумну річку Заїру,&lt;br /&gt;</w:t>
        <w:br/>
        <w:t>І на жовто-мертвотні води,&lt;br /&gt;</w:t>
        <w:br/>
        <w:t>І на бліді легіони лілей,&lt;br /&gt;</w:t>
        <w:br/>
        <w:t>І почав він дослухатися до їхніх зітхань&lt;br /&gt;</w:t>
        <w:br/>
        <w:t>І до шепотіння, яке від них линуло.&lt;br /&gt;</w:t>
        <w:br/>
        <w:t>А я лежав зовсім близько в своєму сховку&lt;br /&gt;</w:t>
        <w:br/>
        <w:t>І стежив за діями того чоловіка.&lt;br /&gt;</w:t>
        <w:br/>
        <w:t>А чоловік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Тоді знову я рушив у глиб болота&lt;br /&gt;</w:t>
        <w:br/>
        <w:t>І розчинився в далечі посеред пустки лілей,&lt;br /&gt;</w:t>
        <w:br/>
        <w:t>І я покликав гіпопотамів,&lt;br /&gt;</w:t>
        <w:br/>
        <w:t>Які жили поміж папороттю,&lt;br /&gt;</w:t>
        <w:br/>
        <w:t>В глухих закутнях того болота.&lt;br /&gt;</w:t>
        <w:br/>
        <w:t>І гіпопотами почули мій поклик&lt;br /&gt;</w:t>
        <w:br/>
        <w:t>І прийшли з бегемотом до підніжжя скелі.&lt;br /&gt;</w:t>
        <w:br/>
        <w:t>І заревли гучно й жахливо, а місяць сяяв у небі.&lt;br /&gt;</w:t>
        <w:br/>
        <w:t>І я зачаївся неподалік у своєму сховку&lt;br /&gt;</w:t>
        <w:br/>
        <w:t>І спостерігав за діями того чоловіка.&lt;br /&gt;</w:t>
        <w:br/>
        <w:t>А він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І тоді прокляв я стихії громовим прокляттям,&lt;br /&gt;</w:t>
        <w:br/>
        <w:t>І страшна буря зібралася в небесах,&lt;br /&gt;</w:t>
        <w:br/>
        <w:t>Де перед тим не було жодного подмуху вітру,&lt;br /&gt;</w:t>
        <w:br/>
        <w:t>І небеса зблідли перед могуттю бурі,&lt;br /&gt;</w:t>
        <w:br/>
        <w:t>І дощові краплі впали на голову того чоловіка,&lt;br /&gt;</w:t>
        <w:br/>
        <w:t>А річка збурилася повінню&lt;br /&gt;</w:t>
        <w:br/>
        <w:t>І від горя забіліла шумовинням,&lt;br /&gt;</w:t>
        <w:br/>
        <w:t>І лілеї кричали в своєму ложі,&lt;br /&gt;</w:t>
        <w:br/>
        <w:t>І ліс тріщав під натиском вітру,&lt;br /&gt;</w:t>
        <w:br/>
        <w:t>І гуркотів грім,&lt;br /&gt;</w:t>
        <w:br/>
        <w:t>І палахкотіли блискавиці —&lt;br /&gt;</w:t>
        <w:br/>
        <w:t>І скеля двигтіла й розгойдувалась.&lt;br /&gt;</w:t>
        <w:br/>
        <w:t>А я лежав неподалік у своєму сховку&lt;br /&gt;</w:t>
        <w:br/>
        <w:t>І стежив за діями того чоловіка.&lt;br /&gt;</w:t>
        <w:br/>
        <w:t>А він тремтів від самотності;&lt;br /&gt;</w:t>
        <w:br/>
        <w:t>І ніч наближалася до світанку, а він сидів і сидів на скелі.</w:t>
      </w:r>
    </w:p>
    <w:p>
      <w:r>
        <w:br/>
        <w:t>І розгнівався я тоді і прокляттям тиші&lt;br /&gt;</w:t>
        <w:br/>
        <w:t>Прокляв річку, лілеї, вітер, і ліс,&lt;br /&gt;</w:t>
        <w:br/>
        <w:t>І небеса, і грім, і зітхання лілей,&lt;br /&gt;</w:t>
        <w:br/>
        <w:t>І, ставши прокляті, вони притихли.&lt;br /&gt;</w:t>
        <w:br/>
        <w:t>І місяць перестав дертися вгору по небесній стежці,&lt;br /&gt;</w:t>
        <w:br/>
        <w:t>І грім завмер,&lt;br /&gt;</w:t>
        <w:br/>
        <w:t>І не спалахували блискавиці,&lt;br /&gt;</w:t>
        <w:br/>
        <w:t>І зависли в нерухомості хмари,&lt;br /&gt;</w:t>
        <w:br/>
        <w:t>А води опустилися до свого рівня, але не нижче,&lt;br /&gt;</w:t>
        <w:br/>
        <w:t>І перестали розгойдуватися дерева,&lt;br /&gt;</w:t>
        <w:br/>
        <w:t>І лілеї більш не зітхали,&lt;br /&gt;</w:t>
        <w:br/>
        <w:t>І вже не чулося їхнього шепотіння,&lt;br /&gt;</w:t>
        <w:br/>
        <w:t>І жодного звуку чи шереху не долинало крізь неозору пустелю,&lt;br /&gt;</w:t>
        <w:br/>
        <w:t>І я подивився на літери, висічені на скелі,&lt;br /&gt;</w:t>
        <w:br/>
        <w:t>І вони змінилися,&lt;br /&gt;</w:t>
        <w:br/>
        <w:t>І вони були тепер ТИША.</w:t>
      </w:r>
    </w:p>
    <w:p>
      <w:r>
        <w:br/>
        <w:t>І мій погляд упав на лице того чоловіка,&lt;br /&gt;</w:t>
        <w:br/>
        <w:t>І було воно сіре від жаху.&lt;br /&gt;</w:t>
        <w:br/>
        <w:t>І він рвучко відірвав голову від долоні,&lt;br /&gt;</w:t>
        <w:br/>
        <w:t>І звівся на ноги, і стояв на скелі, дослухаючись,&lt;br /&gt;</w:t>
        <w:br/>
        <w:t>Та не чулося жодного звуку в неозорій безмежній пустелі;&lt;br /&gt;</w:t>
        <w:br/>
        <w:t>І літери на камені були ТИША.&lt;br /&gt;</w:t>
        <w:br/>
        <w:t>І той чоловік здригнувся,&lt;br /&gt;</w:t>
        <w:br/>
        <w:t>І відвернув обличчя,&lt;br /&gt;</w:t>
        <w:br/>
        <w:t>І швидко подався геть,&lt;br /&gt;</w:t>
        <w:br/>
        <w:t>І я вже більше його не бачив".</w:t>
      </w:r>
    </w:p>
    <w:p>
      <w:r>
        <w:br/>
        <w:t>Справді чудові легенди можна знайти в книгах Магів,&lt;br /&gt;</w:t>
        <w:br/>
        <w:t>У книгах, окутих залізом і сповнених прадавнього смутку.&lt;br /&gt;</w:t>
        <w:br/>
        <w:t>Є там дивовижні історії про Небеса,&lt;br /&gt;</w:t>
        <w:br/>
        <w:t>І про Землю, і про могутнє море,&lt;br /&gt;</w:t>
        <w:br/>
        <w:t>І про Духів,&lt;br /&gt;</w:t>
        <w:br/>
        <w:t>Які панували над морем і над Землею, і над високими Небесами.&lt;br /&gt;</w:t>
        <w:br/>
        <w:t>Багато мудрості таїлося й у висловлюваннях Сивіл;&lt;br /&gt;</w:t>
        <w:br/>
        <w:t>А скільки священних слів було почуто в давнину під тьмяним листям, яке тріпотіло навкруг Додони!&lt;br /&gt;</w:t>
        <w:br/>
        <w:t>Але, клянуся Аллахом,&lt;br /&gt;</w:t>
        <w:br/>
        <w:t>Ту притчу, яку розповів мені Демон,&lt;br /&gt;</w:t>
        <w:br/>
        <w:t>Сидячи поруч мене в затінку могильного каменя,&lt;br /&gt;</w:t>
        <w:br/>
        <w:t>Я вважаю найчудеснішою з усіх!&lt;br /&gt;</w:t>
        <w:br/>
        <w:t>І коли Демон закінчив свою розповідь,&lt;br /&gt;</w:t>
        <w:br/>
        <w:t>Він упав у розкриту могилу, з якої й вийшов,&lt;br /&gt;</w:t>
        <w:br/>
        <w:t>І засміявся.&lt;br /&gt;</w:t>
        <w:br/>
        <w:t>А я не міг засміятися з Демоном,&lt;br /&gt;</w:t>
        <w:br/>
        <w:t>І прокляв він мене за те, що я не міг сміятися.&lt;br /&gt;</w:t>
        <w:br/>
        <w:t>Тоді рись, яка вічно живе в могилі,&lt;br /&gt;</w:t>
        <w:br/>
        <w:t>Вийшла зі свого сховку&lt;br /&gt;</w:t>
        <w:br/>
        <w:t>І лягла у Демона біля ніг,&lt;br /&gt;</w:t>
        <w:br/>
        <w:t>Невідривно дивлячися йому в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Тиша. 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