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Тихий хутір</w:t>
      </w:r>
    </w:p>
    <w:p>
      <w:r>
        <w:br/>
        <w:t xml:space="preserve"> &lt;p&gt;ТИХИЙ ХУТІР</w:t>
      </w:r>
    </w:p>
    <w:p>
      <w:r>
        <w:br/>
        <w:t>— Павле! Тобі ось листа з містечка передали...</w:t>
      </w:r>
    </w:p>
    <w:p>
      <w:r>
        <w:br/>
        <w:t>Відповіді нема.</w:t>
      </w:r>
    </w:p>
    <w:p>
      <w:r>
        <w:br/>
        <w:t>В кімнаті темно.</w:t>
      </w:r>
    </w:p>
    <w:p>
      <w:r>
        <w:br/>
        <w:t>— Павле! Чи спиш? — гукнула дужче.</w:t>
      </w:r>
    </w:p>
    <w:p>
      <w:r>
        <w:br/>
        <w:t>Із кутка полохливо зірвався сухий кашель, облетів усю кімнату й здивовано прохрипів:</w:t>
      </w:r>
    </w:p>
    <w:p>
      <w:r>
        <w:br/>
        <w:t>— Що таке?</w:t>
      </w:r>
    </w:p>
    <w:p>
      <w:r>
        <w:br/>
        <w:t>— На, читай.</w:t>
      </w:r>
    </w:p>
    <w:p>
      <w:r>
        <w:br/>
        <w:t>Антоніна кинула листа і, сердито човгаючи чобітьми, вийшла.</w:t>
      </w:r>
    </w:p>
    <w:p>
      <w:r>
        <w:br/>
        <w:t>Щось бубоніла під ніс, але Корнієнко не розчув.</w:t>
      </w:r>
    </w:p>
    <w:p>
      <w:r>
        <w:br/>
        <w:t>Засвітив лампу.</w:t>
      </w:r>
    </w:p>
    <w:p>
      <w:r>
        <w:br/>
        <w:t>На стільцях біля грубки знову розвішано пелюшки.</w:t>
      </w:r>
    </w:p>
    <w:p>
      <w:r>
        <w:br/>
        <w:t>Глянув — і роздратовано бахнув стільцем.</w:t>
      </w:r>
    </w:p>
    <w:p>
      <w:r>
        <w:br/>
        <w:t>Сказати Антоніні — знову сварка, сльози...</w:t>
      </w:r>
    </w:p>
    <w:p>
      <w:r>
        <w:br/>
        <w:t>"А ну його к чорту",— заскреготав зубами й, обережно піднявши мокрі ганчірочки, обережно повісив їх на те саме місце.</w:t>
      </w:r>
    </w:p>
    <w:p>
      <w:r>
        <w:br/>
        <w:t>Лист був зім'ятий, без штемпеля — по руках ішов — і тільки на конверті хтось розігнався олівцем:</w:t>
      </w:r>
    </w:p>
    <w:p>
      <w:r>
        <w:br/>
        <w:t>Тихий хутір. Тов. Корнієнко</w:t>
      </w:r>
    </w:p>
    <w:p>
      <w:r>
        <w:br/>
        <w:t>А в листі теж олівцем:</w:t>
      </w:r>
    </w:p>
    <w:p>
      <w:r>
        <w:br/>
        <w:t>"Тов. Павле! Вгадай, хто це тобі пише. Тільки не дивися зразу на підпис. Я зараз випадково в Лукашівці. Сказали мені, що ти тут. На шостому році знову приведе доля побачитися. Приїзди сьогодні. Чекаю.</w:t>
      </w:r>
    </w:p>
    <w:p>
      <w:r>
        <w:br/>
        <w:t>Згадай Жовтень, розбитий трамвай і Зіну.</w:t>
      </w:r>
    </w:p>
    <w:p>
      <w:r>
        <w:br/>
        <w:t>P. S. Якщо приїхати не зможеш, то в неділю над вечір я сама буду в тебе".</w:t>
      </w:r>
    </w:p>
    <w:p>
      <w:r>
        <w:br/>
        <w:t>Корнієнко підвів голову і зупинився поглядом на лампі — вогонь приковував.</w:t>
      </w:r>
    </w:p>
    <w:p>
      <w:r>
        <w:br/>
        <w:t>А думки плинули в різні боки. Закрутилися. Піднялися завірюхою.</w:t>
      </w:r>
    </w:p>
    <w:p>
      <w:r>
        <w:br/>
        <w:t>Хотів знову перечитати, але літери розсипалися перед стомленими очима, і він тільки пошепки повторив:</w:t>
      </w:r>
    </w:p>
    <w:p>
      <w:r>
        <w:br/>
        <w:t>— Згадай Жовтень, розбитий трамвай... Зіну...</w:t>
      </w:r>
    </w:p>
    <w:p>
      <w:r>
        <w:br/>
        <w:t>Ах, так! це ж вони удвох тоді лишилися! На бруку валялися мертві й ранені, кулі зойкали зрадливо, а Зіна, розпатлана, червона стискувала гвинтівку й напружено клацала затвором.</w:t>
      </w:r>
    </w:p>
    <w:p>
      <w:r>
        <w:br/>
        <w:t>Коли ворожа лава облягла площу й треба було тікати, це ж вона, Зіна, міцно стиснула його руку, швидко поцілувала в щоку і, відштовхнувши від себе, кинула навздогін:</w:t>
      </w:r>
    </w:p>
    <w:p>
      <w:r>
        <w:br/>
        <w:t>— Не здавайся!</w:t>
      </w:r>
    </w:p>
    <w:p>
      <w:r>
        <w:br/>
        <w:t>З того часу він нічого не чув про неї й був певен, що її, запальну, тоді ж убито.</w:t>
      </w:r>
    </w:p>
    <w:p>
      <w:r>
        <w:br/>
        <w:t>Згадалася невеличка постать у рудому кожушці, грубі риси обличчя, жучки-очі, такі швидкі й розумні...</w:t>
      </w:r>
    </w:p>
    <w:p>
      <w:r>
        <w:br/>
        <w:t>— Ви, товаришу Павле, інтелігент, і ви не можете мене зрозуміти,— невгавуча, завзята Зіна.</w:t>
      </w:r>
    </w:p>
    <w:p>
      <w:r>
        <w:br/>
        <w:t>... Крик, нервові різкі рухи, сиві пасма диму, суперечки, товариські "мордобої" — це Зіна.</w:t>
      </w:r>
    </w:p>
    <w:p>
      <w:r>
        <w:br/>
        <w:t>... Рух — Зіна.</w:t>
      </w:r>
    </w:p>
    <w:p>
      <w:r>
        <w:br/>
        <w:t>... І бурхливе почуття, перший могутній спів душі — теж Зіна.</w:t>
      </w:r>
    </w:p>
    <w:p>
      <w:r>
        <w:br/>
        <w:t>Корнієнко скочив, бадьоро заходив по кімнаті.</w:t>
      </w:r>
    </w:p>
    <w:p>
      <w:r>
        <w:br/>
        <w:t>"Пате-журнал" — згадав він і засміявся. Так її прозвали товариші: вона завжди перша приносила всі новини, вона все знала.</w:t>
      </w:r>
    </w:p>
    <w:p>
      <w:r>
        <w:br/>
        <w:t>Двері рипнули...</w:t>
      </w:r>
    </w:p>
    <w:p>
      <w:r>
        <w:br/>
        <w:t>— Вечеряти будеш?</w:t>
      </w:r>
    </w:p>
    <w:p>
      <w:r>
        <w:br/>
        <w:t>Корнієнко дивився розгублено, не відповідав.</w:t>
      </w:r>
    </w:p>
    <w:p>
      <w:r>
        <w:br/>
        <w:t>— Вечеряти будеш, питаю?</w:t>
      </w:r>
    </w:p>
    <w:p>
      <w:r>
        <w:br/>
        <w:t>Кивнув головою і, підійшовши ближче, взяв Антоніну за руки.</w:t>
      </w:r>
    </w:p>
    <w:p>
      <w:r>
        <w:br/>
        <w:t>— Та покинь, не до грання... Он дитина плаче.</w:t>
      </w:r>
    </w:p>
    <w:p>
      <w:r>
        <w:br/>
        <w:t>— Антоніночко, не те, почекай... Це я листа одержав... Знаєш, до мене завтра гості приїдуть... Хороші гості.</w:t>
      </w:r>
    </w:p>
    <w:p>
      <w:r>
        <w:br/>
        <w:t>Він весело ляпнув долонями й потер руки.</w:t>
      </w:r>
    </w:p>
    <w:p>
      <w:r>
        <w:br/>
        <w:t>— Ну?</w:t>
      </w:r>
    </w:p>
    <w:p>
      <w:r>
        <w:br/>
        <w:t>— Так от, Антоніночко, приготуй все як слід... Розумієш?</w:t>
      </w:r>
    </w:p>
    <w:p>
      <w:r>
        <w:br/>
        <w:t>Антоніна мовчки слухала.</w:t>
      </w:r>
    </w:p>
    <w:p>
      <w:r>
        <w:br/>
        <w:t>— Не надовго приїдуть. Може, переночують.</w:t>
      </w:r>
    </w:p>
    <w:p>
      <w:r>
        <w:br/>
        <w:t>— Хто ж то? Родичі, чи як?</w:t>
      </w:r>
    </w:p>
    <w:p>
      <w:r>
        <w:br/>
        <w:t>— Не родичі, а добрі знайомі.</w:t>
      </w:r>
    </w:p>
    <w:p>
      <w:r>
        <w:br/>
        <w:t>— Та хто?</w:t>
      </w:r>
    </w:p>
    <w:p>
      <w:r>
        <w:br/>
        <w:t>— Одна... панночка ...</w:t>
      </w:r>
    </w:p>
    <w:p>
      <w:r>
        <w:br/>
        <w:t>Антоніна одвісила спідню губу й скоса глянула на Корнієнка.</w:t>
      </w:r>
    </w:p>
    <w:p>
      <w:r>
        <w:br/>
        <w:t>Він помітив. Чекаючи запитань, скрутив цигарку й довго вовтузився над лампою — прикурював.</w:t>
      </w:r>
    </w:p>
    <w:p>
      <w:r>
        <w:br/>
        <w:t>— Біжи хліви на ніч позачиняй,— кинула нарешті й зачовгала по кімнаті.</w:t>
      </w:r>
    </w:p>
    <w:p>
      <w:r>
        <w:br/>
        <w:t>Другого дня, коли встав Корнієнко, в хаті було вже прибрано, і Антоніна поралася на кухні.</w:t>
      </w:r>
    </w:p>
    <w:p>
      <w:r>
        <w:br/>
        <w:t>Важко грюкали двері — Антоніна сердита. Вона нічого більше не розпитувала, мовчки ходила й лише з-під лоба кидала підозрілі погляди на чоловіка.</w:t>
      </w:r>
    </w:p>
    <w:p>
      <w:r>
        <w:br/>
        <w:t>А Корнієнко старанно гострив бритву й висвистував улюблену серенаду Брага.</w:t>
      </w:r>
    </w:p>
    <w:p>
      <w:r>
        <w:br/>
        <w:t>— Та не свисти! За чортами скучив?</w:t>
      </w:r>
    </w:p>
    <w:p>
      <w:r>
        <w:br/>
        <w:t>— Молчаніє, Антоніночко, молчаніє,— притиснув пальця до уст і роблено-фальшиво розсміявся.</w:t>
      </w:r>
    </w:p>
    <w:p>
      <w:r>
        <w:br/>
        <w:t>Коли ж двері закрилися, досадно покрутив головою й плюнув.</w:t>
      </w:r>
    </w:p>
    <w:p>
      <w:r>
        <w:br/>
        <w:t>Веселий настрій, що родився вранці, поволі вмирав.</w:t>
      </w:r>
    </w:p>
    <w:p>
      <w:r>
        <w:br/>
        <w:t>Що ближче підходив час приїзду Зіни, то сильніше нервувався Корнієнко.</w:t>
      </w:r>
    </w:p>
    <w:p>
      <w:r>
        <w:br/>
        <w:t>Особливо нервувала Антоніна. Сьогодні вона здавалася йому надто гидкою, і росла до неї злість. Старався опанувати себе. Знав, що коли терпець увірветься і він зачепить Антоніну, буде сварка.</w:t>
      </w:r>
    </w:p>
    <w:p>
      <w:r>
        <w:br/>
        <w:t>А тоді пропаде весь день, пропаде й зустріч гостя. І скінчиться тим, що вона його вилає. Він же затихне й скориться, як це було вже не раз.</w:t>
      </w:r>
    </w:p>
    <w:p>
      <w:r>
        <w:br/>
        <w:t>… А спомини чіплялися один за другий. Спомини кружляли метеликами і, осідаючи глибоко в душі, повзли й повзли, як та липка черва.</w:t>
      </w:r>
    </w:p>
    <w:p>
      <w:r>
        <w:br/>
        <w:t>Сьогодні Корнієнко роздвоївся: за дверима десь там, надворі, був Корнієнко-юнак, що любив бурхливе життя й переможно крутив його за чуба, а тут у низенькій кімнаті, між грамофоном і пелюшками — Корнієнко-обиватель, покірний і плаксивий, якого скрутило життя руками Антоніни.</w:t>
      </w:r>
    </w:p>
    <w:p>
      <w:r>
        <w:br/>
        <w:t>Може, все, що було,— тільки "юний задор", поза, все брехня?</w:t>
      </w:r>
    </w:p>
    <w:p>
      <w:r>
        <w:br/>
        <w:t>І почуття до Зіни, перший могутній спів душі — теж брехня?</w:t>
      </w:r>
    </w:p>
    <w:p>
      <w:r>
        <w:br/>
        <w:t>Корнієнко не знав. Переплуталися думки, посипалися спогади... Одно тільки ясно — не вистачило мужності, не зумів бути дужим.</w:t>
      </w:r>
    </w:p>
    <w:p>
      <w:r>
        <w:br/>
        <w:t>Так, це ясно: коли бурею замело батьківське майно, коли вбили брата, ворога радісно-червоних днів — це він раптом зупинився в шаленому льоті, подумав і, опустивши крила, пошкандибав назад.</w:t>
      </w:r>
    </w:p>
    <w:p>
      <w:r>
        <w:br/>
        <w:t>А потім — пустка в душі, блукання, безпритульність, тиф...</w:t>
      </w:r>
    </w:p>
    <w:p>
      <w:r>
        <w:br/>
        <w:t>Роздувало вітром сміття по степах, і зачепився Корнієнко в Тихому хуторі. Він не думав тут залишатися надовго, тільки хотів відпочити.</w:t>
      </w:r>
    </w:p>
    <w:p>
      <w:r>
        <w:br/>
        <w:t>Хазяйка добра, хата чепурненька. В хаті віконця підсліпуваті, з надтріснутими й ловко підліпленими шибками. Штовхнеш — і підгнилі рямці роз'їхалися, а в обличчя струмком пестливий запах саду...</w:t>
      </w:r>
    </w:p>
    <w:p>
      <w:r>
        <w:br/>
        <w:t>В Тихому хуторі життя спокійне.</w:t>
      </w:r>
    </w:p>
    <w:p>
      <w:r>
        <w:br/>
        <w:t>Жовтень грізно проходив десь там, великими шляхами. Корнієнко чув його, чув — і не вірив...</w:t>
      </w:r>
    </w:p>
    <w:p>
      <w:r>
        <w:br/>
        <w:t>Коли ж з'ясувалося, що всі шляхи зітруться, і буде Жовтень скрізь, в кожній щілині — закралася тривога. І тоді Корнієнко зрозумів, що він справді зайвий, що він проспав і що останній етап його відступу — Антоніна.</w:t>
      </w:r>
    </w:p>
    <w:p>
      <w:r>
        <w:br/>
        <w:t>Але як це все розповісти Зіні? Чи зрозуміє вона його? Чи захоче слухати?</w:t>
      </w:r>
    </w:p>
    <w:p>
      <w:r>
        <w:br/>
        <w:t>Корнієнко нервово потирав руки, палив цигарку за цигаркою й великими кроками міряв кімнату.</w:t>
      </w:r>
    </w:p>
    <w:p>
      <w:r>
        <w:br/>
        <w:t>— Будемо чекати з обідом, чи як?</w:t>
      </w:r>
    </w:p>
    <w:p>
      <w:r>
        <w:br/>
        <w:t>Антоніна покривала стола чистою скатеркою, звиклим рухом підбирала посуд, і мисочки жалібно дзенькали під її руками.</w:t>
      </w:r>
    </w:p>
    <w:p>
      <w:r>
        <w:br/>
        <w:t>Цей дзенькіт теж дратував.</w:t>
      </w:r>
    </w:p>
    <w:p>
      <w:r>
        <w:br/>
        <w:t>Корнієнко рішуче повернувся до неї, хотів щось сказати. Перед очима — міцна, кругленька постать, з-під червоної косинки товсті щоки, подушка тремтячих грудей...</w:t>
      </w:r>
    </w:p>
    <w:p>
      <w:r>
        <w:br/>
        <w:t>Нове, інше, зовсім не те, що було, наче хто підмінив, наче вперше побачив.</w:t>
      </w:r>
    </w:p>
    <w:p>
      <w:r>
        <w:br/>
        <w:t>— Так будемо, питаю? Вже пора.</w:t>
      </w:r>
    </w:p>
    <w:p>
      <w:r>
        <w:br/>
        <w:t>Корнієнко стиснув щелепи.</w:t>
      </w:r>
    </w:p>
    <w:p>
      <w:r>
        <w:br/>
        <w:t>— По-че-каємо,— поволі й тихо випустив крізь зуби.</w:t>
      </w:r>
    </w:p>
    <w:p>
      <w:r>
        <w:br/>
        <w:t>Заверещало в колисці. Антоніна штовхнула його й клубочком покотилася до ліжка.</w:t>
      </w:r>
    </w:p>
    <w:p>
      <w:r>
        <w:br/>
        <w:t>— Люу... люу... люу... Мовчи, бо батько битиме...</w:t>
      </w:r>
    </w:p>
    <w:p>
      <w:r>
        <w:br/>
        <w:t>Розстебнула пазуху і, годуючи дитину, попливла з нею по кімнаті.</w:t>
      </w:r>
    </w:p>
    <w:p>
      <w:r>
        <w:br/>
        <w:t>Корнієнко трепехнувся, мов батогом полоснули по спині. Потім схопив клаптик паперу, швидко почав писати.</w:t>
      </w:r>
    </w:p>
    <w:p>
      <w:r>
        <w:br/>
        <w:t>— Антоніночко, я й забув, мені до Карпа треба забігти... Я швидко... Як приїдуть, ти вибачися й цю записку дай... Я швидко...</w:t>
      </w:r>
    </w:p>
    <w:p>
      <w:r>
        <w:br/>
        <w:t>Схопив шапку й вибіг.</w:t>
      </w:r>
    </w:p>
    <w:p>
      <w:r>
        <w:br/>
        <w:t>Біля Карпового перелазу він розгадливо потоптався й пішов межею в степ.</w:t>
      </w:r>
    </w:p>
    <w:p>
      <w:r>
        <w:br/>
        <w:t>Зіна й цього разу не зрадила свою пунктуальність. Щойно присмерк підповз до вікон, вона шумно розчинила двері в похмурій хаті.</w:t>
      </w:r>
    </w:p>
    <w:p>
      <w:r>
        <w:br/>
        <w:t>Назустріч першим виплив із сутінок накритий стіл і ошкірився в гостинній посмішці рядком мисочок.</w:t>
      </w:r>
    </w:p>
    <w:p>
      <w:r>
        <w:br/>
        <w:t>— Ого! Що це у вас, христини чи родини? — розсипала дзвоники сміху й привіталася.</w:t>
      </w:r>
    </w:p>
    <w:p>
      <w:r>
        <w:br/>
        <w:t>Низенька кімната насупилася: цей рухливий гість потривожив спокій і розбудив дитину.</w:t>
      </w:r>
    </w:p>
    <w:p>
      <w:r>
        <w:br/>
        <w:t>— Ага, це ваш синок?</w:t>
      </w:r>
    </w:p>
    <w:p>
      <w:r>
        <w:br/>
        <w:t>— Мій і Павлів,— серйозно відповіла Антоніна.</w:t>
      </w:r>
    </w:p>
    <w:p>
      <w:r>
        <w:br/>
        <w:t>— Так, так, знаю. Мені вже все розповіли... — і, вхопивши за носа дитину, знову розсміялася, пильно пронизуючи поглядом маленьке обличчя.</w:t>
      </w:r>
    </w:p>
    <w:p>
      <w:r>
        <w:br/>
        <w:t>— А де ж товариш Павло?</w:t>
      </w:r>
    </w:p>
    <w:p>
      <w:r>
        <w:br/>
        <w:t>— Вибіг тут до сусіди... Зараз прийде. Тут вам записку лишив.</w:t>
      </w:r>
    </w:p>
    <w:p>
      <w:r>
        <w:br/>
        <w:t>Зіна розгорнула:</w:t>
      </w:r>
    </w:p>
    <w:p>
      <w:r>
        <w:br/>
        <w:t>"Вибач мені, але не чекай, не прийду... Не можу, зрозумій. Знаєш, Зіно, коли загасити вогонь і не придушити ґноту, свічка сильно начадить. От такий же ґніт у мене в душі чадить... Не можу.</w:t>
      </w:r>
    </w:p>
    <w:p>
      <w:r>
        <w:br/>
        <w:t>Зрозумій...".</w:t>
      </w:r>
    </w:p>
    <w:p>
      <w:r>
        <w:br/>
        <w:t>Зіна ще раз перечитала, потім схопила олівця і вгорі черкнула резолюцію:</w:t>
      </w:r>
    </w:p>
    <w:p>
      <w:r>
        <w:br/>
        <w:t>"Інтелігент. Ганчірка".</w:t>
      </w:r>
    </w:p>
    <w:p>
      <w:r>
        <w:br/>
        <w:t>— Ну, прощайте ... Бажаю всього найкращого.</w:t>
      </w:r>
    </w:p>
    <w:p>
      <w:r>
        <w:br/>
        <w:t>Антоніна заходилася:</w:t>
      </w:r>
    </w:p>
    <w:p>
      <w:r>
        <w:br/>
        <w:t>— Та куди ж ви? Почекайте. Ночувати ж будете...</w:t>
      </w:r>
    </w:p>
    <w:p>
      <w:r>
        <w:br/>
        <w:t>— Ні. Нема часу,— і, попрощавшись, швидко вийшла.</w:t>
      </w:r>
    </w:p>
    <w:p>
      <w:r>
        <w:br/>
        <w:t>Антоніна повела плечима й здивовано застигла серед хати.</w:t>
      </w:r>
    </w:p>
    <w:p>
      <w:r>
        <w:br/>
        <w:t>Було вже зовсім темно, коли постукав Корнієнко.</w:t>
      </w:r>
    </w:p>
    <w:p>
      <w:r>
        <w:br/>
        <w:t>Антоніна жбурнула в нього лайкою й розходилася на всю хату. А Корнієнко, мов побитий пес, тихенько сів біля столу і, не одриваючись од лампи, довго дивився на вогонь. Чекав, поки вгамується жінка.</w:t>
      </w:r>
    </w:p>
    <w:p>
      <w:r>
        <w:br/>
        <w:t>— Посміховище з мене робити? Потаскух у гості кличеш, а потім сам тікаєш? — І зайшлася слізьми.</w:t>
      </w:r>
    </w:p>
    <w:p>
      <w:r>
        <w:br/>
        <w:t>Він раптом підвівся й трахнув кулаком по столі так, що мисочки полохливо затремтіли і з плачем покотилися долі.</w:t>
      </w:r>
    </w:p>
    <w:p>
      <w:r>
        <w:br/>
        <w:t>Антоніна враз замовкла.</w:t>
      </w:r>
    </w:p>
    <w:p>
      <w:r>
        <w:br/>
        <w:t>Але сварня затяглася до півночі, і Корнієнко вже не міг заснути...</w:t>
      </w:r>
    </w:p>
    <w:p>
      <w:r>
        <w:br/>
        <w:t>...Вдосвіта заверещали півні — і поповзла ніч у байрак.</w:t>
      </w:r>
    </w:p>
    <w:p>
      <w:r>
        <w:br/>
        <w:t>Тоді Корнієнко схопився, розгорнув записку, перечитав іще раз.</w:t>
      </w:r>
    </w:p>
    <w:p>
      <w:r>
        <w:br/>
        <w:t>Боляче стало. Засвербіло в горлі до сліз. Швидко почав одягатися.</w:t>
      </w:r>
    </w:p>
    <w:p>
      <w:r>
        <w:br/>
        <w:t>— Ти куди?</w:t>
      </w:r>
    </w:p>
    <w:p>
      <w:r>
        <w:br/>
        <w:t>— Не твоє діло.</w:t>
      </w:r>
    </w:p>
    <w:p>
      <w:r>
        <w:br/>
        <w:t>— Куди? — скочила з ліжка і вчепилася, мов звірятко. Очі били полум'ям одчаю, пекучого благання...</w:t>
      </w:r>
    </w:p>
    <w:p>
      <w:r>
        <w:br/>
        <w:t>Ще хвилина — і Корнієнко повинен скоритися.</w:t>
      </w:r>
    </w:p>
    <w:p>
      <w:r>
        <w:br/>
        <w:t>Зрозумів.</w:t>
      </w:r>
    </w:p>
    <w:p>
      <w:r>
        <w:br/>
        <w:t>Раптом схопив її в обійми і... вагаючись... через хвилину щосили відкинув на постіль.</w:t>
      </w:r>
    </w:p>
    <w:p>
      <w:r>
        <w:br/>
        <w:t>Бігла за ним через весь двір, але він не оглянувся...</w:t>
      </w:r>
    </w:p>
    <w:p>
      <w:r>
        <w:br/>
        <w:t>До містечка було десять з "гаком".</w:t>
      </w:r>
    </w:p>
    <w:p>
      <w:r>
        <w:br/>
        <w:t>Корнієнко прийшов стомленим і лише тут, в канцелярії виконкому, де йому сказали чекати Зіну, він згадав, що зовсім непідготовлений до зустрічі: всю дорогу думав про Антоніну, про те, що може статися за його відсутність.</w:t>
      </w:r>
    </w:p>
    <w:p>
      <w:r>
        <w:br/>
        <w:t>Стурбовано покрутив головою: "От зараз вона може ввійти"...</w:t>
      </w:r>
    </w:p>
    <w:p>
      <w:r>
        <w:br/>
        <w:t>І Зіна ввійшла — струнка, рішуча, з портфелем під пахвою.</w:t>
      </w:r>
    </w:p>
    <w:p>
      <w:r>
        <w:br/>
        <w:t>— А-а-а?.. Здоровенькі були.</w:t>
      </w:r>
    </w:p>
    <w:p>
      <w:r>
        <w:br/>
        <w:t>— Товаришко Зіно, вибачте і зрозумійте ж...</w:t>
      </w:r>
    </w:p>
    <w:p>
      <w:r>
        <w:br/>
        <w:t>— Вибачаю й розумію. Це колись я не могла зрозуміти, чому ви з нами, а тепер... тепер я вас цілком розумію.</w:t>
      </w:r>
    </w:p>
    <w:p>
      <w:r>
        <w:br/>
        <w:t>Корнієнко тільки відкрив рота, щоб сказати — Зіна перебила:</w:t>
      </w:r>
    </w:p>
    <w:p>
      <w:r>
        <w:br/>
        <w:t>— Ну, мені ніколи — по району їду. Прощавайте...</w:t>
      </w:r>
    </w:p>
    <w:p>
      <w:r>
        <w:br/>
        <w:t>Скочила на воза й привітно усміхнулася.</w:t>
      </w:r>
    </w:p>
    <w:p>
      <w:r>
        <w:br/>
        <w:t>Він довго дивився вслід...</w:t>
      </w:r>
    </w:p>
    <w:p>
      <w:r>
        <w:br/>
        <w:t>Потім схилив голову й помаленьку пішов назад — стежкою на Тихий хутір.</w:t>
      </w:r>
    </w:p>
    <w:p>
      <w:r>
        <w:br/>
        <w:t>Харків, 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Тихий хутір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