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Тяжко дихати...</w:t>
      </w:r>
    </w:p>
    <w:p>
      <w:r>
        <w:br/>
        <w:t xml:space="preserve"> Тяжко дихати... В голові нема&lt;br /&gt;</w:t>
        <w:br/>
        <w:t>Ані одної думи ясної...&lt;br /&gt;</w:t>
        <w:br/>
        <w:t>Навкруги, куди б не поглянув, тьма&lt;br /&gt;</w:t>
        <w:br/>
        <w:t>Я блукаю сам... Ти не йдеш з ума;&lt;br /&gt;</w:t>
        <w:br/>
        <w:t>Мру без тебе я, зорі красної!</w:t>
      </w:r>
    </w:p>
    <w:p>
      <w:r>
        <w:br/>
        <w:t>Я конав, ридав; глух за гуком гук;&lt;br /&gt;</w:t>
        <w:br/>
        <w:t>Я шукав, молив душі рідної;&lt;br /&gt;</w:t>
        <w:br/>
        <w:t>Так нема її... Я упав від мук;&lt;br /&gt;</w:t>
        <w:br/>
        <w:t>Захитався стяг в слабім стиску рук&lt;br /&gt;</w:t>
        <w:br/>
        <w:t>Серед темряви непрохідної.</w:t>
      </w:r>
    </w:p>
    <w:p>
      <w:r>
        <w:br/>
        <w:t>Сумно; радоньки не знайду ніяк...&lt;br /&gt;</w:t>
        <w:br/>
        <w:t>Доки ж доля та буде мариться?&lt;br /&gt;</w:t>
        <w:br/>
        <w:t>Проти власних мрій я лихий бояк...&lt;br /&gt;</w:t>
        <w:br/>
        <w:t>Доки ж вештатись мертвяком і як,&lt;br /&gt;</w:t>
        <w:br/>
        <w:t>Доки сонечко буде хмариться?</w:t>
      </w:r>
    </w:p>
    <w:p>
      <w:r>
        <w:br/>
        <w:t>Вічно терпіти... Та всьому є край;&lt;br /&gt;</w:t>
        <w:br/>
        <w:t>Бо хоча б яка мета малася...&lt;br /&gt;</w:t>
        <w:br/>
        <w:t>Не дігнати літ, як пташиних зграй;&lt;br /&gt;</w:t>
        <w:br/>
        <w:t>Не вернуть надій, хоч кладись — вмирай...&lt;br /&gt;</w:t>
        <w:br/>
        <w:t>Нитка прядена увірвалася.</w:t>
      </w:r>
    </w:p>
    <w:p>
      <w:r>
        <w:br/>
        <w:t>Небагацько ждав від людей собі,&lt;br /&gt;</w:t>
        <w:br/>
        <w:t>Але й те мале не справдилося...&lt;br /&gt;</w:t>
        <w:br/>
        <w:t>Легше б згинути враз було в борбі,&lt;br /&gt;</w:t>
        <w:br/>
        <w:t>Аніж тратити день за днем в журбі...&lt;br /&gt;</w:t>
        <w:br/>
        <w:t>Де завзяття те, де поділося?</w:t>
      </w:r>
    </w:p>
    <w:p>
      <w:r>
        <w:br/>
        <w:t>Не мені цвіли запашні квітки,&lt;br /&gt;</w:t>
        <w:br/>
        <w:t>Мій садок проріс скрізь бугилою...&lt;br /&gt;</w:t>
        <w:br/>
        <w:t>Нічий милий зір не запав утямки,&lt;br /&gt;</w:t>
        <w:br/>
        <w:t>Не простяг ніхто за весь вік руки...&lt;br /&gt;</w:t>
        <w:br/>
        <w:t>В самоті стою над могилою.</w:t>
      </w:r>
    </w:p>
    <w:p>
      <w:r>
        <w:br/>
        <w:t>Не судіть мене, не ганьбіть мене...&lt;br /&gt;</w:t>
        <w:br/>
        <w:t>Де людина та загартована,&lt;br /&gt;</w:t>
        <w:br/>
        <w:t>Що поборе вмить все гірке, сумне&lt;br /&gt;</w:t>
        <w:br/>
        <w:t>Або каменем без жалю шпурне,&lt;br /&gt;</w:t>
        <w:br/>
        <w:t>Чужим стогоном роздратована?</w:t>
      </w:r>
    </w:p>
    <w:p>
      <w:r>
        <w:br/>
        <w:t>Тяжко дихати... В голові нема&lt;br /&gt;</w:t>
        <w:br/>
        <w:t>Ані одної думки ясної...&lt;br /&gt;</w:t>
        <w:br/>
        <w:t>Навкруги, куди б не поглянув, тьма...&lt;br /&gt;</w:t>
        <w:br/>
        <w:t>Я блукаю сам.... Ти не йдеш з ума;&lt;br /&gt;</w:t>
        <w:br/>
        <w:t>Мру без тебе я, зорі красної!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Тяжко дихати...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