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спиш прекрасна, як сама Даліла...</w:t>
      </w:r>
    </w:p>
    <w:p>
      <w:r>
        <w:br/>
        <w:t xml:space="preserve"> Ти спиш прекрасна, як сама Даліла,&lt;br /&gt;</w:t>
        <w:br/>
        <w:t>А я дивлюсь — й кудись зникає сон.&lt;br /&gt;</w:t>
        <w:br/>
        <w:t>Зима вже з гір далеких прилетіла&lt;br /&gt;</w:t>
        <w:br/>
        <w:t>Й вигукує свій стомлений дифтонг.</w:t>
      </w:r>
    </w:p>
    <w:p>
      <w:r>
        <w:br/>
        <w:t>Завія преться у найменшу шпарку,&lt;br /&gt;</w:t>
        <w:br/>
        <w:t>Щоб в нашім домі холодно було.&lt;br /&gt;</w:t>
        <w:br/>
        <w:t>Та поруч — ти. Й мені від того жарко,&lt;br /&gt;</w:t>
        <w:br/>
        <w:t>І серце повнить сонячне тепло.</w:t>
      </w:r>
    </w:p>
    <w:p>
      <w:r>
        <w:br/>
        <w:t>Вихоплює з минувшини уява,&lt;br /&gt;</w:t>
        <w:br/>
        <w:t>Як наші вперше стрілися вуста.&lt;br /&gt;</w:t>
        <w:br/>
        <w:t>Нас берегла притишена Манява,&lt;br /&gt;</w:t>
        <w:br/>
        <w:t>Охороняла темрява густа.</w:t>
      </w:r>
    </w:p>
    <w:p>
      <w:r>
        <w:br/>
        <w:t>Вже стільки сивих років пролетіло,&lt;br /&gt;</w:t>
        <w:br/>
        <w:t>Та того дня не мовкне телефон.&lt;br /&gt;</w:t>
        <w:br/>
        <w:t>...Ти спиш прекрасна, як сама Даліла,&lt;br /&gt;</w:t>
        <w:br/>
        <w:t>А я у згадках відганяю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спиш прекрасна, як сама Даліла...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