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Ти, що зориш із вишини...</w:t>
      </w:r>
    </w:p>
    <w:p>
      <w:r>
        <w:br/>
        <w:t xml:space="preserve"> Ти, що зориш із вишини,&lt;br /&gt;</w:t>
        <w:br/>
        <w:t>Зроби неплідною цю землю,&lt;br /&gt;</w:t>
        <w:br/>
        <w:t>Хай горблячись її сини&lt;br /&gt;</w:t>
        <w:br/>
        <w:t>В ній порпаються надаремно.</w:t>
      </w:r>
    </w:p>
    <w:p>
      <w:r>
        <w:br/>
        <w:t>Поля їм попелом засип,&lt;br /&gt;</w:t>
        <w:br/>
        <w:t>Плуги обламуй їм об камінь,&lt;br /&gt;</w:t>
        <w:br/>
        <w:t>Хай родить ця земля не хліб,&lt;br /&gt;</w:t>
        <w:br/>
        <w:t>А сухоості з будяками.</w:t>
      </w:r>
    </w:p>
    <w:p>
      <w:r>
        <w:br/>
        <w:t>Криниці висуши, нехай&lt;br /&gt;</w:t>
        <w:br/>
        <w:t>Заллє їх стухлим ядом сірки,&lt;br /&gt;</w:t>
        <w:br/>
        <w:t>Полями спраглих їх ганяй,&lt;br /&gt;</w:t>
        <w:br/>
        <w:t>Хай язики їм палить гіркість.</w:t>
      </w:r>
    </w:p>
    <w:p>
      <w:r>
        <w:br/>
        <w:t>Хай дітям їхнім голод-жах&lt;br /&gt;</w:t>
        <w:br/>
        <w:t>Щодня поблідлі губи лиже,&lt;br /&gt;</w:t>
        <w:br/>
        <w:t>Хай розжене їх по світах&lt;br /&gt;</w:t>
        <w:br/>
        <w:t>Страшна, як смерть, жадоба їжі,</w:t>
      </w:r>
    </w:p>
    <w:p>
      <w:r>
        <w:br/>
        <w:t>Хай у голодній їх крові&lt;br /&gt;</w:t>
        <w:br/>
        <w:t>Замре навіки сите й ніжне,&lt;br /&gt;</w:t>
        <w:br/>
        <w:t>Хай діти їм зростуть нові,&lt;br /&gt;</w:t>
        <w:br/>
        <w:t>Немилосердні і драпіжні;</w:t>
      </w:r>
    </w:p>
    <w:p>
      <w:r>
        <w:br/>
        <w:t>Нехай чужі країни в їх&lt;br /&gt;</w:t>
        <w:br/>
        <w:t>Серцях засяють, як багаття,&lt;br /&gt;</w:t>
        <w:br/>
        <w:t>Хай стануть для сусідів всіх&lt;br /&gt;</w:t>
        <w:br/>
        <w:t>Вони як пострах, як прокляття,</w:t>
      </w:r>
    </w:p>
    <w:p>
      <w:r>
        <w:br/>
        <w:t>Щоб всі ненавиділи їх,&lt;br /&gt;</w:t>
        <w:br/>
        <w:t>Але жахалися їх скрито,&lt;br /&gt;</w:t>
        <w:br/>
        <w:t>І щоб ім’я їх, як батіг,&lt;br /&gt;</w:t>
        <w:br/>
        <w:t>Свистало карою над світом!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Ти, що зориш із вишини...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