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 що люблять подивися...</w:t>
      </w:r>
    </w:p>
    <w:p>
      <w:r>
        <w:br/>
        <w:t xml:space="preserve"> ті що люблять подивися які вони прості і красиві&lt;br /&gt;</w:t>
        <w:br/>
        <w:t>делікатні як найперше ранкове світло&lt;br /&gt;</w:t>
        <w:br/>
        <w:t>безтривожні як голуби</w:t>
      </w:r>
    </w:p>
    <w:p>
      <w:r>
        <w:br/>
        <w:t>ті що люблять поглянь як багато вони віддають&lt;br /&gt;</w:t>
        <w:br/>
        <w:t>і як легко усе що приходить приймають&lt;br /&gt;</w:t>
        <w:br/>
        <w:t>подивися на їхні долоні повні скарбів&lt;br /&gt;</w:t>
        <w:br/>
        <w:t>на їхню шкіру на їхні очі на усміх&lt;br /&gt;</w:t>
        <w:br/>
        <w:t>радісний і щасливий на їхній спокій&lt;br /&gt;</w:t>
        <w:br/>
        <w:t>погідний як літній вітер</w:t>
      </w:r>
    </w:p>
    <w:p>
      <w:r>
        <w:br/>
        <w:t>ті що люблять вони як дельфіни&lt;br /&gt;</w:t>
        <w:br/>
        <w:t>що вистрибують із води веселі й лагідні&lt;br /&gt;</w:t>
        <w:br/>
        <w:t>розбризкуючи довкола сотні бризок&lt;br /&gt;</w:t>
        <w:br/>
        <w:t>розливаючи довкола стільки світла</w:t>
      </w:r>
    </w:p>
    <w:p>
      <w:r>
        <w:br/>
        <w:t>навчися в них дякувати за все що є і чого немає&lt;br /&gt;</w:t>
        <w:br/>
        <w:t>навчися приходити довірливо й лагідно&lt;br /&gt;</w:t>
        <w:br/>
        <w:t>і відходити просто</w:t>
      </w:r>
    </w:p>
    <w:p>
      <w:r>
        <w:br/>
        <w:t>як світло увечері гасне як птах засинає&lt;br /&gt;</w:t>
        <w:br/>
        <w:t>як вода що тече в землю вертається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 що люблять подивися...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