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моя…</w:t>
      </w:r>
    </w:p>
    <w:p>
      <w:r>
        <w:br/>
        <w:t xml:space="preserve"> Ти моя!&lt;br /&gt;</w:t>
        <w:br/>
        <w:t>Ти моя! Ти моя! Ти моя!&lt;br /&gt;</w:t>
        <w:br/>
        <w:t>Ти моя, моя ясная мріє!&lt;br /&gt;</w:t>
        <w:br/>
        <w:t>Ще тепер пал в душі чую я,&lt;br /&gt;</w:t>
        <w:br/>
        <w:t>Насолодою серце п’яніє.</w:t>
      </w:r>
    </w:p>
    <w:p>
      <w:r>
        <w:br/>
        <w:t>Ти моя! – кожна жилка скака.&lt;br /&gt;</w:t>
        <w:br/>
        <w:t>Ти моя! – усміхаєсь серденько.&lt;br /&gt;</w:t>
        <w:br/>
        <w:t>Ти моя! – ум безумно гука.&lt;br /&gt;</w:t>
        <w:br/>
        <w:t>Ти моя! – шепче постіль біленька.</w:t>
      </w:r>
    </w:p>
    <w:p>
      <w:r>
        <w:br/>
        <w:t>Ти моя! – вся подушка тремтить,&lt;br /&gt;</w:t>
        <w:br/>
        <w:t>Що зім’ята од палу і щастя,&lt;br /&gt;</w:t>
        <w:br/>
        <w:t>Ти моя! – абажур ще дзвенить,&lt;br /&gt;</w:t>
        <w:br/>
        <w:t>Шепчуть віти крізь вікна квітчасті.</w:t>
      </w:r>
    </w:p>
    <w:p>
      <w:r>
        <w:br/>
        <w:t>Ти моя! – шепче волос буйний.&lt;br /&gt;</w:t>
        <w:br/>
        <w:t>Що на чоло втомлене спустився.&lt;br /&gt;</w:t>
        <w:br/>
        <w:t>Ти моя! – кличе квіт чарівний,&lt;br /&gt;</w:t>
        <w:br/>
        <w:t>Що по тобі на ліжку лишився.</w:t>
      </w:r>
    </w:p>
    <w:p>
      <w:r>
        <w:br/>
        <w:t>Ти моя! – ще на личку моїм&lt;br /&gt;</w:t>
        <w:br/>
        <w:t>Поцілунки солодкі палають,&lt;br /&gt;</w:t>
        <w:br/>
        <w:t>І в повітрі, і в серці палкім&lt;br /&gt;</w:t>
        <w:br/>
        <w:t>Ще слова твої ніжно лунають.</w:t>
      </w:r>
    </w:p>
    <w:p>
      <w:r>
        <w:br/>
        <w:t>Ти моя! Ти моя! Ти моя!&lt;br /&gt;</w:t>
        <w:br/>
        <w:t>Ти моя, моя ясная мріє!&lt;br /&gt;</w:t>
        <w:br/>
        <w:t>Ще тепер пал в душі чую я,&lt;br /&gt;</w:t>
        <w:br/>
        <w:t>Насолодою серце п’яніє…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моя…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