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Теплі джинси</w:t>
      </w:r>
    </w:p>
    <w:p>
      <w:r>
        <w:br/>
        <w:t xml:space="preserve"> У випускну і п'яну ніч&lt;br /&gt;</w:t>
        <w:br/>
        <w:t>Йшли ніж на ніж і січ на січ&lt;br /&gt;</w:t>
        <w:br/>
        <w:t>Як безголові&lt;br /&gt;</w:t>
        <w:br/>
        <w:t>Ще тепла билась голова&lt;br /&gt;</w:t>
        <w:br/>
        <w:t>Кущі питали Голо вам&lt;br /&gt;</w:t>
        <w:br/>
        <w:t>У безголов'ї&lt;br /&gt;</w:t>
        <w:br/>
        <w:t>Ще джинси теплими були&lt;br /&gt;</w:t>
        <w:br/>
        <w:t>Коли їх з вбитого стягли&lt;br /&gt;</w:t>
        <w:br/>
        <w:t>І одягли на себе&lt;br /&gt;</w:t>
        <w:br/>
        <w:t>А Лаври бані золоті&lt;br /&gt;</w:t>
        <w:br/>
        <w:t>А щит і меч у наготі&lt;br /&gt;</w:t>
        <w:br/>
        <w:t>Дивились&lt;br /&gt;</w:t>
        <w:br/>
        <w:t>Світився вбитий до небес&lt;br /&gt;</w:t>
        <w:br/>
        <w:t>І наступив на Лавру пес&lt;br /&gt;</w:t>
        <w:br/>
        <w:t>Завив на меч&lt;br /&gt;</w:t>
        <w:br/>
        <w:t>Вони вже теплими були&lt;br /&gt;</w:t>
        <w:br/>
        <w:t>Коли їх теплих загребли&lt;br /&gt;</w:t>
        <w:br/>
        <w:t>В міліцію&lt;br /&gt;</w:t>
        <w:br/>
        <w:t>Як ви могли як ви могли&lt;br /&gt;</w:t>
        <w:br/>
        <w:t>Ще джинси теплими були&lt;br /&gt;</w:t>
        <w:br/>
        <w:t>А ви на себе&lt;br /&gt;</w:t>
        <w:br/>
        <w:t>За джинси вбити і в кущі&lt;br /&gt;</w:t>
        <w:br/>
        <w:t>А потім пити на дощі&lt;br /&gt;</w:t>
        <w:br/>
        <w:t>На теплім&lt;br /&gt;</w:t>
        <w:br/>
        <w:t>А світ холодний як вино&lt;br /&gt;</w:t>
        <w:br/>
        <w:t>А джинси змерзли б все одно&lt;br /&gt;</w:t>
        <w:br/>
        <w:t>І задубіли б&lt;br /&gt;</w:t>
        <w:br/>
        <w:t>Віки вбивали за любов&lt;br /&gt;</w:t>
        <w:br/>
        <w:t>За золоту шалену кров&lt;br /&gt;</w:t>
        <w:br/>
        <w:t>Тепер за джинси&lt;br /&gt;</w:t>
        <w:br/>
        <w:t>Кого в тюрму Кого в труну&lt;br /&gt;</w:t>
        <w:br/>
        <w:t>У що ж одягнемо вину&lt;br /&gt;</w:t>
        <w:br/>
        <w:t>У теплі джинси&lt;br /&gt;</w:t>
        <w:br/>
        <w:t>Кого в труну Кого в журбу&lt;br /&gt;</w:t>
        <w:br/>
        <w:t>А в що ж одягнемо добу&lt;br /&gt;</w:t>
        <w:br/>
        <w:t>У теплі джинси.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Теплі джинси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