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Темницю темну збудувала ніч...</w:t>
      </w:r>
    </w:p>
    <w:p>
      <w:r>
        <w:br/>
        <w:t xml:space="preserve"> Темницю темну збудувала ніч&lt;br /&gt;</w:t>
        <w:br/>
        <w:t>І в ланцюги мене там закувала.&lt;br /&gt;</w:t>
        <w:br/>
        <w:t>Запалена уявою, стогнала&lt;br /&gt;</w:t>
        <w:br/>
        <w:t>Гаряча думка і летіла пріч.</w:t>
      </w:r>
    </w:p>
    <w:p>
      <w:r>
        <w:br/>
        <w:t>Я не хотів пощади від ярма,&lt;br /&gt;</w:t>
        <w:br/>
        <w:t>Ні волі з тої хмурої темниці,&lt;br /&gt;</w:t>
        <w:br/>
        <w:t>Я лиш благав, аби душі криницю&lt;br /&gt;</w:t>
        <w:br/>
        <w:t>Не випила зажерлива пітьма.</w:t>
      </w:r>
    </w:p>
    <w:p>
      <w:r>
        <w:br/>
        <w:t>Щоб я не став пігмеєм перед тим,&lt;br /&gt;</w:t>
        <w:br/>
        <w:t>Як відійду, замучений до смерті,&lt;br /&gt;</w:t>
        <w:br/>
        <w:t>Щоб мій народ, у жорнах перетертий,&lt;br /&gt;</w:t>
        <w:br/>
        <w:t>Не глеєм став, а хлібом золотим.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Темницю темну збудувала ніч...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