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Темна ніч</w:t>
      </w:r>
    </w:p>
    <w:p>
      <w:r>
        <w:br/>
        <w:t xml:space="preserve"> &lt;p&gt;Смеркало. Кущами Щербачкової ліщини, обережно розмовляючи, крались сіро-чорною смугою постаті озброєних людей.</w:t>
      </w:r>
    </w:p>
    <w:p>
      <w:r>
        <w:br/>
        <w:t>— Ой, які нетрі!</w:t>
      </w:r>
    </w:p>
    <w:p>
      <w:r>
        <w:br/>
        <w:t>— Так ти, Савко, оце аж сюди комунара привів?</w:t>
      </w:r>
    </w:p>
    <w:p>
      <w:r>
        <w:br/>
        <w:t>Мовчки, рішуче йдуть; хтось ядовито посміхнувся, вилаявся на ліщину, що шльогнула його по обличчю, поправив на плечі рушницю і ритмічно ступав у такт за своїми товаришами.</w:t>
      </w:r>
    </w:p>
    <w:p>
      <w:r>
        <w:br/>
        <w:t>— А він, кажеш, сидить і жде... Паски?</w:t>
      </w:r>
    </w:p>
    <w:p>
      <w:r>
        <w:br/>
        <w:t>Мовчать.</w:t>
      </w:r>
    </w:p>
    <w:p>
      <w:r>
        <w:br/>
        <w:t>Під ногами шелестить листя, хрускає ломаччя...</w:t>
      </w:r>
    </w:p>
    <w:p>
      <w:r>
        <w:br/>
        <w:t>— Партійний?..</w:t>
      </w:r>
    </w:p>
    <w:p>
      <w:r>
        <w:br/>
        <w:t>А якийсь злий голос:</w:t>
      </w:r>
    </w:p>
    <w:p>
      <w:r>
        <w:br/>
        <w:t>— Побачиш... Ой, щирий, як коняка: карточка партійна ще з дванадцятого року...</w:t>
      </w:r>
    </w:p>
    <w:p>
      <w:r>
        <w:br/>
        <w:t>Сміх.</w:t>
      </w:r>
    </w:p>
    <w:p>
      <w:r>
        <w:br/>
        <w:t>Підходять до садка, що розкинувся он на горбах, вище калини, і манячить назустріч своїм зелено-сизим листом.</w:t>
      </w:r>
    </w:p>
    <w:p>
      <w:r>
        <w:br/>
        <w:t>— Цс-сс, тихо, хлопці... Треба пропуск, а то кривий чорт угатить.</w:t>
      </w:r>
    </w:p>
    <w:p>
      <w:r>
        <w:br/>
        <w:t>З кущів калини почувся нервовий голос:</w:t>
      </w:r>
    </w:p>
    <w:p>
      <w:r>
        <w:br/>
        <w:t>— "Огарок"?</w:t>
      </w:r>
    </w:p>
    <w:p>
      <w:r>
        <w:br/>
        <w:t>І легко стукнула об корч рушниця.</w:t>
      </w:r>
    </w:p>
    <w:p>
      <w:r>
        <w:br/>
        <w:t>— "Іскра"!</w:t>
      </w:r>
    </w:p>
    <w:p>
      <w:r>
        <w:br/>
        <w:t>Басом покотилась луна до калини.</w:t>
      </w:r>
    </w:p>
    <w:p>
      <w:r>
        <w:br/>
        <w:t>— Ну, що?.. Сидить?</w:t>
      </w:r>
    </w:p>
    <w:p>
      <w:r>
        <w:br/>
        <w:t>— Ага... не признається, хто з наших там?</w:t>
      </w:r>
    </w:p>
    <w:p>
      <w:r>
        <w:br/>
        <w:t>— Гадиянова душа!..</w:t>
      </w:r>
    </w:p>
    <w:p>
      <w:r>
        <w:br/>
        <w:t>— Тихо, ради бога!</w:t>
      </w:r>
    </w:p>
    <w:p>
      <w:r>
        <w:br/>
        <w:t>Замовкли. Обережно цокнули затвори, заскрипіла у клуні хвіртка...</w:t>
      </w:r>
    </w:p>
    <w:p>
      <w:r>
        <w:br/>
        <w:t>— Спиш, товаришу? Хі-хі! Свіже сінце...</w:t>
      </w:r>
    </w:p>
    <w:p>
      <w:r>
        <w:br/>
        <w:t>— Ведіть його до хати. Так, значить... А ти, Кузьма, постав вартового: і, розумієш, нітелень!</w:t>
      </w:r>
    </w:p>
    <w:p>
      <w:r>
        <w:br/>
        <w:t>— Слухаю, зараз...</w:t>
      </w:r>
    </w:p>
    <w:p>
      <w:r>
        <w:br/>
        <w:t>— Ну, до хати!</w:t>
      </w:r>
    </w:p>
    <w:p>
      <w:r>
        <w:br/>
        <w:t>Сріблястим листом поклонився явір коло порога, як вели в невідому хату невідомого чоловіка на весілля смерті криваве...</w:t>
      </w:r>
    </w:p>
    <w:p>
      <w:r>
        <w:br/>
        <w:t>Поклонився і зажурено зашелестів.</w:t>
      </w:r>
    </w:p>
    <w:p>
      <w:r>
        <w:br/>
        <w:t>— Сідай, Байденко, так, здається, тебе величають? Гостем нашим будеш — погуляємо по-козачи, товаришу!</w:t>
      </w:r>
    </w:p>
    <w:p>
      <w:r>
        <w:br/>
        <w:t>— Ха-ха-ха!</w:t>
      </w:r>
    </w:p>
    <w:p>
      <w:r>
        <w:br/>
        <w:t>На комині затанцював од сміху лойовий каганець, а на лаві засвітились засмалені лоби і тінями великими одбились по білих стінах хати постаті людські...</w:t>
      </w:r>
    </w:p>
    <w:p>
      <w:r>
        <w:br/>
        <w:t>...Врізалось в пам’ять: "Ой, брате, брате, та де тебе взяти..."</w:t>
      </w:r>
    </w:p>
    <w:p>
      <w:r>
        <w:br/>
        <w:t>— Хі-хі!</w:t>
      </w:r>
    </w:p>
    <w:p>
      <w:r>
        <w:br/>
        <w:t>— Ти ж кажеш нам, товаришу, що ти канівський?</w:t>
      </w:r>
    </w:p>
    <w:p>
      <w:r>
        <w:br/>
        <w:t>— Значить, українець, хоч і проданий...</w:t>
      </w:r>
    </w:p>
    <w:p>
      <w:r>
        <w:br/>
        <w:t>— Галько, чарку і до чарки!</w:t>
      </w:r>
    </w:p>
    <w:p>
      <w:r>
        <w:br/>
        <w:t>Злякано метнулась молодиця по хаті, заторготіла ложками, перегнулась коло печі... Потім до чоловіка:</w:t>
      </w:r>
    </w:p>
    <w:p>
      <w:r>
        <w:br/>
        <w:t>— Печеню чи капусту?</w:t>
      </w:r>
    </w:p>
    <w:p>
      <w:r>
        <w:br/>
        <w:t>— Капусту.</w:t>
      </w:r>
    </w:p>
    <w:p>
      <w:r>
        <w:br/>
        <w:t>На столі стояла четвертина мутного, як березовий сік, самогону; хазяїн хати, Кондрат Щербачок, здоровий, білобрисий чоловік, стояв тут же, коло столу, і поважно різав скибками хліб.</w:t>
      </w:r>
    </w:p>
    <w:p>
      <w:r>
        <w:br/>
        <w:t>Його очі кожного разу, коли він клав скибку на стіл, зустрічались з поглядом' невідомого йому чоловіка, що сьогодні вранці так гарно говорив на сході...</w:t>
      </w:r>
    </w:p>
    <w:p>
      <w:r>
        <w:br/>
        <w:t>"Чудний якийсь чоловік, кумедний,— думав собі Щербачок,— очі горять, а, видно, людей не бачить... Хоч і комуніст..."</w:t>
      </w:r>
    </w:p>
    <w:p>
      <w:r>
        <w:br/>
        <w:t>Крутнув головою:</w:t>
      </w:r>
    </w:p>
    <w:p>
      <w:r>
        <w:br/>
        <w:t>"Видима смерть — кожному страшна..."</w:t>
      </w:r>
    </w:p>
    <w:p>
      <w:r>
        <w:br/>
        <w:t>— Внеси ще, Галько, гірків.</w:t>
      </w:r>
    </w:p>
    <w:p>
      <w:r>
        <w:br/>
        <w:t>Молодиця швиденько витерла полумисок, накинула кохту, коли з печі:</w:t>
      </w:r>
    </w:p>
    <w:p>
      <w:r>
        <w:br/>
        <w:t>— Ма-м-о-о, я боюся! Ай-сй...</w:t>
      </w:r>
    </w:p>
    <w:p>
      <w:r>
        <w:br/>
        <w:t>— Чого ти, Митька? Я зараз вернуся. От дурень, тато ж у хаті...</w:t>
      </w:r>
    </w:p>
    <w:p>
      <w:r>
        <w:br/>
        <w:t>Криво посміхнулась і — майнула спідницею з хати.</w:t>
      </w:r>
    </w:p>
    <w:p>
      <w:r>
        <w:br/>
        <w:t>Злякано оглянувся на піч Байденко, привітно, але з невідомою страшною мукою на обличчі, подивився пильно на Митьку і з очей покотились рясні-рясні сльози...</w:t>
      </w:r>
    </w:p>
    <w:p>
      <w:r>
        <w:br/>
        <w:t>— Журишся, товаришу?!</w:t>
      </w:r>
    </w:p>
    <w:p>
      <w:r>
        <w:br/>
        <w:t>Мовчить і шепоче щось собі.</w:t>
      </w:r>
    </w:p>
    <w:p>
      <w:r>
        <w:br/>
        <w:t>— Ех, приборкали нашу волю... Тліє душа, болить... Смерть, Сашо, смерть, Сашо...</w:t>
      </w:r>
    </w:p>
    <w:p>
      <w:r>
        <w:br/>
        <w:t>Коло порога стояли з рушницями; на лаві ж сиділи у чорних шинелях, заряджали "Нагана" і балакали, як просився перед смертю якийсь тульський солдат-більшовик.</w:t>
      </w:r>
    </w:p>
    <w:p>
      <w:r>
        <w:br/>
        <w:t>— Розстебнув гімнастерку, червона юшка тече... І на грудях мідний хрест... хі-хі!</w:t>
      </w:r>
    </w:p>
    <w:p>
      <w:r>
        <w:br/>
        <w:t>— Що ти, товаришу дорогий, шепочеш; може, думаєш, пристріт, то пройде? Ой, ні — це не пристріт, а боротьба: ми, як ти казав на сході, "вороги"...</w:t>
      </w:r>
    </w:p>
    <w:p>
      <w:r>
        <w:br/>
        <w:t>— А наша партія, товаришу, "темна ніч"... Але вечерять просимо і ворогів: знай нашу добрість козацьку,— ти ж українець!..</w:t>
      </w:r>
    </w:p>
    <w:p>
      <w:r>
        <w:br/>
        <w:t>Блиснули очима, посміхнулись про себе і почали залазити за стіл; Байденка посадили на покуті, як почесного гостя, і примовляли-приказували за кожною чаркою, покіль не підпились.</w:t>
      </w:r>
    </w:p>
    <w:p>
      <w:r>
        <w:br/>
        <w:t>— Пий, товаришу, бо далека дорога стелеться перед тобою...</w:t>
      </w:r>
    </w:p>
    <w:p>
      <w:r>
        <w:br/>
        <w:t>— В Я синове!</w:t>
      </w:r>
    </w:p>
    <w:p>
      <w:r>
        <w:br/>
        <w:t>— Пий-напивайся, пісні співай, бо на наше весілля йдеш...</w:t>
      </w:r>
    </w:p>
    <w:p>
      <w:r>
        <w:br/>
        <w:t>І пили, і сміялися-сміялися...</w:t>
      </w:r>
    </w:p>
    <w:p>
      <w:r>
        <w:br/>
        <w:t>Пив і Байденко, маленькою біленькою чашечкою з голубами на вінцях, як воду, пив мутний самогон, пив і закусував, а з очей капали рясні сльози, коли підводив голову на піч до білявенького хлопчика.</w:t>
      </w:r>
    </w:p>
    <w:p>
      <w:r>
        <w:br/>
        <w:t>— Ну, скажи нам,— питали Байденка,— чи віриш ти в свою всесві-т-ню революцію, за яку кладеш зараз голову?</w:t>
      </w:r>
    </w:p>
    <w:p>
      <w:r>
        <w:br/>
        <w:t>Посміхався, як з давніми приятелями:</w:t>
      </w:r>
    </w:p>
    <w:p>
      <w:r>
        <w:br/>
        <w:t>— Вірю.</w:t>
      </w:r>
    </w:p>
    <w:p>
      <w:r>
        <w:br/>
        <w:t>Гострі, завзяті очі спалахнули під засмаленими лобами, впилися в обличчя Байденка і одбивали своїм блиском-огнем одно невеличке страшне слово — смерть...</w:t>
      </w:r>
    </w:p>
    <w:p>
      <w:r>
        <w:br/>
        <w:t>— А скажи, товаришу, ти великий трус?</w:t>
      </w:r>
    </w:p>
    <w:p>
      <w:r>
        <w:br/>
        <w:t>І весело одповідав він: "Ні".</w:t>
      </w:r>
    </w:p>
    <w:p>
      <w:r>
        <w:br/>
        <w:t>Далі підвівся, але дужа рука Щербачка посадила його на своє місце.</w:t>
      </w:r>
    </w:p>
    <w:p>
      <w:r>
        <w:br/>
        <w:t>— Жди, тобі твоє буде...</w:t>
      </w:r>
    </w:p>
    <w:p>
      <w:r>
        <w:br/>
        <w:t>Байденко:</w:t>
      </w:r>
    </w:p>
    <w:p>
      <w:r>
        <w:br/>
        <w:t>— Востаннє, товариші, дайте подивитись мені на того білявенького хлопчика, що на печі" бо він так похожий на мого Сашу, як вилитий...</w:t>
      </w:r>
    </w:p>
    <w:p>
      <w:r>
        <w:br/>
        <w:t>Слухали.</w:t>
      </w:r>
    </w:p>
    <w:p>
      <w:r>
        <w:br/>
        <w:t>— Хай каже... Цікаво, як п’яний... хі-хі!</w:t>
      </w:r>
    </w:p>
    <w:p>
      <w:r>
        <w:br/>
        <w:t>А він під образами, блідий, як стіна, але гордий, що поборов жах — так, так, він не просить собі життя, ні, він...</w:t>
      </w:r>
    </w:p>
    <w:p>
      <w:r>
        <w:br/>
        <w:t>— Я знаю, сьогоднішній день для мене останній день, і я хочу... отой білявенький хлопчик...</w:t>
      </w:r>
    </w:p>
    <w:p>
      <w:r>
        <w:br/>
        <w:t>Клацнули скивиці... На настільнику змішалась з кришками хліба червона кров.</w:t>
      </w:r>
    </w:p>
    <w:p>
      <w:r>
        <w:br/>
        <w:t>І гостро-гостро врізалось у пам’яті: "Ой брате-брате, та де тебе взяти?"</w:t>
      </w:r>
    </w:p>
    <w:p>
      <w:r>
        <w:br/>
        <w:t>— Ги-ги! Гад рябочеревий, коники викидає!</w:t>
      </w:r>
    </w:p>
    <w:p>
      <w:r>
        <w:br/>
        <w:t>— Хлопчика... білявенького... Комуну щепить будеш?!</w:t>
      </w:r>
    </w:p>
    <w:p>
      <w:r>
        <w:br/>
        <w:t>Червоні од самогону очі гостей посоловіли; злий жорстокий огник звіра хижого затанцював на чоловічках...</w:t>
      </w:r>
    </w:p>
    <w:p>
      <w:r>
        <w:br/>
        <w:t>— В Ясинове — прикладами!</w:t>
      </w:r>
    </w:p>
    <w:p>
      <w:r>
        <w:br/>
        <w:t>Вийшли з хати гості.</w:t>
      </w:r>
    </w:p>
    <w:p>
      <w:r>
        <w:br/>
        <w:t>І вдруге ще нижче поклонився сріблястим листом явір коло порога, як вели в темряву ночі невідомого чоловіка на весілля смерті криваве...</w:t>
      </w:r>
    </w:p>
    <w:p>
      <w:r>
        <w:br/>
        <w:t>Поклонився і зажурено зашелестів.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Темна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