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Телефон</w:t>
      </w:r>
    </w:p>
    <w:p>
      <w:r>
        <w:br/>
        <w:t xml:space="preserve"> &lt;p&gt;Якось ми з Мишком були в іграшковій крамниці й побачили чудову іграшку — телефон. У великій дерев'яній коробці лежали два телефонні апарати, дві трубки, в які говорити й слухати, і ціла котушка дроту. Продавець пояснила нам, що коли один телефон поставити в одній квартирі, а другий — у сусідів і з'єднати обидва апарати дротом, то можна перемовлятися.</w:t>
      </w:r>
    </w:p>
    <w:p>
      <w:r>
        <w:br/>
        <w:t>— От би нам купити! Ми якраз сусіди, — сказав Мишко. — Добряча штука! Це не якась проста іграшка, котру поламаєш і викинеш. Це корисна річ!</w:t>
      </w:r>
    </w:p>
    <w:p>
      <w:r>
        <w:br/>
        <w:t>— Так, — кажу я, — дуже корисна штука! Захотів поговорити, взяв трубку — поговорив, і ходити нікуди не треба.</w:t>
      </w:r>
    </w:p>
    <w:p>
      <w:r>
        <w:br/>
        <w:t>— Зручність! — захоплювався Мишко. — Сидиш дома і розмовляєш. Чудово!</w:t>
      </w:r>
    </w:p>
    <w:p>
      <w:r>
        <w:br/>
        <w:t>Ми з Мишком надумалися складати гроші, щоб купити телефон. Два тижні підряд ми не їли морозива, не ходили в кіно — все гроші відкладали. Нарешті наскладали скільки було потрібно й купили телефон.</w:t>
      </w:r>
    </w:p>
    <w:p>
      <w:r>
        <w:br/>
        <w:t>Примчали з крамниці додому з коробкою. Один телефон у мене поставили, другий — у Мишка і від мого телефону протягли дріт через кватирку вниз, прямо до Мишкового телефону.</w:t>
      </w:r>
    </w:p>
    <w:p>
      <w:r>
        <w:br/>
        <w:t>— Ну, — каже Мишко, — спробуємо розмовляти. Біжи нагору і слухай.</w:t>
      </w:r>
    </w:p>
    <w:p>
      <w:r>
        <w:br/>
        <w:t>Я помчав до себе, взяв трубку і слухаю, а трубка вже кричить Мишковим голосом:</w:t>
      </w:r>
    </w:p>
    <w:p>
      <w:r>
        <w:br/>
        <w:t>— Алло! Алло!</w:t>
      </w:r>
    </w:p>
    <w:p>
      <w:r>
        <w:br/>
        <w:t>Я теж як закричу:</w:t>
      </w:r>
    </w:p>
    <w:p>
      <w:r>
        <w:br/>
        <w:t>— Алло!</w:t>
      </w:r>
    </w:p>
    <w:p>
      <w:r>
        <w:br/>
        <w:t>— Чути що-небудь? — кричить Мишко.</w:t>
      </w:r>
    </w:p>
    <w:p>
      <w:r>
        <w:br/>
        <w:t>— Чути. А тобі чути?</w:t>
      </w:r>
    </w:p>
    <w:p>
      <w:r>
        <w:br/>
        <w:t>— Чути. От здорово! Тобі добре чути?</w:t>
      </w:r>
    </w:p>
    <w:p>
      <w:r>
        <w:br/>
        <w:t>— Добре. А тобі?</w:t>
      </w:r>
    </w:p>
    <w:p>
      <w:r>
        <w:br/>
        <w:t>— І мені добре! Ха-ха-ха! Чути, як я сміюся?</w:t>
      </w:r>
    </w:p>
    <w:p>
      <w:r>
        <w:br/>
        <w:t>— Чути. Ха-ха-ха! А тобі чути?</w:t>
      </w:r>
    </w:p>
    <w:p>
      <w:r>
        <w:br/>
        <w:t>— Чути. Слухай, зараз я до тебе прийду.</w:t>
      </w:r>
    </w:p>
    <w:p>
      <w:r>
        <w:br/>
        <w:t>Мишко прибіг до мене, і ми стали обніматися з радості:</w:t>
      </w:r>
    </w:p>
    <w:p>
      <w:r>
        <w:br/>
        <w:t>— Добре, що купили телефон! Правда? — каже Мишко.</w:t>
      </w:r>
    </w:p>
    <w:p>
      <w:r>
        <w:br/>
        <w:t>— Звичайно, — кажу, — добре.</w:t>
      </w:r>
    </w:p>
    <w:p>
      <w:r>
        <w:br/>
        <w:t>— Слухай, зараз я піду назад і подзвоню тобі.</w:t>
      </w:r>
    </w:p>
    <w:p>
      <w:r>
        <w:br/>
        <w:t>Він побіг і подзвонив знову.</w:t>
      </w:r>
    </w:p>
    <w:p>
      <w:r>
        <w:br/>
        <w:t>Я взяв трубку:</w:t>
      </w:r>
    </w:p>
    <w:p>
      <w:r>
        <w:br/>
        <w:t>— Алло!</w:t>
      </w:r>
    </w:p>
    <w:p>
      <w:r>
        <w:br/>
        <w:t>— Алло!</w:t>
      </w:r>
    </w:p>
    <w:p>
      <w:r>
        <w:br/>
        <w:t>— Чути?</w:t>
      </w:r>
    </w:p>
    <w:p>
      <w:r>
        <w:br/>
        <w:t>— Чути.</w:t>
      </w:r>
    </w:p>
    <w:p>
      <w:r>
        <w:br/>
        <w:t>— Добре?</w:t>
      </w:r>
    </w:p>
    <w:p>
      <w:r>
        <w:br/>
        <w:t>— Добре.</w:t>
      </w:r>
    </w:p>
    <w:p>
      <w:r>
        <w:br/>
        <w:t>— І в мене добре. Давай розмовляти.</w:t>
      </w:r>
    </w:p>
    <w:p>
      <w:r>
        <w:br/>
        <w:t>— Давай, — кажу. — А про що розмовляти?</w:t>
      </w:r>
    </w:p>
    <w:p>
      <w:r>
        <w:br/>
        <w:t>— Ну, про що… Про що-небудь… Добре, що ми купили телефон, правда?</w:t>
      </w:r>
    </w:p>
    <w:p>
      <w:r>
        <w:br/>
        <w:t>— Правда.</w:t>
      </w:r>
    </w:p>
    <w:p>
      <w:r>
        <w:br/>
        <w:t>— От якби не купили, було б погано. Правда?</w:t>
      </w:r>
    </w:p>
    <w:p>
      <w:r>
        <w:br/>
        <w:t>— Правда.</w:t>
      </w:r>
    </w:p>
    <w:p>
      <w:r>
        <w:br/>
        <w:t>— Ну?</w:t>
      </w:r>
    </w:p>
    <w:p>
      <w:r>
        <w:br/>
        <w:t>— Що "ну"?</w:t>
      </w:r>
    </w:p>
    <w:p>
      <w:r>
        <w:br/>
        <w:t>— Чому ж ти не розмовляєш?</w:t>
      </w:r>
    </w:p>
    <w:p>
      <w:r>
        <w:br/>
        <w:t>— А ти чому не розмовляєш?</w:t>
      </w:r>
    </w:p>
    <w:p>
      <w:r>
        <w:br/>
        <w:t>— Та я не знаю, про що розмовляти, — каже Мишко. — Це завжди так буває: коли треба розмовляти, то не знаєш, про що розмовляти, а коли не треба розмовляти, то розмовляєш і розмовляєш…</w:t>
      </w:r>
    </w:p>
    <w:p>
      <w:r>
        <w:br/>
        <w:t>Я кажу:</w:t>
      </w:r>
    </w:p>
    <w:p>
      <w:r>
        <w:br/>
        <w:t>— Давай ось що: подумаємо, а коли придумаємо, тоді подзвонимо.</w:t>
      </w:r>
    </w:p>
    <w:p>
      <w:r>
        <w:br/>
        <w:t>— Гаразд.</w:t>
      </w:r>
    </w:p>
    <w:p>
      <w:r>
        <w:br/>
        <w:t>Я повісив трубку і став думати. Раптом дзвінок. Я взяв трубку.</w:t>
      </w:r>
    </w:p>
    <w:p>
      <w:r>
        <w:br/>
        <w:t>— Ну, придумав? — питає Мишко.</w:t>
      </w:r>
    </w:p>
    <w:p>
      <w:r>
        <w:br/>
        <w:t>— Ні ще, не придумав.</w:t>
      </w:r>
    </w:p>
    <w:p>
      <w:r>
        <w:br/>
        <w:t>— Я теж іще не придумав.</w:t>
      </w:r>
    </w:p>
    <w:p>
      <w:r>
        <w:br/>
        <w:t>— Навіщо ж ти дзвониш, коли не придумав?</w:t>
      </w:r>
    </w:p>
    <w:p>
      <w:r>
        <w:br/>
        <w:t>— А я думав, що ти придумав.</w:t>
      </w:r>
    </w:p>
    <w:p>
      <w:r>
        <w:br/>
        <w:t>— Я сам тоді подзвонив би.</w:t>
      </w:r>
    </w:p>
    <w:p>
      <w:r>
        <w:br/>
        <w:t>— А я думав, що ти не здогадаєшся.</w:t>
      </w:r>
    </w:p>
    <w:p>
      <w:r>
        <w:br/>
        <w:t>— Що ж я, по-твоєму, віслюк?</w:t>
      </w:r>
    </w:p>
    <w:p>
      <w:r>
        <w:br/>
        <w:t>— Ні, який же ти віслюк! Ти зовсім не віслюк! Хіба я кажу, що ти віслюк?</w:t>
      </w:r>
    </w:p>
    <w:p>
      <w:r>
        <w:br/>
        <w:t>— А що ти кажеш?</w:t>
      </w:r>
    </w:p>
    <w:p>
      <w:r>
        <w:br/>
        <w:t>— Нічого. Кажу, що ти не віслюк.</w:t>
      </w:r>
    </w:p>
    <w:p>
      <w:r>
        <w:br/>
        <w:t>— Ну гаразд, годі тобі про віслюка торочити! Нумо краще уроки вчити.</w:t>
      </w:r>
    </w:p>
    <w:p>
      <w:r>
        <w:br/>
        <w:t>— Нумо.</w:t>
      </w:r>
    </w:p>
    <w:p>
      <w:r>
        <w:br/>
        <w:t>Я повісив трубку й сів за уроки. Раптом Мишко знову дзвонить:</w:t>
      </w:r>
    </w:p>
    <w:p>
      <w:r>
        <w:br/>
        <w:t>— Слухай, зараз я співатиму й на роялі гратиму по телефону.</w:t>
      </w:r>
    </w:p>
    <w:p>
      <w:r>
        <w:br/>
        <w:t>— Ну, співай, — кажу.</w:t>
      </w:r>
    </w:p>
    <w:p>
      <w:r>
        <w:br/>
        <w:t>Почулося якесь сичання, потім забренькала музика, і раптом Мишко заспівав не своїм голосом:</w:t>
      </w:r>
    </w:p>
    <w:p>
      <w:r>
        <w:br/>
        <w:t>Куди, куди ви відлетіли,</w:t>
      </w:r>
    </w:p>
    <w:p>
      <w:r>
        <w:br/>
        <w:t>Весни моєї красні дні-і-і?[5]</w:t>
      </w:r>
    </w:p>
    <w:p>
      <w:r>
        <w:br/>
        <w:t>"Що це? — думаю. — Де він так співати навчився?" Раптом Мишко сам з'являється. Рот аж до вух.</w:t>
      </w:r>
    </w:p>
    <w:p>
      <w:r>
        <w:br/>
        <w:t>— Ти думав, що я співаю? Це патефон по телефону співає! Дай-но я послухаю.</w:t>
      </w:r>
    </w:p>
    <w:p>
      <w:r>
        <w:br/>
        <w:t>Я дав йому трубку. Він слухав, слухав, потім як шпурне трубку — і бігцем униз. Я взяв трубку, а там "Пш-ш-ш! Др-р-р! Др-р-р!" Напевно, платівка закінчилась. Я знову сів за уроки. Знову дзвінок. Я взяв трубку.</w:t>
      </w:r>
    </w:p>
    <w:p>
      <w:r>
        <w:br/>
        <w:t>— Алло!</w:t>
      </w:r>
    </w:p>
    <w:p>
      <w:r>
        <w:br/>
        <w:t>А з трубки:</w:t>
      </w:r>
    </w:p>
    <w:p>
      <w:r>
        <w:br/>
        <w:t>— Гав! Гав! Гав!</w:t>
      </w:r>
    </w:p>
    <w:p>
      <w:r>
        <w:br/>
        <w:t>— Ти чого, — кажу, — по-собачому гавкаєш?</w:t>
      </w:r>
    </w:p>
    <w:p>
      <w:r>
        <w:br/>
        <w:t>— Це не я. Це з тобою Дружок розмовляє. Чуєш, як він кусає трубку зубами?</w:t>
      </w:r>
    </w:p>
    <w:p>
      <w:r>
        <w:br/>
        <w:t>— Чую.</w:t>
      </w:r>
    </w:p>
    <w:p>
      <w:r>
        <w:br/>
        <w:t>— Це я йому в писок тицяю трубкою, а він її зубами гризе.</w:t>
      </w:r>
    </w:p>
    <w:p>
      <w:r>
        <w:br/>
        <w:t>— Ти б краще не псував трубки.</w:t>
      </w:r>
    </w:p>
    <w:p>
      <w:r>
        <w:br/>
        <w:t>— Нічого, вона залізна… Ой! Іди геть! Я тобі покажу, як кусатися! Ось тобі! (Гав! Гав! Гав!) Кусається, розумієш?</w:t>
      </w:r>
    </w:p>
    <w:p>
      <w:r>
        <w:br/>
        <w:t>— Розумію, — кажу.</w:t>
      </w:r>
    </w:p>
    <w:p>
      <w:r>
        <w:br/>
        <w:t>Знову сів за уроки. Через хвилину дзвінок. Я взяв трубку, а там щось дзижчить: "Дзз-з-и!"</w:t>
      </w:r>
    </w:p>
    <w:p>
      <w:r>
        <w:br/>
        <w:t>— Алло, — кричу я.</w:t>
      </w:r>
    </w:p>
    <w:p>
      <w:r>
        <w:br/>
        <w:t>"Дзз-з-и! Ззи-и!"</w:t>
      </w:r>
    </w:p>
    <w:p>
      <w:r>
        <w:br/>
        <w:t>— Чим ти там дзижчиш?</w:t>
      </w:r>
    </w:p>
    <w:p>
      <w:r>
        <w:br/>
        <w:t>— Мухою.</w:t>
      </w:r>
    </w:p>
    <w:p>
      <w:r>
        <w:br/>
        <w:t>— Якою мухою?</w:t>
      </w:r>
    </w:p>
    <w:p>
      <w:r>
        <w:br/>
        <w:t>— Ну, просто мухою. Я її держу перед трубкою, а вона крильцями махає і дзижчить.</w:t>
      </w:r>
    </w:p>
    <w:p>
      <w:r>
        <w:br/>
        <w:t>Цілий вечір ми з Мишком дзвонили один одному і вигадували різні штуки: співали, кричали, гарчали, мукали, навіть пошепки розмовляли — все було чути. Уроки я закінчив пізно й думаю:</w:t>
      </w:r>
    </w:p>
    <w:p>
      <w:r>
        <w:br/>
        <w:t>"Подзвоню ще раз Мишкові, перед тим як лягти спати".</w:t>
      </w:r>
    </w:p>
    <w:p>
      <w:r>
        <w:br/>
        <w:t>Подзвонив, а він не відповідає.</w:t>
      </w:r>
    </w:p>
    <w:p>
      <w:r>
        <w:br/>
        <w:t>"Що ж це? — думаю. — Невже телефон зіпсувався?" Подзвонив ще раз — знову нема відповіді. Думаю: "Треба піти довідатися, в чому справа".</w:t>
      </w:r>
    </w:p>
    <w:p>
      <w:r>
        <w:br/>
        <w:t>Прибігаю до нього… Лелечко! Він телефон поклав на стіл і ламає. Батарею з апарата витяг, дзвоника розібрав й вже трубку розгвинчує.</w:t>
      </w:r>
    </w:p>
    <w:p>
      <w:r>
        <w:br/>
        <w:t>— Стій! — кажу. — Ти навіщо телефон ламаєш?</w:t>
      </w:r>
    </w:p>
    <w:p>
      <w:r>
        <w:br/>
        <w:t>— Та я не ламаю. Я тільки хочу подивитись, як його збудовано. Розберу, а потім складу назад.</w:t>
      </w:r>
    </w:p>
    <w:p>
      <w:r>
        <w:br/>
        <w:t>— Та хіба ти складеш? Це тямити треба.</w:t>
      </w:r>
    </w:p>
    <w:p>
      <w:r>
        <w:br/>
        <w:t>— Ну я й тямлю. Що тут ще не тямити!</w:t>
      </w:r>
    </w:p>
    <w:p>
      <w:r>
        <w:br/>
        <w:t>Він розгвинтив трубку, вийняв з неї якісь залізячки і почав відколупувати круглу платівку, яка всередині була. Платівка випала, і з трубки посипався чорний порошок. Мишко злякався і почав збирати порошок назад у трубку.</w:t>
      </w:r>
    </w:p>
    <w:p>
      <w:r>
        <w:br/>
        <w:t>— Ну, от бачиш, — кажу, — що ти накоїв!</w:t>
      </w:r>
    </w:p>
    <w:p>
      <w:r>
        <w:br/>
        <w:t>— Нічого, — каже, — я зараз складу все, як було.</w:t>
      </w:r>
    </w:p>
    <w:p>
      <w:r>
        <w:br/>
        <w:t>І став складати. Морочився, морочився… Гвинтики маленькі, загвинчувати важко. Нарешті склав трубку, тільки залізячка в нього одна залишилась і два гвинтики зайвих.</w:t>
      </w:r>
    </w:p>
    <w:p>
      <w:r>
        <w:br/>
        <w:t>— А це звідки — залізячка? — питаю.</w:t>
      </w:r>
    </w:p>
    <w:p>
      <w:r>
        <w:br/>
        <w:t>— Ох я роззява! — каже Мишко. — Забув! Її треба було там усередині прикрутити. Доведеться знову розбирати трубку.</w:t>
      </w:r>
    </w:p>
    <w:p>
      <w:r>
        <w:br/>
        <w:t>— Ну, — кажу, — я піду додому, а ти, тільки-но буде готове, подзвони мені.</w:t>
      </w:r>
    </w:p>
    <w:p>
      <w:r>
        <w:br/>
        <w:t>Пішов я додому й чекаю. Чекав, чекав, так нічого не дочекався і спати ліг. Ранком телефон як задзеленчить! Я зіскочив неодягнений, ухопив трубку і кричу:</w:t>
      </w:r>
    </w:p>
    <w:p>
      <w:r>
        <w:br/>
        <w:t>— Слухаю!</w:t>
      </w:r>
    </w:p>
    <w:p>
      <w:r>
        <w:br/>
        <w:t>А з трубки у відповідь:</w:t>
      </w:r>
    </w:p>
    <w:p>
      <w:r>
        <w:br/>
        <w:t>— Ти чого рохкаєш?</w:t>
      </w:r>
    </w:p>
    <w:p>
      <w:r>
        <w:br/>
        <w:t>— Як це — рохкаю? Я не рохкаю, — кажу я.</w:t>
      </w:r>
    </w:p>
    <w:p>
      <w:r>
        <w:br/>
        <w:t>— Кинь рохкати! Говори по-людському! — кричить Мишко.</w:t>
      </w:r>
    </w:p>
    <w:p>
      <w:r>
        <w:br/>
        <w:t>— Я й говорю по-людському. Навіщо мені рохкати?</w:t>
      </w:r>
    </w:p>
    <w:p>
      <w:r>
        <w:br/>
        <w:t>— Ну, годі тобі пустувати! Однак я не повірю, що ти порося до кімнати притяг.</w:t>
      </w:r>
    </w:p>
    <w:p>
      <w:r>
        <w:br/>
        <w:t>— Та кажуть же тобі, що ніякого поросяти нема! — розсердився я.</w:t>
      </w:r>
    </w:p>
    <w:p>
      <w:r>
        <w:br/>
        <w:t>Мишко замовк. Через хвилину приходить до мене:</w:t>
      </w:r>
    </w:p>
    <w:p>
      <w:r>
        <w:br/>
        <w:t>— Ти чого рохкав по телефону?</w:t>
      </w:r>
    </w:p>
    <w:p>
      <w:r>
        <w:br/>
        <w:t>— Я не рохкав.</w:t>
      </w:r>
    </w:p>
    <w:p>
      <w:r>
        <w:br/>
        <w:t>— Я ж чув.</w:t>
      </w:r>
    </w:p>
    <w:p>
      <w:r>
        <w:br/>
        <w:t>— Та навіщо ж мені рохкати?</w:t>
      </w:r>
    </w:p>
    <w:p>
      <w:r>
        <w:br/>
        <w:t>— Не знаю, — каже. — Тільки у мене в трубці все "рох-рох" та "рох-рох". Ось піди, коли не віриш, послухай.</w:t>
      </w:r>
    </w:p>
    <w:p>
      <w:r>
        <w:br/>
        <w:t>Я пішов до нього, подзвонив по телефону.</w:t>
      </w:r>
    </w:p>
    <w:p>
      <w:r>
        <w:br/>
        <w:t>— Алло!</w:t>
      </w:r>
    </w:p>
    <w:p>
      <w:r>
        <w:br/>
        <w:t>Спочатку нічого не було чути, а потім потихеньку так:</w:t>
      </w:r>
    </w:p>
    <w:p>
      <w:r>
        <w:br/>
        <w:t>"Рох! Рох! Рох!"</w:t>
      </w:r>
    </w:p>
    <w:p>
      <w:r>
        <w:br/>
        <w:t>Я кажу:</w:t>
      </w:r>
    </w:p>
    <w:p>
      <w:r>
        <w:br/>
        <w:t>— Рохкає.</w:t>
      </w:r>
    </w:p>
    <w:p>
      <w:r>
        <w:br/>
        <w:t>А у відповідь знову:</w:t>
      </w:r>
    </w:p>
    <w:p>
      <w:r>
        <w:br/>
        <w:t>"Рох! Рох! Рох!"</w:t>
      </w:r>
    </w:p>
    <w:p>
      <w:r>
        <w:br/>
        <w:t>— Рохкає! — кричу я.</w:t>
      </w:r>
    </w:p>
    <w:p>
      <w:r>
        <w:br/>
        <w:t>А з трубки невгаває: "Рох! Рох! Рох! Рох!"</w:t>
      </w:r>
    </w:p>
    <w:p>
      <w:r>
        <w:br/>
        <w:t>Тут я зрозумів, у чому справа, і побіг до Мишка.</w:t>
      </w:r>
    </w:p>
    <w:p>
      <w:r>
        <w:br/>
        <w:t>— Це ти, — кажу, — телефон зіпсував!</w:t>
      </w:r>
    </w:p>
    <w:p>
      <w:r>
        <w:br/>
        <w:t>— Чому?</w:t>
      </w:r>
    </w:p>
    <w:p>
      <w:r>
        <w:br/>
        <w:t>— Ти розбирав його, от і зіпсував у себе в трубці щось.</w:t>
      </w:r>
    </w:p>
    <w:p>
      <w:r>
        <w:br/>
        <w:t>— Мабуть, я щось неправильно склав, — каже Мишко. — Треба поправити.</w:t>
      </w:r>
    </w:p>
    <w:p>
      <w:r>
        <w:br/>
        <w:t>— Як же тепер поправиш?</w:t>
      </w:r>
    </w:p>
    <w:p>
      <w:r>
        <w:br/>
        <w:t>— А я подивлюся, як твій телефон зроблено, і свій зроблю точнісінько так.</w:t>
      </w:r>
    </w:p>
    <w:p>
      <w:r>
        <w:br/>
        <w:t>— Не дам я свого телефону розбирати!</w:t>
      </w:r>
    </w:p>
    <w:p>
      <w:r>
        <w:br/>
        <w:t>— Та ти не бійся! Я обережно. Треба ж полагодити!</w:t>
      </w:r>
    </w:p>
    <w:p>
      <w:r>
        <w:br/>
        <w:t>І почав лагодити. Копирсався, копирсався — і полагодив так, що зовсім нічого не чути. Навіть рохкати перестало.</w:t>
      </w:r>
    </w:p>
    <w:p>
      <w:r>
        <w:br/>
        <w:t>— Ну, що тепер робити? — запитую я.</w:t>
      </w:r>
    </w:p>
    <w:p>
      <w:r>
        <w:br/>
        <w:t>— Знаєш, — каже Мишко, — ходімо до крамниці, де купили, може, там полагодять.</w:t>
      </w:r>
    </w:p>
    <w:p>
      <w:r>
        <w:br/>
        <w:t>Пішли ми до іграшкової крамниці, але там телефонів не лагодили і навіть не знали, де лагодять. Цілий день ми ходили засмучені. Раптом Мишко придумав:</w:t>
      </w:r>
    </w:p>
    <w:p>
      <w:r>
        <w:br/>
        <w:t>— Диваки ми! Ми ж можемо по телеграфу перемовлятися!</w:t>
      </w:r>
    </w:p>
    <w:p>
      <w:r>
        <w:br/>
        <w:t>— Як — по телеграфу?</w:t>
      </w:r>
    </w:p>
    <w:p>
      <w:r>
        <w:br/>
        <w:t>— Дуже просто: крапка, тире. Адже дзвоник діє! Короткий дзвінок — крапка, а довгий — тире. Вивчимо азбуку Морзе і будемо перемовлятися!</w:t>
      </w:r>
    </w:p>
    <w:p>
      <w:r>
        <w:br/>
        <w:t>Дістали ми азбуку Морзе і ну вчити: "А" — крапка, тире; "Б" — тире, три крапки; "В" — крапка, два тире… Вивчили всю азбуку і стали перемовлятися. Спочатку у нас виходило повільно, а потім ми навчилися, як справжні телеграфісти: "тринь-тринь-тринь!" — і все зрозуміло. Це навіть цікавіше, ніж простий телефон. Тільки це тривало недовго. Якось дзвоню Мишкові вранці, а він не відповідає. "Ну, — думаю, — спить ще". Подзвонив пізніше — знову не відповідає. Пішов до нього і стукаю в двері. Мишко відчинив і каже:</w:t>
      </w:r>
    </w:p>
    <w:p>
      <w:r>
        <w:br/>
        <w:t>— Ти чого в двері тарабаниш? Не бачиш, чи що?</w:t>
      </w:r>
    </w:p>
    <w:p>
      <w:r>
        <w:br/>
        <w:t>І показує на дверях ґудзика.</w:t>
      </w:r>
    </w:p>
    <w:p>
      <w:r>
        <w:br/>
        <w:t>— Що це? — питаю.</w:t>
      </w:r>
    </w:p>
    <w:p>
      <w:r>
        <w:br/>
        <w:t>— Ґудзик.</w:t>
      </w:r>
    </w:p>
    <w:p>
      <w:r>
        <w:br/>
        <w:t>— Який?</w:t>
      </w:r>
    </w:p>
    <w:p>
      <w:r>
        <w:br/>
        <w:t>— Електричний. У нас тепер електричний дзвоник є, так що можеш дзвонити.</w:t>
      </w:r>
    </w:p>
    <w:p>
      <w:r>
        <w:br/>
        <w:t>— Де ти взяв?</w:t>
      </w:r>
    </w:p>
    <w:p>
      <w:r>
        <w:br/>
        <w:t>— Сам зробив.</w:t>
      </w:r>
    </w:p>
    <w:p>
      <w:r>
        <w:br/>
        <w:t>— З чого?</w:t>
      </w:r>
    </w:p>
    <w:p>
      <w:r>
        <w:br/>
        <w:t>— З телефону.</w:t>
      </w:r>
    </w:p>
    <w:p>
      <w:r>
        <w:br/>
        <w:t>— Як з телефону?</w:t>
      </w:r>
    </w:p>
    <w:p>
      <w:r>
        <w:br/>
        <w:t>— Дуже просто. Дзвоника з телефону видер, ґудзика — теж. І батарею з телефону вийняв. Була іграшка — стала річ!</w:t>
      </w:r>
    </w:p>
    <w:p>
      <w:r>
        <w:br/>
        <w:t>— Яке ж ти мав право телефона розбирати? — кажу я.</w:t>
      </w:r>
    </w:p>
    <w:p>
      <w:r>
        <w:br/>
        <w:t>— Яке право! Я свого телефона розібрав. Твого ж не чіпав.</w:t>
      </w:r>
    </w:p>
    <w:p>
      <w:r>
        <w:br/>
        <w:t>— Але ж наш телефон спільний! Коли б я знав, що ти поламаєш, то й не купував би з тобою! Навіщо мені телефон, коли розмовляти ні з ким!</w:t>
      </w:r>
    </w:p>
    <w:p>
      <w:r>
        <w:br/>
        <w:t>— А навіщо нам розмовляти? Адже недалеко живемо, можна й так прийти поговорити.</w:t>
      </w:r>
    </w:p>
    <w:p>
      <w:r>
        <w:br/>
        <w:t>— Я з тобою і розмовляти після цього не хочу!</w:t>
      </w:r>
    </w:p>
    <w:p>
      <w:r>
        <w:br/>
        <w:t>Розгнівався я на нього і три дні з ним не розмовляв. З нудьги і я свого телефона розібрав і зробив з нього електричний дзвоник. Тільки не так, як у Мишка. Я все акуратно обладнав. Батарею поставив коло дверей на поличці, від неї по стіні дрота протягнув до електричного дзвоника й ґудзика. А ґудзик до дверей гарненько гвинтиками пригвинтив, щоб він не теліпався на одному цвяхові, як у Мишка. Навіть тато й мама похвалили мене за те, що я зробив таку корисну річ у домівці.</w:t>
      </w:r>
    </w:p>
    <w:p>
      <w:r>
        <w:br/>
        <w:t>Я пішов до Мишка, щоб розповісти йому, що в мене тепер також електричний дзвоник є.</w:t>
      </w:r>
    </w:p>
    <w:p>
      <w:r>
        <w:br/>
        <w:t>Підходжу до дверей, дзвоню… Натискував ґудзика, натискував — ніхто не відчиняє. "Може, дзвоник зіпсувався?" — думаю. Почав у двері стукати. Мишко відчинив. Я запитую:</w:t>
      </w:r>
    </w:p>
    <w:p>
      <w:r>
        <w:br/>
        <w:t>— Що ж дзвоник, не діє?</w:t>
      </w:r>
    </w:p>
    <w:p>
      <w:r>
        <w:br/>
        <w:t>— Не діє.</w:t>
      </w:r>
    </w:p>
    <w:p>
      <w:r>
        <w:br/>
        <w:t>— Чому?</w:t>
      </w:r>
    </w:p>
    <w:p>
      <w:r>
        <w:br/>
        <w:t>— Та я батарею розібрав.</w:t>
      </w:r>
    </w:p>
    <w:p>
      <w:r>
        <w:br/>
        <w:t>— Навіщо?</w:t>
      </w:r>
    </w:p>
    <w:p>
      <w:r>
        <w:br/>
        <w:t>— Ну, я хотів подивитися, з чого батарею зроблено.</w:t>
      </w:r>
    </w:p>
    <w:p>
      <w:r>
        <w:br/>
        <w:t>— Як же, — кажу, — ти тепер будеш — без телефону і без дзвоника?</w:t>
      </w:r>
    </w:p>
    <w:p>
      <w:r>
        <w:br/>
        <w:t>— Нічого, — зітхнув він, — якось буду!</w:t>
      </w:r>
    </w:p>
    <w:p>
      <w:r>
        <w:br/>
        <w:t>Пішов я додому, а сам думаю: "Чому Мишко такий незугарний? Навіщо він усе ламає?!" Мені навіть шкода його стало.</w:t>
      </w:r>
    </w:p>
    <w:p>
      <w:r>
        <w:br/>
        <w:t>Увечері ліг я спати і довго не міг заснути, все пригадував: як у нас був телефон і як з нього вийшов електричний дзвоник. Потім я почав думати про електрику, як вона утворюється в батареї і з чого. Всі давно вже спали, а я все думав про це і ніяк не міг заснути. Тоді я підвівся, засвітив лампу, зняв з полиці батарею і розламав її. В батареї виявилась якась рідина, а в ній мокла чорна паличка, загорнута в ганчірочку. Я зрозумів, що електрика утворювалася з цієї рідини. Потім ліг у постіль і швидко заснув.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Телефон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