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Тебе не стане в сих містах...</w:t>
      </w:r>
    </w:p>
    <w:p>
      <w:r>
        <w:br/>
        <w:t xml:space="preserve"> Тебе не стане в сих місцях,&lt;br /&gt;</w:t>
        <w:br/>
        <w:t>Для мене радості не стане;&lt;br /&gt;</w:t>
        <w:br/>
        <w:t>І світ померкне ув очах,&lt;br /&gt;</w:t>
        <w:br/>
        <w:t>А горе камнем в серці ляже.&lt;br /&gt;</w:t>
        <w:br/>
        <w:t>Коли б ти знала, що терплю,&lt;br /&gt;</w:t>
        <w:br/>
        <w:t>Яку несу на серці муку,&lt;br /&gt;</w:t>
        <w:br/>
        <w:t>Як ізгадаю про розлуку, —&lt;br /&gt;</w:t>
        <w:br/>
        <w:t>Ножем пробила б грудь мою,&lt;br /&gt;</w:t>
        <w:br/>
        <w:t>Щоб я не жив, не бачив світу,&lt;br /&gt;</w:t>
        <w:br/>
        <w:t>Такого горя не терпів&lt;br /&gt;</w:t>
        <w:br/>
        <w:t>І більше вдруге не любив.&lt;br /&gt;</w:t>
        <w:br/>
        <w:t>О я, безумний, без отвіту!&lt;br /&gt;</w:t>
        <w:br/>
        <w:t>Я сам давно і вірно знав,&lt;br /&gt;</w:t>
        <w:br/>
        <w:t>Як лихо тяжко тих карає,&lt;br /&gt;</w:t>
        <w:br/>
        <w:t>Хто щиро любе та кохає;&lt;br /&gt;</w:t>
        <w:br/>
        <w:t>Не поберігсь, в біду попав!&lt;br /&gt;</w:t>
        <w:br/>
        <w:t>За те ж і чашу буду пить:&lt;br /&gt;</w:t>
        <w:br/>
        <w:t>Вона давно в душі готова;&lt;br /&gt;</w:t>
        <w:br/>
        <w:t>Вона гірка; так що ж робить,&lt;br /&gt;</w:t>
        <w:br/>
        <w:t>Коли моя такая доля!&lt;br /&gt;</w:t>
        <w:br/>
        <w:t>Не так було, зовсім не так&lt;br /&gt;</w:t>
        <w:br/>
        <w:t>Робити треба в мої літа;&lt;br /&gt;</w:t>
        <w:br/>
        <w:t>Всі радості під ноги в прах,&lt;br /&gt;</w:t>
        <w:br/>
        <w:t>І жить без ласки, без привіта.&lt;br /&gt;</w:t>
        <w:br/>
        <w:t>О, для чого ж я полюбив&lt;br /&gt;</w:t>
        <w:br/>
        <w:t>Тебе у сих місцях родини?&lt;br /&gt;</w:t>
        <w:br/>
        <w:t>Хіба для того, що вони&lt;br /&gt;</w:t>
        <w:br/>
        <w:t>Навік для мене опостили!&lt;br /&gt;</w:t>
        <w:br/>
        <w:t>Усе тут каже про тебе:&lt;br /&gt;</w:t>
        <w:br/>
        <w:t>Де ти жила, де ти ходила,&lt;br /&gt;</w:t>
        <w:br/>
        <w:t>Де ти гляділа на мене,&lt;br /&gt;</w:t>
        <w:br/>
        <w:t>Де ти зо мною говорила.&lt;br /&gt;</w:t>
        <w:br/>
        <w:t>О, вір мені, що сі місця,&lt;br /&gt;</w:t>
        <w:br/>
        <w:t>Де ми побачились з тобою,&lt;br /&gt;</w:t>
        <w:br/>
        <w:t>Без тебе зробляться тюрмою&lt;br /&gt;</w:t>
        <w:br/>
        <w:t>І їх заллє моя сльоза...&lt;br /&gt;</w:t>
        <w:br/>
        <w:t>Якби ти там узнала, мила,&lt;br /&gt;</w:t>
        <w:br/>
        <w:t>Яка уб'є мене тоска,&lt;br /&gt;</w:t>
        <w:br/>
        <w:t>Тоді б до мене прилетіла&lt;br /&gt;</w:t>
        <w:br/>
        <w:t>Голубкою іздалека;&lt;br /&gt;</w:t>
        <w:br/>
        <w:t>Но ся тоска, се тяжке горе&lt;br /&gt;</w:t>
        <w:br/>
        <w:t>До тебе, знаю, не дійде,&lt;br /&gt;</w:t>
        <w:br/>
        <w:t>Не перескоче через гори,&lt;br /&gt;</w:t>
        <w:br/>
        <w:t>А тільки грудь мені проб'є.&lt;br /&gt;</w:t>
        <w:br/>
        <w:t>Я рад, так що ж, не маю мочі&lt;br /&gt;</w:t>
        <w:br/>
        <w:t>Мою печаль, мою тоску,&lt;br /&gt;</w:t>
        <w:br/>
        <w:t>Яка мене все точе, точе,&lt;br /&gt;</w:t>
        <w:br/>
        <w:t>Зарить глибоко у піску&lt;br /&gt;</w:t>
        <w:br/>
        <w:t>І їй насипати могилу&lt;br /&gt;</w:t>
        <w:br/>
        <w:t>Високую, до самих хмар...&lt;br /&gt;</w:t>
        <w:br/>
        <w:t>О ні, я горя не зарию:&lt;br /&gt;</w:t>
        <w:br/>
        <w:t>Воно моє, воно твій дар.&lt;br /&gt;</w:t>
        <w:br/>
        <w:t>Так ти покинеш сі місця, —&lt;br /&gt;</w:t>
        <w:br/>
        <w:t>І я навіки їх покину,&lt;br /&gt;</w:t>
        <w:br/>
        <w:t>І побіжу в чужі края,&lt;br /&gt;</w:t>
        <w:br/>
        <w:t>І там без радості загину!&lt;br /&gt;</w:t>
        <w:br/>
        <w:t>Як здумаю про смути сі,&lt;br /&gt;</w:t>
        <w:br/>
        <w:t>Я світа божого не бачу;&lt;br /&gt;</w:t>
        <w:br/>
        <w:t>За мною чи заплачеш ти,&lt;br /&gt;</w:t>
        <w:br/>
        <w:t>А я давно, давно вже плачу!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Тебе не стане в сих містах...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