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 саме, але вдвічі більше</w:t>
      </w:r>
    </w:p>
    <w:p>
      <w:r>
        <w:br/>
        <w:t xml:space="preserve"> &lt;p&gt;У Нью-Йорку дзвінок у двері завжди лунає саме в ту мить, коли ви зручно вмостилися на дивані, щоб трохи подрімати. Справді сильна особистість, людина мужня й упевнена в собі скаже: "До біса всіх, мій будинок — моя фортеця, а телеграму можна підсунути під двері". Але якщо ви схожі за характером на Едельштайна, то подумаєте, що, очевидно, блондинка з квартири 12С прийшла позичити молотого перцю. Або, можливо, якийсь божевільний продюсер вирішив зняти фільм за листами, що їх ви надсилаєте матері до Санта-Моніки. (Власне, чому б і ні? Адже вони часом знімають фільми й за значно гіршими матеріалами?)</w:t>
      </w:r>
    </w:p>
    <w:p>
      <w:r>
        <w:br/>
        <w:t>Однак цього разу Едельштайн твердо вирішив не реагувати на дзвінок. Лежачи на дивані із заплющеними очима, він голосно вимовив:</w:t>
      </w:r>
    </w:p>
    <w:p>
      <w:r>
        <w:br/>
        <w:t>— Я нікого не чекаю.</w:t>
      </w:r>
    </w:p>
    <w:p>
      <w:r>
        <w:br/>
        <w:t>— Я знаю, — відгукнувся голос по той бік дверей.</w:t>
      </w:r>
    </w:p>
    <w:p>
      <w:r>
        <w:br/>
        <w:t>— Мені не потрібні енциклопедії, щітки й сухі сніданки, — сухо повідомив Едельштайн. — Що б ви мені не запропонували, в мене це вже є.</w:t>
      </w:r>
    </w:p>
    <w:p>
      <w:r>
        <w:br/>
        <w:t>— Послухайте, — відповів голос. — Я нічого не продаю. Я хочу вам дещо дати.</w:t>
      </w:r>
    </w:p>
    <w:p>
      <w:r>
        <w:br/>
        <w:t>Едельштайн посміхнувся тонкою сумною посмішкою мешканця Нью-Йорка, котрому добре відомо: коли вам приносять у дарунок пакет, на якому не стоїть позначка: "Накладний платіж-20 доларів", то це означає, що гроші з вас сподіваються виманити якимось іншим способом.</w:t>
      </w:r>
    </w:p>
    <w:p>
      <w:r>
        <w:br/>
        <w:t>— Приймати будь-що безкоштовно, — сказав Едельштайн, — я тим більше не можу собі дозволити.</w:t>
      </w:r>
    </w:p>
    <w:p>
      <w:r>
        <w:br/>
        <w:t>— Але це справді безкоштовно, — підкреслив голос за дверима. — Я маю на увазі, що це нічого не коштуватиме вам ані зараз, ані згодом.</w:t>
      </w:r>
    </w:p>
    <w:p>
      <w:r>
        <w:br/>
        <w:t>— Мене це не цікавить! — заявив Едельштайн, захоплюючись твердістю свого характеру.</w:t>
      </w:r>
    </w:p>
    <w:p>
      <w:r>
        <w:br/>
        <w:t>Голос не відгукнувся. Едельштайн вимовив:</w:t>
      </w:r>
    </w:p>
    <w:p>
      <w:r>
        <w:br/>
        <w:t>— Якщо ви й досі тут, то, будь ласка, ідіть.</w:t>
      </w:r>
    </w:p>
    <w:p>
      <w:r>
        <w:br/>
        <w:t>— Шановний містере Едельштайн, — м'яко промовив голос за дверима, — цинізм — це просто одна з форм наївності. Мудрість — це проникливість.</w:t>
      </w:r>
    </w:p>
    <w:p>
      <w:r>
        <w:br/>
        <w:t>— Він ще буде мене вчити, — звернувся Едельштайн до стіни.</w:t>
      </w:r>
    </w:p>
    <w:p>
      <w:r>
        <w:br/>
        <w:t>— Гаразд, — сказав голос, — забудьте про все, що сталося й залишайтеся зі своїм цинізмом і расовими упередженнями. Зрештою, мені це теж не потрібно.</w:t>
      </w:r>
    </w:p>
    <w:p>
      <w:r>
        <w:br/>
        <w:t>— Хвилиночку, з чого ви взяли, що я расово упереджений? — запитав Едельштайн.</w:t>
      </w:r>
    </w:p>
    <w:p>
      <w:r>
        <w:br/>
        <w:t>— Не треба робити з мене дурня, — сказав голос. — Якби я збирав гроші для юдейської церкви Гадаса або продавав ізраїльські облігації, ви поставилися б до мене зовсім інакше. Але я такий, як є, тож вам доведеться змиритися з моїм існуванням.</w:t>
      </w:r>
    </w:p>
    <w:p>
      <w:r>
        <w:br/>
        <w:t>— Не так швидко, — сказав Едельштайн. — Наскільки я розумію, ви — просто голос по той бік дверей. Ви можете виявитися католиком, адвентистом сьомого дня або навіть юдаїстом.</w:t>
      </w:r>
    </w:p>
    <w:p>
      <w:r>
        <w:br/>
        <w:t>— Ні, ви знали, — відповів голос.</w:t>
      </w:r>
    </w:p>
    <w:p>
      <w:r>
        <w:br/>
        <w:t>— Містере, присягаюся...</w:t>
      </w:r>
    </w:p>
    <w:p>
      <w:r>
        <w:br/>
        <w:t>— Не має значення. Мені часто доводилося стикатися з чимось подібним. До побачення, містере Едельштайн.</w:t>
      </w:r>
    </w:p>
    <w:p>
      <w:r>
        <w:br/>
        <w:t>— Зачекайте, — буркнув Едельштайн.</w:t>
      </w:r>
    </w:p>
    <w:p>
      <w:r>
        <w:br/>
        <w:t>У душі він лаяв себе останніми словами. Скільки разів потрапляв у пастки, які закінчувалися, наприклад, купівлею за 10 доларів ілюстрованого двотомника "Сексуальна історія людства", що його, як зауважив друг Манович, можна придбати в першій-ліпшій книжковій крамниці за $2,98!</w:t>
      </w:r>
    </w:p>
    <w:p>
      <w:r>
        <w:br/>
        <w:t>Однак голос мав рацію. Едельштайн якимось чином знав, що має справу не з євреєм.</w:t>
      </w:r>
    </w:p>
    <w:p>
      <w:r>
        <w:br/>
        <w:t>Тепер він піде думаючи: "Ці євреї вважають себе кращими за інших!.." Потім він поділиться своїми враженнями з іншими на матчі "Лосів" чи "Лицарів Колумба", і на репутації євреїв з'явиться нова чорна пляма.</w:t>
      </w:r>
    </w:p>
    <w:p>
      <w:r>
        <w:br/>
        <w:t>"У мене слабкий характер", — сумно подумав Едельштайн. А вголос вимовив:</w:t>
      </w:r>
    </w:p>
    <w:p>
      <w:r>
        <w:br/>
        <w:t>— Гаразд, заходьте! Але попереджаю від самого початку: нічого купувати не збираюся.</w:t>
      </w:r>
    </w:p>
    <w:p>
      <w:r>
        <w:br/>
        <w:t>Він змусив себе підвестися і зробив крок до дверей, але зупинився, тому що голос відповів: "Дуже дякую", і одразу після цього виник чоловік, що пройшов крізь вхідні двері, замкнені на два замки.</w:t>
      </w:r>
    </w:p>
    <w:p>
      <w:r>
        <w:br/>
        <w:t>Чоловік був невисокий, зі смаком одягнений у сірий в тонку білу смужку костюм. Його міцні черевики з кордовської шкіри були начищені до блиску. Він був темношкірий, а в руках тримав чорний кейс. Чоловік переступив через двері Едельштайна так, немов вони були зроблені із застиглого повітря.</w:t>
      </w:r>
    </w:p>
    <w:p>
      <w:r>
        <w:br/>
        <w:t>— Хвилинку, будь ласка, зачекайте хвилинку, — заблагав Едельштайн. Він звернув увагу, що надто сильно стиснув руки, а його серце калатає так, що от-от вистрибне з грудей.</w:t>
      </w:r>
    </w:p>
    <w:p>
      <w:r>
        <w:br/>
        <w:t>Відвідувач зупинився і став нерухомо за метр від дверей. Едельштайн знову набув здатності дихати. Він сказав:</w:t>
      </w:r>
    </w:p>
    <w:p>
      <w:r>
        <w:br/>
        <w:t>— Вибачте, у мене щойно була галюцинація...</w:t>
      </w:r>
    </w:p>
    <w:p>
      <w:r>
        <w:br/>
        <w:t>— Показати, як це роблю, ще раз? — поцікавився гість.</w:t>
      </w:r>
    </w:p>
    <w:p>
      <w:r>
        <w:br/>
        <w:t>— О Боже, звісно, ні! Отже, ви справді пройшли крізь двері! Господи я таки вскочив у халепу!</w:t>
      </w:r>
    </w:p>
    <w:p>
      <w:r>
        <w:br/>
        <w:t>Едельштайн важко опустився на диван. Гість присів на стілець.</w:t>
      </w:r>
    </w:p>
    <w:p>
      <w:r>
        <w:br/>
        <w:t>— Що все це означає? — прошепотів Едельштайн.</w:t>
      </w:r>
    </w:p>
    <w:p>
      <w:r>
        <w:br/>
        <w:t>— Я користуюся цим прийомом, щоб зберегти час, — пояснив гість. — Крім того, це зазвичай переконує недовірливих. Мене звуть Чарлз Ситвел. Я технічний представник Диявола у цьому регіоні...</w:t>
      </w:r>
    </w:p>
    <w:p>
      <w:r>
        <w:br/>
        <w:t>Едельштайн одразу йому повірив. Він спробував пригадати якусь молитву, але на думку йому спадала лише та, що її він промовляв перед сніданком у скаутському таборі, коли був хлопчиком. Навряд чи вона допоможе. Він ще пам'ятав "Отче наш", але то була молитва не з його релігії. Може, спробувати віддати салют прапорові...</w:t>
      </w:r>
    </w:p>
    <w:p>
      <w:r>
        <w:br/>
        <w:t>-Не допоможе, — сказав Ситвел. — Не хвилюйтесь, мені не потрібна ваша душа і я не збираюся вдаватися до жодного із старомодних трюків.</w:t>
      </w:r>
    </w:p>
    <w:p>
      <w:r>
        <w:br/>
        <w:t>— Як я можу вам повірити? — запитав Едельштайн.</w:t>
      </w:r>
    </w:p>
    <w:p>
      <w:r>
        <w:br/>
        <w:t>— Поміркуйте самі, — відповів Ситвел. — Розгляньмо лише воєнний аспект. Останні п'ятдесят років — це майже суцільні повстання і революції. Для нас це означає безпрецедентний приплив проклятих душ американців, в'єтконгівців, нігерійців, марокканців, індонезійців, південноафриканців, росіян, індійців, пакистанців та арабів, а також євреїв. Вибачте, я не хотів вас образити. Крім того, ми приймаємо більше, ніж звичайно, китайців, а нещодавно розпочали великі операції на південноамериканському ринку. Чесно кажучи, містере Едельштайн, у нас перебір з душами. Якщо цього року почнеться ще одна війна, боюсь, нам доведеться оголосити амністію по дрібних гріхах.</w:t>
      </w:r>
    </w:p>
    <w:p>
      <w:r>
        <w:br/>
        <w:t>Едельштайн опанував себе.</w:t>
      </w:r>
    </w:p>
    <w:p>
      <w:r>
        <w:br/>
        <w:t>— Отже, ви з'явилися не для того, щоб забрати мене до пекла?</w:t>
      </w:r>
    </w:p>
    <w:p>
      <w:r>
        <w:br/>
        <w:t>— О Дияволе! Звісно, ні! — промовив Ситвел. — Я ж вам сказав: усі кола пекла переповнені!</w:t>
      </w:r>
    </w:p>
    <w:p>
      <w:r>
        <w:br/>
        <w:t>— Тоді навіщо ви тут?</w:t>
      </w:r>
    </w:p>
    <w:p>
      <w:r>
        <w:br/>
        <w:t>Ситвел поклав ногу на ногу й нахилився уперед.</w:t>
      </w:r>
    </w:p>
    <w:p>
      <w:r>
        <w:br/>
        <w:t>— Містере Едельштайн, ви повинні розуміти, що пекло у якійсь мірі нагадує гігантські земні концерни, такі як U.S.Steel або I.Т.&amp;Т. У нас величезний обсяг операцій і більш-менш монопольне становище на ринку. Як і кожна справді велика корпорація, ми піклуємося про суспільне благо і дбаємо про свою репутацію.</w:t>
      </w:r>
    </w:p>
    <w:p>
      <w:r>
        <w:br/>
        <w:t>— Логічно, — зауважив Едельштайн.</w:t>
      </w:r>
    </w:p>
    <w:p>
      <w:r>
        <w:br/>
        <w:t>— Але, на жаль, на відміну від Форда, ми не можемо засновувати фонди й роздавати стипендії та гранти. Люди цього не зрозуміють. З тієї самої причини ми не можемо зводити міста майбутнього або боротись із забрудненням довкілля. Ми навіть не можемо збудувати греблю в якому-небудь Афганістані без того, щоб хтось не поцікавився нашими мотивами.</w:t>
      </w:r>
    </w:p>
    <w:p>
      <w:r>
        <w:br/>
        <w:t>— Я розумію ваші труднощі, — визнав Едельштайн.</w:t>
      </w:r>
    </w:p>
    <w:p>
      <w:r>
        <w:br/>
        <w:t>— І все ж ми хочемо робити щось корисне. Тому час від часу, а особливо зараз, коли справи йдуть настільки добре, ми роздаємо невеликі премії обраному числу потенційних клієнтів.</w:t>
      </w:r>
    </w:p>
    <w:p>
      <w:r>
        <w:br/>
        <w:t>— Клієнт? Я?</w:t>
      </w:r>
    </w:p>
    <w:p>
      <w:r>
        <w:br/>
        <w:t>— Ніхто не називає вас грішником, — заспокоїв Ситвел. — Я сказав "потенційних", а це означає усіх.</w:t>
      </w:r>
    </w:p>
    <w:p>
      <w:r>
        <w:br/>
        <w:t>— І що ж це за премії?</w:t>
      </w:r>
    </w:p>
    <w:p>
      <w:r>
        <w:br/>
        <w:t>— Три бажання, — жваво вимовив Ситвел. — Це традиційна форма.</w:t>
      </w:r>
    </w:p>
    <w:p>
      <w:r>
        <w:br/>
        <w:t>— Давайте розберемося, чи все я вірно зрозумів, — попросив Едельштайн. — Отже, ви виконаєте три будь-які мої бажання? Без оплати? Без жодних прихованих "якщо" й "але"?</w:t>
      </w:r>
    </w:p>
    <w:p>
      <w:r>
        <w:br/>
        <w:t>— Одне "але" буде, — попередив Ситвел.</w:t>
      </w:r>
    </w:p>
    <w:p>
      <w:r>
        <w:br/>
        <w:t>— Я так і знав, — зітхнув Едельштайн.</w:t>
      </w:r>
    </w:p>
    <w:p>
      <w:r>
        <w:br/>
        <w:t>— Це досить проста умова. Що б ви не побажали, ваш найзаклятіший ворог отримає вдвічі більше.</w:t>
      </w:r>
    </w:p>
    <w:p>
      <w:r>
        <w:br/>
        <w:t>Едельштайн замислився.</w:t>
      </w:r>
    </w:p>
    <w:p>
      <w:r>
        <w:br/>
        <w:t>— Отже, якщо я попрошу мільйон доларів...</w:t>
      </w:r>
    </w:p>
    <w:p>
      <w:r>
        <w:br/>
        <w:t>— Ваш ворог отримає два мільйони. А якщо я попрошу пневмонію?</w:t>
      </w:r>
    </w:p>
    <w:p>
      <w:r>
        <w:br/>
        <w:t>— Ваш найзаклятіший ворог матиме двосторонню пневмонію.</w:t>
      </w:r>
    </w:p>
    <w:p>
      <w:r>
        <w:br/>
        <w:t>Едельштайн стиснув губи й похитав головою.</w:t>
      </w:r>
    </w:p>
    <w:p>
      <w:r>
        <w:br/>
        <w:t>— Послухайте, я, звісно, не збираюсь вчити вас, як треба вести справи, але, гадаю, ви усвідомлюєте, що такими застереженнями ставите під загрозу добру волю клієнта?</w:t>
      </w:r>
    </w:p>
    <w:p>
      <w:r>
        <w:br/>
        <w:t>— Це ризик, містере Едельштайн, але він абсолютно необхідний з двох причин, — відповів Ситвел. — Справа в тому, що ця умова забезпечує психологічний зворотний зв'язок і тим самим сприяє підтриманню гомеостатичної світобудови.</w:t>
      </w:r>
    </w:p>
    <w:p>
      <w:r>
        <w:br/>
        <w:t>— Даруйте, я не зовсім...</w:t>
      </w:r>
    </w:p>
    <w:p>
      <w:r>
        <w:br/>
        <w:t>— Спробуємо інакше. Ця умова зменшує силу трьох бажань і в такий спосіб допомагає утримати ситуацію в розумних межах. Адже бажання надзвичайно потужний інструмент.</w:t>
      </w:r>
    </w:p>
    <w:p>
      <w:r>
        <w:br/>
        <w:t>— Можу собі уявити, — кивнув Едельштайн. — А друга причина?</w:t>
      </w:r>
    </w:p>
    <w:p>
      <w:r>
        <w:br/>
        <w:t>— Могли б і самі здогадатися, — сказав Ситвел, оголюючи бездоганно білі зуби в деякій подобі посмішки. — Подібні пункти є нашим, так би мовити фірмовим, знаком. Тавром, яке засвідчує справжній пекельний продукт.</w:t>
      </w:r>
    </w:p>
    <w:p>
      <w:r>
        <w:br/>
        <w:t>— Розумію, розумію, — вимовив Едельштайн. — Але мені буде потрібен певний час на обмірковування.</w:t>
      </w:r>
    </w:p>
    <w:p>
      <w:r>
        <w:br/>
        <w:t>— Пропозиція дійсна протягом тридцяти днів, — сказав Ситвел, підводячись. — Вам треба лише чітко й голосно вимовити своє бажання. Про все інше подбаю я.</w:t>
      </w:r>
    </w:p>
    <w:p>
      <w:r>
        <w:br/>
        <w:t>Ситвел попрямував до дверей, але Едельштайн зупинив його.</w:t>
      </w:r>
    </w:p>
    <w:p>
      <w:r>
        <w:br/>
        <w:t>— Я хотів би обговорити ще один момент.</w:t>
      </w:r>
    </w:p>
    <w:p>
      <w:r>
        <w:br/>
        <w:t>— Який?</w:t>
      </w:r>
    </w:p>
    <w:p>
      <w:r>
        <w:br/>
        <w:t>— Так сталося, що в мене немає найзапеклішого ворога. Власне, в мене взагалі немає ворогів.</w:t>
      </w:r>
    </w:p>
    <w:p>
      <w:r>
        <w:br/>
        <w:t>Ситвел розреготався й червоною хусткою витер сльози.</w:t>
      </w:r>
    </w:p>
    <w:p>
      <w:r>
        <w:br/>
        <w:t>— Едельштайне! — промовив він. — Ви неперевершені! Жодного ворога!.. А ваш кузен Сеймур, якому ви відмовилися позичити п'ятсот доларів на започаткування бізнесу з хімічного чищення? Чи ви гадаєте — він ваш друг?</w:t>
      </w:r>
    </w:p>
    <w:p>
      <w:r>
        <w:br/>
        <w:t>— Я не подумав про Сеймура, — зізнався Едельштайн.</w:t>
      </w:r>
    </w:p>
    <w:p>
      <w:r>
        <w:br/>
        <w:t>— А що ви скажете про місіс Абрамович, яка плюється від однієї лише згадки про вас, тому що ви не схотіли одружитися з її Марджорі? А Том Кесиді з квартири 1С вашого будинку, власник повного зібрання промов Гебельса? Він щоночі мріє перебити всіх євреїв, починаючи з вас... Гей, з вами все гаразд?</w:t>
      </w:r>
    </w:p>
    <w:p>
      <w:r>
        <w:br/>
        <w:t>Едельштайн сидів на дивані, раптом зблід і знову стиснув руки.</w:t>
      </w:r>
    </w:p>
    <w:p>
      <w:r>
        <w:br/>
        <w:t>— Мені й на думку не спадало, — пробурмотів він.</w:t>
      </w:r>
    </w:p>
    <w:p>
      <w:r>
        <w:br/>
        <w:t>— Нікому не спадає, — заспокоїв Ситвел. — Не засмучуйтесь і не беріть близько до серця. Шість чи сім ворогів — це дрібниці. Можу вас запевнити, що це значно нижче середнього рівня.</w:t>
      </w:r>
    </w:p>
    <w:p>
      <w:r>
        <w:br/>
        <w:t>— Хто ще! — запитав Едельштайн, важко дихаючи.</w:t>
      </w:r>
    </w:p>
    <w:p>
      <w:r>
        <w:br/>
        <w:t>— Я не хотів би про це говорити. Навіщо зайві клопоти?</w:t>
      </w:r>
    </w:p>
    <w:p>
      <w:r>
        <w:br/>
        <w:t>— Але я маю знати, хто мій найзаклятіший ворог! Це Кесиді? Може, варто купити рушницю?</w:t>
      </w:r>
    </w:p>
    <w:p>
      <w:r>
        <w:br/>
        <w:t>Ситвел похитав головою.</w:t>
      </w:r>
    </w:p>
    <w:p>
      <w:r>
        <w:br/>
        <w:t>— Кесиді-нешкідливий, недоумкуватий сновида. Він не зачепить вас і пальцем, повірте мені. Ваш найзаклятіший ворог — людина на ім'я Едвард Самуель Манович.</w:t>
      </w:r>
    </w:p>
    <w:p>
      <w:r>
        <w:br/>
        <w:t>— Ви впевнені? — запитав вражений Едельштайн.</w:t>
      </w:r>
    </w:p>
    <w:p>
      <w:r>
        <w:br/>
        <w:t>— Абсолютно.</w:t>
      </w:r>
    </w:p>
    <w:p>
      <w:r>
        <w:br/>
        <w:t>— Але Манович мій найкращий друг!</w:t>
      </w:r>
    </w:p>
    <w:p>
      <w:r>
        <w:br/>
        <w:t>— І ваш найзапекліший ворог, — вимовив Ситвел. —Іноді так буває. До побачення, містере Едельштайн, зичу вам удачі з усіма трьома побажаннями.</w:t>
      </w:r>
    </w:p>
    <w:p>
      <w:r>
        <w:br/>
        <w:t>— Зачекайте! — вигукнув Едельштайн. Він хотів поставити мільйон запитань, але був такий збентежений, що спитав лише: — Як сталося, що пекло переповнене?</w:t>
      </w:r>
    </w:p>
    <w:p>
      <w:r>
        <w:br/>
        <w:t>— Тому що безмежні лише небеса.</w:t>
      </w:r>
    </w:p>
    <w:p>
      <w:r>
        <w:br/>
        <w:t>— Ви знаєте і про небеса також?</w:t>
      </w:r>
    </w:p>
    <w:p>
      <w:r>
        <w:br/>
        <w:t>— Звісно. Це наша материнська корпорація. А зараз я маю йти. У мене ще одне замовлення в Паукіпсі. На все добре, містере Едельштайн.</w:t>
      </w:r>
    </w:p>
    <w:p>
      <w:r>
        <w:br/>
        <w:t>Ситвел махнув рукою, повернувся і вийшов крізь зачинені двері.</w:t>
      </w:r>
    </w:p>
    <w:p>
      <w:r>
        <w:br/>
        <w:t>Кілька хвилин Едельштайн не міг прийти до тями. Він думав про Еді Мановича. Його найзапекліший ворог!.. Смішно, в пеклі явно помилилися. Він знав Мановича майже двадцять років, зустрічався з ним мало не щодня, грав у шахи, випивав у барах. Вони разом гуляли, ходили в кіно і принаймні раз на тиждень разом обідали.</w:t>
      </w:r>
    </w:p>
    <w:p>
      <w:r>
        <w:br/>
        <w:t>Щоправда, часом Манович роззявляв свій великий рот і переходив межі дозволеного.</w:t>
      </w:r>
    </w:p>
    <w:p>
      <w:r>
        <w:br/>
        <w:t>Іноді він бував напрочуд грубий.</w:t>
      </w:r>
    </w:p>
    <w:p>
      <w:r>
        <w:br/>
        <w:t>Чесно кажучи, Манович не раз поводився просто образливо.</w:t>
      </w:r>
    </w:p>
    <w:p>
      <w:r>
        <w:br/>
        <w:t>-Але ж ми друзі, — сказав сам собі Едельштайн. —Ми — друзі, чи не так?</w:t>
      </w:r>
    </w:p>
    <w:p>
      <w:r>
        <w:br/>
        <w:t>Він знав, що є дуже простий спосіб це перевірити — побажати собі мільйон доларів. Тоді Манович матиме два мільйони. Ну то й що? Чи буде його, багату людину, хвилювати, що його найкращий друг багатший за нього?</w:t>
      </w:r>
    </w:p>
    <w:p>
      <w:r>
        <w:br/>
        <w:t>Буде! Ще й як! Йому все життя не даватиме спокою думка про те, що хитрий Манович забагатів на його, Едельштайна, бажанні.</w:t>
      </w:r>
    </w:p>
    <w:p>
      <w:r>
        <w:br/>
        <w:t>"Боже мій! — подумав Едельштайн. — Ще годину тому я був бідною, але щасливою людиною. Тепер у мене є три бажання і один ворог".</w:t>
      </w:r>
    </w:p>
    <w:p>
      <w:r>
        <w:br/>
        <w:t>Він похитав головою й обхопив її руками. Треба було все ретельно обміркувати.</w:t>
      </w:r>
    </w:p>
    <w:p>
      <w:r>
        <w:br/>
        <w:t>Наступного дня Едельштайн узяв на роботі тижневу відпустку за власний рахунок; він день і ніч сидів над блокнотом з олівцем у руці. Спершу на думку не спадало нічого, крім замків. Замки асоціювалися з бажаннями. Однак при ретельнішому аналізі з'ясувалося, що не все так просто. Будучи власником середнього замку своєї мрії з триметровими кам'яними мурами, землями та всім іншим, доведеться піклуватися про його утримання, думати про опалення, оплату праці кількох слуг, тому що менша кількість виглядатиме смішно.</w:t>
      </w:r>
    </w:p>
    <w:p>
      <w:r>
        <w:br/>
        <w:t>Тобто зрештою усе зводилося до грошей.</w:t>
      </w:r>
    </w:p>
    <w:p>
      <w:r>
        <w:br/>
        <w:t>"Я можу утримувати пристойний замок на дві тисячі доларів на тиждень, — прикинув Едельштайн, швидко записуючи в блокнот цифри. — Але це означає, що Манович утримуватиме два замки на чотири тисячі доларів на тиждень!"</w:t>
      </w:r>
    </w:p>
    <w:p>
      <w:r>
        <w:br/>
        <w:t>Нарешті, замки лишилися позаду, і думки Едельштайна почали гарячково аналізувати можливості й комбінації різних подорожей. Можна було б попросити круїз довкола світу? Щось не хочеться. Літо в Європі? Може бути. Або хоча б двотижневий відпочинок у Фонтенбло, на Маямі-Біч, щоб заспокоїти нерви.</w:t>
      </w:r>
    </w:p>
    <w:p>
      <w:r>
        <w:br/>
        <w:t>Але тоді Манович отримає дві відпустки! Поки Едельштайн відпочиватиме у Фонтенбло, Миновичу дістануться апартаменти люкс у "Кей Ларго Колоні Клаб". Двічі.</w:t>
      </w:r>
    </w:p>
    <w:p>
      <w:r>
        <w:br/>
        <w:t>Краще вже залишатися бідним і змусити Мановича жити у злиднях.</w:t>
      </w:r>
    </w:p>
    <w:p>
      <w:r>
        <w:br/>
        <w:t>Краще, але не зовсім.</w:t>
      </w:r>
    </w:p>
    <w:p>
      <w:r>
        <w:br/>
        <w:t>Минав останній тиждень. Едельштайн дедалі більше впадав у відчай і сердився. Він цинічно говорив собі:</w:t>
      </w:r>
    </w:p>
    <w:p>
      <w:r>
        <w:br/>
        <w:t>"Я ідіот, з чого я взяв, що все це правда? Так, Ситвел зміг пройти крізь двері, але хіба він обов'язково чарівник? Може, все це мені привиділося".</w:t>
      </w:r>
    </w:p>
    <w:p>
      <w:r>
        <w:br/>
        <w:t>Він сам здивувався, коли встав і промовив голосно і чітко:</w:t>
      </w:r>
    </w:p>
    <w:p>
      <w:r>
        <w:br/>
        <w:t>— Я бажаю двадцять тисяч доларів! Негайно!</w:t>
      </w:r>
    </w:p>
    <w:p>
      <w:r>
        <w:br/>
        <w:t>Він відчув м'який поштовх. А витягши свій гаманець, знайшов у ньому підписаний чек на $20 000.</w:t>
      </w:r>
    </w:p>
    <w:p>
      <w:r>
        <w:br/>
        <w:t>Едельштайн пішов до банку й простягнув клеркові чек, тремтячи від страху, що зараз його схопить поліція. Менеджер поглянув на чек і підписав його. Касир запитав, якими купюрами видати суму. Едельштайн вирішив покласти гроші на свій рахунок.</w:t>
      </w:r>
    </w:p>
    <w:p>
      <w:r>
        <w:br/>
        <w:t>На виході з банку він зіткнувся з Мановичем, чиє обличчя випромінювало одночасно переляк, збентеження і захват.</w:t>
      </w:r>
    </w:p>
    <w:p>
      <w:r>
        <w:br/>
        <w:t>Едельштайн поспішив додому раніше, ніж Манович встиг заговорити з ним. Решту дня він промучився болем у животі.</w:t>
      </w:r>
    </w:p>
    <w:p>
      <w:r>
        <w:br/>
        <w:t>Ідіот! — картав він себе. — Попросив лише жалюгідні двадцять тисяч! А Мановичу дісталося сорок!</w:t>
      </w:r>
    </w:p>
    <w:p>
      <w:r>
        <w:br/>
        <w:t>Від досади людина може померти.</w:t>
      </w:r>
    </w:p>
    <w:p>
      <w:r>
        <w:br/>
        <w:t>Едельштайн впадав то в апатію, то у гнів. Біль у животі не вщухав — схоже на виразку. Як усе несправедливо! Він заганяє себе в могилу, думаючи про Мановича!</w:t>
      </w:r>
    </w:p>
    <w:p>
      <w:r>
        <w:br/>
        <w:t>— Так!</w:t>
      </w:r>
    </w:p>
    <w:p>
      <w:r>
        <w:br/>
        <w:t>Аж тепер Едельштайн зрозумів, що Манович справді його ворог, і думка про те, що він власними руками збагачує свого ворога, буквально убивала його.</w:t>
      </w:r>
    </w:p>
    <w:p>
      <w:r>
        <w:br/>
        <w:t>Він сказав собі: "Едельштайне, будь розумним. Так далі не можна. Треба подбати про задоволення".</w:t>
      </w:r>
    </w:p>
    <w:p>
      <w:r>
        <w:br/>
        <w:t>Але як?</w:t>
      </w:r>
    </w:p>
    <w:p>
      <w:r>
        <w:br/>
        <w:t>Він ходив з кутка в куток по своєму помешканню. Біль явно свідчив про виразку, що ще це могло бути?</w:t>
      </w:r>
    </w:p>
    <w:p>
      <w:r>
        <w:br/>
        <w:t>І раптом прийшло осяяння. Едельштайн зупинився. Його очі безумно забігали, і, схопивши блокнот та олівець, він взявся до обчислень. Закінчивши, відчув полегшення і збудження. Вперше після візиту Ситвела він був щасливий!</w:t>
      </w:r>
    </w:p>
    <w:p>
      <w:r>
        <w:br/>
        <w:t>Він підвівся і голосно вимовив:</w:t>
      </w:r>
    </w:p>
    <w:p>
      <w:r>
        <w:br/>
        <w:t>— Я бажаю триста кілограм ів рубаної курячої печінки!</w:t>
      </w:r>
    </w:p>
    <w:p>
      <w:r>
        <w:br/>
        <w:t>За п'ять хвилин почали прибувати пластикові контейнери з печінкою.</w:t>
      </w:r>
    </w:p>
    <w:p>
      <w:r>
        <w:br/>
        <w:t>Едельштайн з'їв кілька гігантських порцій рубаної курячої печінки, кілька кілограмів поклав у холодильник, а решту продав за півціни постачальникові, заробивши на цьому 700 доларів. Ще близько 30 кілограмів, що лишилися непоміченими, забрав двірник. Едельштайн від душі сміявся, уявляючи собі Мановича, по шию заваленого печінкою.</w:t>
      </w:r>
    </w:p>
    <w:p>
      <w:r>
        <w:br/>
        <w:t>Його радість була недовгою. Він довідався, що Манович залишив п'ять кілограмів для себе (у нього завжди був гарний апетит), три кілограми подарував симпатичній маленькій удові, на яку хотів справити враження, а решту продав постачальникові з тридцятивідсотковою знижкою, заробивши на цьому 2000 доларів.</w:t>
      </w:r>
    </w:p>
    <w:p>
      <w:r>
        <w:br/>
        <w:t>"Я недоумок, дебіл і кретин, — думав Едельштайн. —За хвилинне задоволення я віддав бажання, яке коштує, за найскромнішими оцінками, сто мільйонів доларів! І що я з цього маю? Кілограм рубаної курячої печінки, кількасот доларів і вічну дружбу з двірником!"</w:t>
      </w:r>
    </w:p>
    <w:p>
      <w:r>
        <w:br/>
        <w:t>Залишалося одне бажання.</w:t>
      </w:r>
    </w:p>
    <w:p>
      <w:r>
        <w:br/>
        <w:t>Тепер треба було витратити це останнє бажання напрочуд мудро. Йому слід попросити те, чого він, Едельштайн, прагне всім серцем і чого зовсім не хочеться Мановичу.</w:t>
      </w:r>
    </w:p>
    <w:p>
      <w:r>
        <w:br/>
        <w:t>Минав четвертий тиждень. Одного дня Едельштайн усвідомив, що термін наближається до кінця. Він виснажив свій мозок, але при цьому лише підтвердив свої найгірші підозри: Манович любить усе те, що любить він сам: замки, жінок, гроші, автомобілі, відпочинок, вино, музику, їжу... Все, що він називав, Мановичу теж подобалося.</w:t>
      </w:r>
    </w:p>
    <w:p>
      <w:r>
        <w:br/>
        <w:t>Потім він згадав: за дивним вибриком смакових уподобань Манович не терпів локшини.</w:t>
      </w:r>
    </w:p>
    <w:p>
      <w:r>
        <w:br/>
        <w:t>Але Едельштайн теж її не любив у жодному вигляді.</w:t>
      </w:r>
    </w:p>
    <w:p>
      <w:r>
        <w:br/>
        <w:t>Він молився:</w:t>
      </w:r>
    </w:p>
    <w:p>
      <w:r>
        <w:br/>
        <w:t>— Великий Боже, володар Пекла і Небес. У мене було три бажання, і два з них я використав найжалюгіднішим чином. Боже, я не хочу бути невдячним, але скажи мені, коли людині забезпечують виконання трьох бажань, чи може вона зробити що-небудь гарне для себе, не поповнюючи при цьому кишень Мановича, найзапеклішого ворога, котрий завиграшки одержує всього удвічі більше?</w:t>
      </w:r>
    </w:p>
    <w:p>
      <w:r>
        <w:br/>
        <w:t>Минала остання година. Едельштайн був спокійний як людина, яка приготувалася зустріти свою долю. Він зрозумів, що ненависть до Мановича була марною, не гідною його. З новою і приємною безтурботністю він сказав собі: "Зараз я попрошу те, що потрібно особисто мені, Едельштайну".</w:t>
      </w:r>
    </w:p>
    <w:p>
      <w:r>
        <w:br/>
        <w:t>Едельштайн підвівся і випростався.</w:t>
      </w:r>
    </w:p>
    <w:p>
      <w:r>
        <w:br/>
        <w:t>— Це моє останнє бажання. Я надто довго був одинаком. Мені потрібна жінка, з якою я можу одружитися.</w:t>
      </w:r>
    </w:p>
    <w:p>
      <w:r>
        <w:br/>
        <w:t>Вона має бути один метр шістдесят сантиметрів на зріст, важити близько шістдесяти кілограмів, мати гарну статуру і, звісно, природне світле волосся. Вона повинна бути розумною, практичною, закоханою в мене, певна річ, єврейкою, але чутливою і мати почуття гумору...</w:t>
      </w:r>
    </w:p>
    <w:p>
      <w:r>
        <w:br/>
        <w:t>Раптом мозок Едельштайна запрацював на повну потужність!</w:t>
      </w:r>
    </w:p>
    <w:p>
      <w:r>
        <w:br/>
        <w:t>— А особливо, — додав він, — вона має бути... не знаю, як би це точніше висловити, межею і максимумом того, чого я хочу й можу — зокрема, в суто сексуальному розумінні. Ситвеле, ви зрозуміли, що я маю на увазі? Делікатність не дозволяє мені пояснити вам докладніше, але якщо справа того потребує...</w:t>
      </w:r>
    </w:p>
    <w:p>
      <w:r>
        <w:br/>
        <w:t>Почулося легеньке, однак якесь дуже сексуальне постукування у двері. Едельштайн, посміюючись, пішов відчиняти.</w:t>
      </w:r>
    </w:p>
    <w:p>
      <w:r>
        <w:br/>
        <w:t>"Двадцять тисяч доларів, кілограм курячої печінки й тепер це! Манович, я тебе таки дістав! — подумав він. — Подвоєна межа прагнень чоловіка — такого я не побажав би й найзапеклішому ворогові. Але я побажав!"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 саме, але вдвічі більше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