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найменше звіря...</w:t>
      </w:r>
    </w:p>
    <w:p>
      <w:r>
        <w:br/>
        <w:t xml:space="preserve"> Те найменше звіря,&lt;br /&gt;</w:t>
        <w:br/>
        <w:t>що в смереках проскаче,&lt;br /&gt;</w:t>
        <w:br/>
        <w:t>та найменша зоря,&lt;br /&gt;</w:t>
        <w:br/>
        <w:t>що на сіні заплаче,</w:t>
      </w:r>
    </w:p>
    <w:p>
      <w:r>
        <w:br/>
        <w:t>те найменше маля,&lt;br /&gt;</w:t>
        <w:br/>
        <w:t>що хлюпоче в потоці,&lt;br /&gt;</w:t>
        <w:br/>
        <w:t>та найменша земля&lt;br /&gt;</w:t>
        <w:br/>
        <w:t>з порошинкою в оці</w:t>
      </w:r>
    </w:p>
    <w:p>
      <w:r>
        <w:br/>
        <w:t>врятували б мене,&lt;br /&gt;</w:t>
        <w:br/>
        <w:t>та замкнуло всі брами&lt;br /&gt;</w:t>
        <w:br/>
        <w:t>це повітря страшне,&lt;br /&gt;</w:t>
        <w:br/>
        <w:t>що спинилось між нами.</w:t>
      </w:r>
    </w:p>
    <w:p>
      <w:r>
        <w:br/>
        <w:t>Ви, найтонші зі свіч&lt;br /&gt;</w:t>
        <w:br/>
        <w:t>в слові, як у печері,&lt;br /&gt;</w:t>
        <w:br/>
        <w:t>не розхитуйте ніч,&lt;br /&gt;</w:t>
        <w:br/>
        <w:t>не полохайте челядь.</w:t>
      </w:r>
    </w:p>
    <w:p>
      <w:r>
        <w:br/>
        <w:t>Я дійду на зорі&lt;br /&gt;</w:t>
        <w:br/>
        <w:t>до найстаршої брами.&lt;br /&gt;</w:t>
        <w:br/>
        <w:t>Де ключі? У Дніпрі.&lt;br /&gt;</w:t>
        <w:br/>
        <w:t>А Дніпро – під валами.</w:t>
      </w:r>
    </w:p>
    <w:p>
      <w:r>
        <w:br/>
        <w:t>В однієї із дів,&lt;br /&gt;</w:t>
        <w:br/>
        <w:t>що у водах біліє,&lt;br /&gt;</w:t>
        <w:br/>
        <w:t>зв'язка наших ключів –&lt;br /&gt;</w:t>
        <w:br/>
        <w:t>як намисто на шиї.</w:t>
      </w:r>
    </w:p>
    <w:p>
      <w:r>
        <w:br/>
        <w:t>Від слабої води&lt;br /&gt;</w:t>
        <w:br/>
        <w:t>розривається зв'язка,&lt;br /&gt;</w:t>
        <w:br/>
        <w:t>від легкої ходи&lt;br /&gt;</w:t>
        <w:br/>
        <w:t>піднімається брязкіт.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найменше звіря...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