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Тато оповідають</w:t>
      </w:r>
    </w:p>
    <w:p>
      <w:r>
        <w:br/>
        <w:t xml:space="preserve"> Я в село приїхав дурний.&lt;br /&gt;</w:t>
        <w:br/>
        <w:t>Бригадир загадає копать траншеї.&lt;br /&gt;</w:t>
        <w:br/>
        <w:t>а ввечері поперек ниє страшенно.&lt;br /&gt;</w:t>
        <w:br/>
        <w:t>чвалиш додому вже сам не свій.</w:t>
      </w:r>
    </w:p>
    <w:p>
      <w:r>
        <w:br/>
        <w:t>А мій господар тягне з бурта&lt;br /&gt;</w:t>
        <w:br/>
        <w:t>(хоч цілий день робив, як проклятий)&lt;br /&gt;</w:t>
        <w:br/>
        <w:t>великий лантух. Дозволили взяти&lt;br /&gt;</w:t>
        <w:br/>
        <w:t>картоплі гнилої — для скота.</w:t>
      </w:r>
    </w:p>
    <w:p>
      <w:r>
        <w:br/>
        <w:t>Ідеш з ним і міркуєш так&lt;br /&gt;</w:t>
        <w:br/>
        <w:t>(а в ніс від лантуха сморід винний):&lt;br /&gt;</w:t>
        <w:br/>
        <w:t>чого він пнеться із сил, неборак,&lt;br /&gt;</w:t>
        <w:br/>
        <w:t>і взагалі ж. не хлібом єдиним…</w:t>
      </w:r>
    </w:p>
    <w:p>
      <w:r>
        <w:br/>
        <w:t>Ще й гордо зважиш свої надбання.&lt;br /&gt;</w:t>
        <w:br/>
        <w:t>перебираючи знову й знову&lt;br /&gt;</w:t>
        <w:br/>
        <w:t>рядки Пастернака і Гумільова&lt;br /&gt;</w:t>
        <w:br/>
        <w:t>чи пісню Лорки про кров і коня.</w:t>
      </w:r>
    </w:p>
    <w:p>
      <w:r>
        <w:br/>
        <w:t>І я тоді не любив село.&lt;br /&gt;</w:t>
        <w:br/>
        <w:t>Мені здавилось, що навіть діти&lt;br /&gt;</w:t>
        <w:br/>
        <w:t>тільки й дивляться щось вхопити&lt;br /&gt;</w:t>
        <w:br/>
        <w:t>І цупити в хату. в своє кубло.</w:t>
      </w:r>
    </w:p>
    <w:p>
      <w:r>
        <w:br/>
        <w:t>Але, поживши між цих людей.&lt;br /&gt;</w:t>
        <w:br/>
        <w:t>збагнув, що це робилось з любові.&lt;br /&gt;</w:t>
        <w:br/>
        <w:t>що дядькові байдужі корови.&lt;br /&gt;</w:t>
        <w:br/>
        <w:t>а дядько любить своїх дітей.</w:t>
      </w:r>
    </w:p>
    <w:p>
      <w:r>
        <w:br/>
        <w:t>Відробить тиждень, та ще й мішки&lt;br /&gt;</w:t>
        <w:br/>
        <w:t>в неділю пре на базар до міста.&lt;br /&gt;</w:t>
        <w:br/>
        <w:t>Бо "Смерть корнета"* не просить їсти.&lt;br /&gt;</w:t>
        <w:br/>
        <w:t>а дітям треба хліб і книжки.</w:t>
      </w:r>
    </w:p>
    <w:p>
      <w:r>
        <w:br/>
        <w:t>І той сніданок, що я з'їдав. —&lt;br /&gt;</w:t>
        <w:br/>
        <w:t>товчена картопля, кисляк і сало —&lt;br /&gt;</w:t>
        <w:br/>
        <w:t>так важко дядькові діставались,&lt;br /&gt;</w:t>
        <w:br/>
        <w:t>що він не вгощав мене — причащав.</w:t>
      </w:r>
    </w:p>
    <w:p>
      <w:r>
        <w:br/>
        <w:t>Я вчився любові в дядька Миколи.&lt;br /&gt;</w:t>
        <w:br/>
        <w:t>Не знаю, яка мені ляже путь.&lt;br /&gt;</w:t>
        <w:br/>
        <w:t>та вже цієї любові ніколи&lt;br /&gt;</w:t>
        <w:br/>
        <w:t>мені не зректися. І не забуть.</w:t>
      </w:r>
    </w:p>
    <w:p>
      <w:r>
        <w:br/>
        <w:t>___________________________________&lt;br /&gt;</w:t>
        <w:br/>
        <w:t>* Назва поеми Райнера-Марії Рільке</w:t>
      </w:r>
    </w:p>
    <w:p>
      <w:r>
        <w:br/>
        <w:t>1968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Тато оповідають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