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Тарасове Закляття</w:t>
      </w:r>
    </w:p>
    <w:p>
      <w:r>
        <w:br/>
        <w:t xml:space="preserve"> Тарасове Закляття&lt;br /&gt;</w:t>
        <w:br/>
        <w:t>Шевченкова містерія в його смертну ніч&lt;br /&gt;</w:t>
        <w:br/>
        <w:t>І день іде, і ніч іде,&lt;br /&gt;</w:t>
        <w:br/>
        <w:t>І, голову схопивши в руки,&lt;br /&gt;</w:t>
        <w:br/>
        <w:t>Дивуєшся, чому не йде&lt;br /&gt;</w:t>
        <w:br/>
        <w:t>Апостол правди і науки?..</w:t>
      </w:r>
    </w:p>
    <w:p>
      <w:r>
        <w:br/>
        <w:t>Пророцтво</w:t>
      </w:r>
    </w:p>
    <w:p>
      <w:r>
        <w:br/>
        <w:t>Людей нема — є лиш Прелюд.&lt;br /&gt;</w:t>
        <w:br/>
        <w:t>Є тільки мрія про Людину.&lt;br /&gt;</w:t>
        <w:br/>
        <w:t>Є лише хаотична лють —&lt;br /&gt;</w:t>
        <w:br/>
        <w:t>Всеспопеляюча лавина.</w:t>
      </w:r>
    </w:p>
    <w:p>
      <w:r>
        <w:br/>
        <w:t>О де ти, зоряний творень?&lt;br /&gt;</w:t>
        <w:br/>
        <w:t>О хто ти — дух чи хвиля Лети,&lt;br /&gt;</w:t>
        <w:br/>
        <w:t>Тиран чи вільний промінець,&lt;br /&gt;</w:t>
        <w:br/>
        <w:t>Який заплутався в тенета?!</w:t>
      </w:r>
    </w:p>
    <w:p>
      <w:r>
        <w:br/>
        <w:t>Пора, пора, пора збагнуть&lt;br /&gt;</w:t>
        <w:br/>
        <w:t>Своє падіння і могилу,&lt;br /&gt;</w:t>
        <w:br/>
        <w:t>Своє покликання і суть,&lt;br /&gt;</w:t>
        <w:br/>
        <w:t>Своє походження і силу…</w:t>
      </w:r>
    </w:p>
    <w:p>
      <w:r>
        <w:br/>
        <w:t>І на вселенськім полотні,&lt;br /&gt;</w:t>
        <w:br/>
        <w:t>Яке нам витче Суть Єдина,&lt;br /&gt;</w:t>
        <w:br/>
        <w:t>Посіє квіти вогняні&lt;br /&gt;</w:t>
        <w:br/>
        <w:t>Новонароджена Людина.</w:t>
      </w:r>
    </w:p>
    <w:p>
      <w:r>
        <w:br/>
        <w:t>Поклик до України</w:t>
      </w:r>
    </w:p>
    <w:p>
      <w:r>
        <w:br/>
        <w:t>Тільки я, мов окаянний,&lt;br /&gt;</w:t>
        <w:br/>
        <w:t>І день, і ніч плачу&lt;br /&gt;</w:t>
        <w:br/>
        <w:t>На розпуттях велелюдних,&lt;br /&gt;</w:t>
        <w:br/>
        <w:t>І ніхто не бачить…</w:t>
      </w:r>
    </w:p>
    <w:p>
      <w:r>
        <w:br/>
        <w:t>Україно, моя Лебедине,&lt;br /&gt;</w:t>
        <w:br/>
        <w:t>Діво древнього Ра,&lt;br /&gt;</w:t>
        <w:br/>
        <w:t>Все мені мріється, сниться&lt;br /&gt;</w:t>
        <w:br/>
        <w:t>Твоя урочиста пора.&lt;br /&gt;</w:t>
        <w:br/>
        <w:t>Твоя вогниста,&lt;br /&gt;</w:t>
        <w:br/>
        <w:t>Твоя троїста,&lt;br /&gt;</w:t>
        <w:br/>
        <w:t>Твоя прачиста пора.&lt;br /&gt;</w:t>
        <w:br/>
        <w:t>Все сповнено передчуттями,&lt;br /&gt;</w:t>
        <w:br/>
        <w:t>Душа, мов небесний дзвін,&lt;br /&gt;</w:t>
        <w:br/>
        <w:t>Клекоче бурями тяма,&lt;br /&gt;</w:t>
        <w:br/>
        <w:t>Кличе до дивозмін…&lt;br /&gt;</w:t>
        <w:br/>
        <w:t>І будуть вони — ті зміни,&lt;br /&gt;</w:t>
        <w:br/>
        <w:t>Засяють нові стежки!&lt;br /&gt;</w:t>
        <w:br/>
        <w:t>Гряди, моя Україно,&lt;br /&gt;</w:t>
        <w:br/>
        <w:t>Понад криваві роки,&lt;br /&gt;</w:t>
        <w:br/>
        <w:t>Облиш ті гнізда зміїні,&lt;br /&gt;</w:t>
        <w:br/>
        <w:t>Де кубляться мертвяки!&lt;br /&gt;</w:t>
        <w:br/>
        <w:t>Дай мені бути причинним,&lt;br /&gt;</w:t>
        <w:br/>
        <w:t>Дай божевільним буть&lt;br /&gt;</w:t>
        <w:br/>
        <w:t>В світі, де з Твого Сина&lt;br /&gt;</w:t>
        <w:br/>
        <w:t>Праведну крівцю ссуть!&lt;br /&gt;</w:t>
        <w:br/>
        <w:t>Хочу бути скаженим,&lt;br /&gt;</w:t>
        <w:br/>
        <w:t>Бо воля в’язневі — сказ!&lt;br /&gt;</w:t>
        <w:br/>
        <w:t>Хочу стать навіженим,&lt;br /&gt;</w:t>
        <w:br/>
        <w:t>Бо буйність — то твій наказ!&lt;br /&gt;</w:t>
        <w:br/>
        <w:t>Бути вогнем хрещеним&lt;br /&gt;</w:t>
        <w:br/>
        <w:t>Хочу єдиний раз!&lt;br /&gt;</w:t>
        <w:br/>
        <w:t>Зроби мене юродивим,&lt;br /&gt;</w:t>
        <w:br/>
        <w:t>Зроби мене вічним дивом,&lt;br /&gt;</w:t>
        <w:br/>
        <w:t>Зроби мене духом сивим,&lt;br /&gt;</w:t>
        <w:br/>
        <w:t>Поведи мене ночами&lt;br /&gt;</w:t>
        <w:br/>
        <w:t>Поза людськими шляхами,&lt;br /&gt;</w:t>
        <w:br/>
        <w:t>Понад світом нещасливим&lt;br /&gt;</w:t>
        <w:br/>
        <w:t>На поклін вогнистим зливам!..&lt;br /&gt;</w:t>
        <w:br/>
        <w:t>Поведи мене в безтяму,&lt;br /&gt;</w:t>
        <w:br/>
        <w:t>Поведи мене над снами,&lt;br /&gt;</w:t>
        <w:br/>
        <w:t>Поведи до тої ями,&lt;br /&gt;</w:t>
        <w:br/>
        <w:t>Що відкрита вечорами,&lt;br /&gt;</w:t>
        <w:br/>
        <w:t>Де з правіку наша воля&lt;br /&gt;</w:t>
        <w:br/>
        <w:t>Спить закована в неволі!..&lt;br /&gt;</w:t>
        <w:br/>
        <w:t>Я застукаю в ту браму,&lt;br /&gt;</w:t>
        <w:br/>
        <w:t>Я зійду в пекельну яму,&lt;br /&gt;</w:t>
        <w:br/>
        <w:t>Клич прокотиться громами&lt;br /&gt;</w:t>
        <w:br/>
        <w:t>Понад душами й полями:&lt;br /&gt;</w:t>
        <w:br/>
        <w:t>— Чуєте, люди —&lt;br /&gt;</w:t>
        <w:br/>
        <w:t>Божі заблуди?&lt;br /&gt;</w:t>
        <w:br/>
        <w:t>Доки ще буде&lt;br /&gt;</w:t>
        <w:br/>
        <w:t>В душах полуда?&lt;br /&gt;</w:t>
        <w:br/>
        <w:t>Скиньте облуду!&lt;br /&gt;</w:t>
        <w:br/>
        <w:t>Ось я виходжу — це вже востаннє! —&lt;br /&gt;</w:t>
        <w:br/>
        <w:t>В поле осіннє, в поле туманне,&lt;br /&gt;</w:t>
        <w:br/>
        <w:t>Сію не зерна, сію вам сльози,&lt;br /&gt;</w:t>
        <w:br/>
        <w:t>Сію не сльози — бурі і грози,&lt;br /&gt;</w:t>
        <w:br/>
        <w:t>Сію не грози — речення віщі,&lt;br /&gt;</w:t>
        <w:br/>
        <w:t>Сію пророчі закляття зловіщі!..&lt;br /&gt;</w:t>
        <w:br/>
        <w:t>О мій народе! Ти не послухав,&lt;br /&gt;</w:t>
        <w:br/>
        <w:t>Коли я прийшов із плачем!&lt;br /&gt;</w:t>
        <w:br/>
        <w:t>В цю ніч я схиляюсь до твого духу&lt;br /&gt;</w:t>
        <w:br/>
        <w:t>Із полум’яним мечем!..</w:t>
      </w:r>
    </w:p>
    <w:p>
      <w:r>
        <w:br/>
        <w:t>Гайдамакам XX віку</w:t>
      </w:r>
    </w:p>
    <w:p>
      <w:r>
        <w:br/>
        <w:t>О люди, люди, небораки,&lt;br /&gt;</w:t>
        <w:br/>
        <w:t>Нащо здалися вам царі,&lt;br /&gt;</w:t>
        <w:br/>
        <w:t>Нащо здалися вам псарі,&lt;br /&gt;</w:t>
        <w:br/>
        <w:t>Ви ж таки люди, не собаки?!</w:t>
      </w:r>
    </w:p>
    <w:p>
      <w:r>
        <w:br/>
        <w:t>Я кобзар, я кобзар!&lt;br /&gt;</w:t>
        <w:br/>
        <w:t>Я — прадавній корсар!..&lt;br /&gt;</w:t>
        <w:br/>
        <w:t>В мене серце, як жар…&lt;br /&gt;</w:t>
        <w:br/>
        <w:t>Ні, не жар — а пожар!&lt;br /&gt;</w:t>
        <w:br/>
        <w:t>Той пожар мені випалив очі —&lt;br /&gt;</w:t>
        <w:br/>
        <w:t>Очі жорстокого дня…&lt;br /&gt;</w:t>
        <w:br/>
        <w:t>Я пливу в океані ночі —&lt;br /&gt;</w:t>
        <w:br/>
        <w:t>В океані без дна…&lt;br /&gt;</w:t>
        <w:br/>
        <w:t>Я не бачу ваших мізерій —&lt;br /&gt;</w:t>
        <w:br/>
        <w:t>Всяких імперій і драм.&lt;br /&gt;</w:t>
        <w:br/>
        <w:t>На пошук нових містерій&lt;br /&gt;</w:t>
        <w:br/>
        <w:t>Нині рушаю сам.&lt;br /&gt;</w:t>
        <w:br/>
        <w:t>Споряджена бригантина,&lt;br /&gt;</w:t>
        <w:br/>
        <w:t>Вітрила у неї — пітьма,&lt;br /&gt;</w:t>
        <w:br/>
        <w:t>Їх не побачить людина,&lt;br /&gt;</w:t>
        <w:br/>
        <w:t>Для світу мене нема…&lt;br /&gt;</w:t>
        <w:br/>
        <w:t>Хай божеволіє буря,&lt;br /&gt;</w:t>
        <w:br/>
        <w:t>Лютує в небі Перун,&lt;br /&gt;</w:t>
        <w:br/>
        <w:t>Мій корабель — бандура,&lt;br /&gt;</w:t>
        <w:br/>
        <w:t>Сотні скажених струн.&lt;br /&gt;</w:t>
        <w:br/>
        <w:t>Геть історичний убогий,&lt;br /&gt;</w:t>
        <w:br/>
        <w:t>Солодкий музичний лад!&lt;br /&gt;</w:t>
        <w:br/>
        <w:t>Інші нас кличуть дороги&lt;br /&gt;</w:t>
        <w:br/>
        <w:t>Серед хурделиці зрад!&lt;br /&gt;</w:t>
        <w:br/>
        <w:t>Я пливу на базарище Геї,&lt;br /&gt;</w:t>
        <w:br/>
        <w:t>Де ваші невільничі ринки,&lt;br /&gt;</w:t>
        <w:br/>
        <w:t>Де у атомнім апогеї&lt;br /&gt;</w:t>
        <w:br/>
        <w:t>Душі носяться, мов хмаринки,&lt;br /&gt;</w:t>
        <w:br/>
        <w:t>І не знають вони — навіщо,&lt;br /&gt;</w:t>
        <w:br/>
        <w:t>І не знають вони — куди,&lt;br /&gt;</w:t>
        <w:br/>
        <w:t>Не почують слів зловіщих&lt;br /&gt;</w:t>
        <w:br/>
        <w:t>Попередження і біди!&lt;br /&gt;</w:t>
        <w:br/>
        <w:t>Не до них, не до них&lt;br /&gt;</w:t>
        <w:br/>
        <w:t>Звуки струн моїх вогняних,&lt;br /&gt;</w:t>
        <w:br/>
        <w:t>А до тих, а до тих,&lt;br /&gt;</w:t>
        <w:br/>
        <w:t>Хто знеміг на багатті лих!..&lt;br /&gt;</w:t>
        <w:br/>
        <w:t>Де ви, душі статорі,&lt;br /&gt;</w:t>
        <w:br/>
        <w:t>Де ви, серця козачі?&lt;br /&gt;</w:t>
        <w:br/>
        <w:t>Ті, що сміються в горі,&lt;br /&gt;</w:t>
        <w:br/>
        <w:t>Ті, що від щастя плачуть?!&lt;br /&gt;</w:t>
        <w:br/>
        <w:t>Чи є у вас, лицарі-волонтери,&lt;br /&gt;</w:t>
        <w:br/>
        <w:t>Такий духовний стаж,&lt;br /&gt;</w:t>
        <w:br/>
        <w:t>Що не боїться Божу Галеру&lt;br /&gt;</w:t>
        <w:br/>
        <w:t>Брати на абордаж?&lt;br /&gt;</w:t>
        <w:br/>
        <w:t>Тра-ра-рах! Тра-ра-рах!&lt;br /&gt;</w:t>
        <w:br/>
        <w:t>Лише луни у небесах…&lt;br /&gt;</w:t>
        <w:br/>
        <w:t>Тільки клекоче всесвітній базар&lt;br /&gt;</w:t>
        <w:br/>
        <w:t>Міріадами чорних примар…&lt;br /&gt;</w:t>
        <w:br/>
        <w:t>Співці не чують моєї думи,&lt;br /&gt;</w:t>
        <w:br/>
        <w:t>Бо я — причинний кобзар!&lt;br /&gt;</w:t>
        <w:br/>
        <w:t>А моряки жахаються глуму,&lt;br /&gt;</w:t>
        <w:br/>
        <w:t>Бо я — божевільний корсар!&lt;br /&gt;</w:t>
        <w:br/>
        <w:t>Піна вирує, і стогне днище,&lt;br /&gt;</w:t>
        <w:br/>
        <w:t>Ніби від тиску драконячих лап,&lt;br /&gt;</w:t>
        <w:br/>
        <w:t>І буря в реях скажено свище,&lt;br /&gt;</w:t>
        <w:br/>
        <w:t>Хитає пустельний трап…&lt;br /&gt;</w:t>
        <w:br/>
        <w:t>Ніхто не ступа на незримий борт&lt;br /&gt;</w:t>
        <w:br/>
        <w:t>Від метушні землі…&lt;br /&gt;</w:t>
        <w:br/>
        <w:t>І я покидаю проклятий порт,&lt;br /&gt;</w:t>
        <w:br/>
        <w:t>Пропадаю в імлі…&lt;br /&gt;</w:t>
        <w:br/>
        <w:t>Поруч мене на вічних чатах&lt;br /&gt;</w:t>
        <w:br/>
        <w:t>Вірні товариші:&lt;br /&gt;</w:t>
        <w:br/>
        <w:t>Пломінні думи — мої солдати,&lt;br /&gt;</w:t>
        <w:br/>
        <w:t>Юнга — птиця душі.&lt;br /&gt;</w:t>
        <w:br/>
        <w:t>Роздзвенілась моя бандура&lt;br /&gt;</w:t>
        <w:br/>
        <w:t>У руках урагану,&lt;br /&gt;</w:t>
        <w:br/>
        <w:t>Нас обіймає темінь похмура&lt;br /&gt;</w:t>
        <w:br/>
        <w:t>В череві океану.&lt;br /&gt;</w:t>
        <w:br/>
        <w:t>Думи мої, старшини мої!&lt;br /&gt;</w:t>
        <w:br/>
        <w:t>В серці — вірний компас!&lt;br /&gt;</w:t>
        <w:br/>
        <w:t>Ми пливемо в рідні краї&lt;br /&gt;</w:t>
        <w:br/>
        <w:t>Виконать давній наказ!&lt;br /&gt;</w:t>
        <w:br/>
        <w:t>Там у тяжкій неволі,&lt;br /&gt;</w:t>
        <w:br/>
        <w:t>І Бог не відає — де,&lt;br /&gt;</w:t>
        <w:br/>
        <w:t>Серед Дикого Поля&lt;br /&gt;</w:t>
        <w:br/>
        <w:t>Діва-Вкраїна жде…&lt;br /&gt;</w:t>
        <w:br/>
        <w:t>То — королівна світу,&lt;br /&gt;</w:t>
        <w:br/>
        <w:t>Найбільший скарб віків,&lt;br /&gt;</w:t>
        <w:br/>
        <w:t>За неї уже побито&lt;br /&gt;</w:t>
        <w:br/>
        <w:t>Тисячі козаків!&lt;br /&gt;</w:t>
        <w:br/>
        <w:t>Але вона й дотепера&lt;br /&gt;</w:t>
        <w:br/>
        <w:t>У чаклунськім кільці.&lt;br /&gt;</w:t>
        <w:br/>
        <w:t>Ми — її волонтери,&lt;br /&gt;</w:t>
        <w:br/>
        <w:t>Невмирущі бійці!&lt;br /&gt;</w:t>
        <w:br/>
        <w:t>Запломеніли мої солдати:&lt;br /&gt;</w:t>
        <w:br/>
        <w:t>— У море зайвий вантаж!&lt;br /&gt;</w:t>
        <w:br/>
        <w:t>Де ворожі фрегати?&lt;br /&gt;</w:t>
        <w:br/>
        <w:t>На абордаж! На абордаж!</w:t>
      </w:r>
    </w:p>
    <w:p>
      <w:r>
        <w:br/>
        <w:t>Дике Поле</w:t>
      </w:r>
    </w:p>
    <w:p>
      <w:r>
        <w:br/>
        <w:t>Чи не покинуть нам, небого,&lt;br /&gt;</w:t>
        <w:br/>
        <w:t>Моя сусідонько убога,&lt;br /&gt;</w:t>
        <w:br/>
        <w:t>Вірші нікчемні віршувать?..</w:t>
      </w:r>
    </w:p>
    <w:p>
      <w:r>
        <w:br/>
        <w:t>В Дикому Полі, в зоряній пущі,&lt;br /&gt;</w:t>
        <w:br/>
        <w:t>Пугачі стогнуть всю ніч невсипущі…&lt;br /&gt;</w:t>
        <w:br/>
        <w:t>Берег ошкірився іклами-скелями,&lt;br /&gt;</w:t>
        <w:br/>
        <w:t>Душі замкнулись від світу пустелями,&lt;br /&gt;</w:t>
        <w:br/>
        <w:t>Мислі, як ласо, очі — гармати,&lt;br /&gt;</w:t>
        <w:br/>
        <w:t>Руки, мов круки, серце, як ґрати…</w:t>
      </w:r>
    </w:p>
    <w:p>
      <w:r>
        <w:br/>
        <w:t>В пащу неситу пливе бригантина,&lt;br /&gt;</w:t>
        <w:br/>
        <w:t>До перемоги… чи до загину?..</w:t>
      </w:r>
    </w:p>
    <w:p>
      <w:r>
        <w:br/>
        <w:t>На абордаж! На абордаж!&lt;br /&gt;</w:t>
        <w:br/>
        <w:t>Висвітлив барви небесний вітраж…&lt;br /&gt;</w:t>
        <w:br/>
        <w:t>Громи гуркочуть. Січуть блискавиці.&lt;br /&gt;</w:t>
        <w:br/>
        <w:t>Трапи — на берег. Меч у правиці!&lt;br /&gt;</w:t>
        <w:br/>
        <w:t>Привиди — тіні. Привиди — тіні.&lt;br /&gt;</w:t>
        <w:br/>
        <w:t>Чорних і білих мечів мерехтіння…&lt;br /&gt;</w:t>
        <w:br/>
        <w:t>Ноги в болоті. В грудях — сопух.&lt;br /&gt;</w:t>
        <w:br/>
        <w:t>Душить, пригнічує, сковує рух…&lt;br /&gt;</w:t>
        <w:br/>
        <w:t>Тяжке зусилля для кожного кроку,&lt;br /&gt;</w:t>
        <w:br/>
        <w:t>Всяка хвилина — неміряні роки!&lt;br /&gt;</w:t>
        <w:br/>
        <w:t>Де вороги, де надійні брати?&lt;br /&gt;</w:t>
        <w:br/>
        <w:t>Як же мені досягнути мети?&lt;br /&gt;</w:t>
        <w:br/>
        <w:t>Чорне привиддя хижо регоче:&lt;br /&gt;</w:t>
        <w:br/>
        <w:t>— Ось твоя мрія, скажений пророче —&lt;br /&gt;</w:t>
        <w:br/>
        <w:t>Упирі злі, вовкулаки та гади,&lt;br /&gt;</w:t>
        <w:br/>
        <w:t>Співи, молитви, прокльони і зради!..&lt;br /&gt;</w:t>
        <w:br/>
        <w:t>Де твій небесний Божий Фрегат?&lt;br /&gt;</w:t>
        <w:br/>
        <w:t>Кожен твій брат — найжорстокіший кат!&lt;br /&gt;</w:t>
        <w:br/>
        <w:t>Ти захотів визволяти Вкраїну&lt;br /&gt;</w:t>
        <w:br/>
        <w:t>І перейти за невидиму стіну?!</w:t>
      </w:r>
    </w:p>
    <w:p>
      <w:r>
        <w:br/>
        <w:t>Діва-Вкраїна — наша раба,&lt;br /&gt;</w:t>
        <w:br/>
        <w:t>Грізна на неї чекає доба!..&lt;br /&gt;</w:t>
        <w:br/>
        <w:t>Ну а для тебе — кара страшна,&lt;br /&gt;</w:t>
        <w:br/>
        <w:t>Вічна ганьба, історична мана…&lt;br /&gt;</w:t>
        <w:br/>
        <w:t>Станеш, кобзарю, на п’єдесталі —&lt;br /&gt;</w:t>
        <w:br/>
        <w:t>Постать блискуча в бездушнім металі,&lt;br /&gt;</w:t>
        <w:br/>
        <w:t>Вславлять тебе у широкому світі,&lt;br /&gt;</w:t>
        <w:br/>
        <w:t>В дар принесуть і молитви, і квіти,&lt;br /&gt;</w:t>
        <w:br/>
        <w:t>І проклянуть… і до зір вознесуть,&lt;br /&gt;</w:t>
        <w:br/>
        <w:t>Тихо змінивши всю твою суть…&lt;br /&gt;</w:t>
        <w:br/>
        <w:t>……………………………………&lt;br /&gt;</w:t>
        <w:br/>
        <w:t>Сталося так. Пролетіли роки.&lt;br /&gt;</w:t>
        <w:br/>
        <w:t>В Дикому Полі бродили вовки…&lt;br /&gt;</w:t>
        <w:br/>
        <w:t>В Дикому Полі, в терновому полі&lt;br /&gt;</w:t>
        <w:br/>
        <w:t>Став я у бронзі на видноколі…&lt;br /&gt;</w:t>
        <w:br/>
        <w:t>О, це нечувана втрата і страта —&lt;br /&gt;</w:t>
        <w:br/>
        <w:t>Духу в металі вік умирати!&lt;br /&gt;</w:t>
        <w:br/>
        <w:t>Що мені квіти з цілого світу?&lt;br /&gt;</w:t>
        <w:br/>
        <w:t>Бути — це жити! Бути — горіти!</w:t>
      </w:r>
    </w:p>
    <w:p>
      <w:r>
        <w:br/>
        <w:t>Заклики чув я з Дикого Поля —&lt;br /&gt;</w:t>
        <w:br/>
        <w:t>Діви-Вкраїни стогони й болі,&lt;br /&gt;</w:t>
        <w:br/>
        <w:t>А понад тим відчайдушним квилінням&lt;br /&gt;</w:t>
        <w:br/>
        <w:t>Сіялось чортополоху насіння,&lt;br /&gt;</w:t>
        <w:br/>
        <w:t>Множились люди, множились юди,&lt;br /&gt;</w:t>
        <w:br/>
        <w:t>Множились горді, блискучі споруди…&lt;br /&gt;</w:t>
        <w:br/>
        <w:t>Ім’ям моїм прикрашалась темниця,&lt;br /&gt;</w:t>
        <w:br/>
        <w:t>Де мала жити Вкраїна-Дівиця…</w:t>
      </w:r>
    </w:p>
    <w:p>
      <w:r>
        <w:br/>
        <w:t>Та у прадику ніч горобину&lt;br /&gt;</w:t>
        <w:br/>
        <w:t>Так полюбив я мою Україну,&lt;br /&gt;</w:t>
        <w:br/>
        <w:t>Що подолав і знемогу, і сон,&lt;br /&gt;</w:t>
        <w:br/>
        <w:t>Геть розтопив металевий полон…</w:t>
      </w:r>
    </w:p>
    <w:p>
      <w:r>
        <w:br/>
        <w:t>Спали тюремщики і вовкулаки,&lt;br /&gt;</w:t>
        <w:br/>
        <w:t>Спали в дворах ланцюгові собаки,&lt;br /&gt;</w:t>
        <w:br/>
        <w:t>Спали ув’язнені і упирі,&lt;br /&gt;</w:t>
        <w:br/>
        <w:t>Спали продажні співці-кобзарі…</w:t>
      </w:r>
    </w:p>
    <w:p>
      <w:r>
        <w:br/>
        <w:t>Сповнилось серце шаленим завзяттям,&lt;br /&gt;</w:t>
        <w:br/>
        <w:t>Я запалив серед степу багаття,&lt;br /&gt;</w:t>
        <w:br/>
        <w:t>У божевільному тому вогні&lt;br /&gt;</w:t>
        <w:br/>
        <w:t>Все, що примарне, згоріло в мені, —&lt;br /&gt;</w:t>
        <w:br/>
        <w:t>Бронзова постать, жалібні думи,&lt;br /&gt;</w:t>
        <w:br/>
        <w:t>Пісні сльозливі, сповнені суму…&lt;br /&gt;</w:t>
        <w:br/>
        <w:t>Знову я рушив на пошуки дива,&lt;br /&gt;</w:t>
        <w:br/>
        <w:t>Де голосила ув’язнена Діва…</w:t>
      </w:r>
    </w:p>
    <w:p>
      <w:r>
        <w:br/>
        <w:t>Причинна</w:t>
      </w:r>
    </w:p>
    <w:p>
      <w:r>
        <w:br/>
        <w:t>Все упованіє моє&lt;br /&gt;</w:t>
        <w:br/>
        <w:t>На тебе, мій пресвітлий раю,&lt;br /&gt;</w:t>
        <w:br/>
        <w:t>На милосердіє твоє…</w:t>
      </w:r>
    </w:p>
    <w:p>
      <w:r>
        <w:br/>
        <w:t>Усе лишилося позаду —&lt;br /&gt;</w:t>
        <w:br/>
        <w:t>І кобзи спів, і бригантина,&lt;br /&gt;</w:t>
        <w:br/>
        <w:t>Примарна слава, підла зрада,&lt;br /&gt;</w:t>
        <w:br/>
        <w:t>І вкрита трупами Вкраїна…</w:t>
      </w:r>
    </w:p>
    <w:p>
      <w:r>
        <w:br/>
        <w:t>Я йшов у ніч, у порожнечу,&lt;br /&gt;</w:t>
        <w:br/>
        <w:t>Ступав у пустку, навмання,&lt;br /&gt;</w:t>
        <w:br/>
        <w:t>Тягар віків лягав на плечі,&lt;br /&gt;</w:t>
        <w:br/>
        <w:t>Пливла самотності мана.&lt;br /&gt;</w:t>
        <w:br/>
        <w:t>Ані промінчика довкола,&lt;br /&gt;</w:t>
        <w:br/>
        <w:t>Імлище тиснуло мене…&lt;br /&gt;</w:t>
        <w:br/>
        <w:t>Та раптом спереду, на полі,&lt;br /&gt;</w:t>
        <w:br/>
        <w:t>Узрів я полум’я ясне.</w:t>
      </w:r>
    </w:p>
    <w:p>
      <w:r>
        <w:br/>
        <w:t>Високу, давню прамогилу&lt;br /&gt;</w:t>
        <w:br/>
        <w:t>Всю поросла забудь-трава.&lt;br /&gt;</w:t>
        <w:br/>
        <w:t>І в тиші чулися насилу&lt;br /&gt;</w:t>
        <w:br/>
        <w:t>Квиління жалібні й слова:&lt;br /&gt;</w:t>
        <w:br/>
        <w:t>— Боляче, боляче, боляче мені&lt;br /&gt;</w:t>
        <w:br/>
        <w:t>Серед дикої пустелі, у самотині!..&lt;br /&gt;</w:t>
        <w:br/>
        <w:t>Сотні літ, сотні літ, сотні довгих літ&lt;br /&gt;</w:t>
        <w:br/>
        <w:t>Десь проходить стороною чужинецький світ!..&lt;br /&gt;</w:t>
        <w:br/>
        <w:t>І не бачать, і не чують тіні навісні,&lt;br /&gt;</w:t>
        <w:br/>
        <w:t>Як незміряно тужливо й боляче мені!..</w:t>
      </w:r>
    </w:p>
    <w:p>
      <w:r>
        <w:br/>
        <w:t>О хто се? Хто се? Серце рветься,&lt;br /&gt;</w:t>
        <w:br/>
        <w:t>Я поспішаю поміж трав…&lt;br /&gt;</w:t>
        <w:br/>
        <w:t>І знаю я… мені здається,&lt;br /&gt;</w:t>
        <w:br/>
        <w:t>Що голос той я здавна знав…&lt;br /&gt;</w:t>
        <w:br/>
        <w:t>Палає вогнище кільцем,&lt;br /&gt;</w:t>
        <w:br/>
        <w:t>Дівоча постать майоріє,&lt;br /&gt;</w:t>
        <w:br/>
        <w:t>Чоло прикрашене вінцем&lt;br /&gt;</w:t>
        <w:br/>
        <w:t>І коси в’ються, наче змії.&lt;br /&gt;</w:t>
        <w:br/>
        <w:t>Голісінька, немов дитя,&lt;br /&gt;</w:t>
        <w:br/>
        <w:t>Вона танцює у багатті…&lt;br /&gt;</w:t>
        <w:br/>
        <w:t>Вогонь для неї покриття,&lt;br /&gt;</w:t>
        <w:br/>
        <w:t>Сувої диму — шлюбне плаття…</w:t>
      </w:r>
    </w:p>
    <w:p>
      <w:r>
        <w:br/>
        <w:t>І плеще Діва у долоні,&lt;br /&gt;</w:t>
        <w:br/>
        <w:t>Танцюючи у тій золі.&lt;br /&gt;</w:t>
        <w:br/>
        <w:t>У жаху боліснім полоні&lt;br /&gt;</w:t>
        <w:br/>
        <w:t>Почув я стогони й жалі:&lt;br /&gt;</w:t>
        <w:br/>
        <w:t>— Будь мені, ясне багаття,&lt;br /&gt;</w:t>
        <w:br/>
        <w:t>Вірним другом, любим братом…&lt;br /&gt;</w:t>
        <w:br/>
        <w:t>Понеси мене у вирій&lt;br /&gt;</w:t>
        <w:br/>
        <w:t>На багряному крилі,&lt;br /&gt;</w:t>
        <w:br/>
        <w:t>Щоб і сліду люди-звірі&lt;br /&gt;</w:t>
        <w:br/>
        <w:t>Не знайшли у цій золі!&lt;br /&gt;</w:t>
        <w:br/>
        <w:t>Спали мене, Вогню;&lt;br /&gt;</w:t>
        <w:br/>
        <w:t>Візьми мене в далину,&lt;br /&gt;</w:t>
        <w:br/>
        <w:t>Ти не бійся — Дике Поле&lt;br /&gt;</w:t>
        <w:br/>
        <w:t>Не почує стогону!&lt;br /&gt;</w:t>
        <w:br/>
        <w:t>Я весело засміюся,&lt;br /&gt;</w:t>
        <w:br/>
        <w:t>Чорним птахом вознесуся…&lt;br /&gt;</w:t>
        <w:br/>
        <w:t>Пропали мені діру&lt;br /&gt;</w:t>
        <w:br/>
        <w:t>В скам’янілім лоні,&lt;br /&gt;</w:t>
        <w:br/>
        <w:t>Де у Чорному Яру&lt;br /&gt;</w:t>
        <w:br/>
        <w:t>Лицарі в полоні!&lt;br /&gt;</w:t>
        <w:br/>
        <w:t>Сплять вони — чи задубіли?&lt;br /&gt;</w:t>
        <w:br/>
        <w:t>Ой, який кривавий плід!&lt;br /&gt;</w:t>
        <w:br/>
        <w:t>Дике Поле? Дике Тіло!&lt;br /&gt;</w:t>
        <w:br/>
        <w:t>Сотні літ! Сотні літ!</w:t>
      </w:r>
    </w:p>
    <w:p>
      <w:r>
        <w:br/>
        <w:t>І я, тамуючи ридання,&lt;br /&gt;</w:t>
        <w:br/>
        <w:t>Несміло вийшов з темноти…&lt;br /&gt;</w:t>
        <w:br/>
        <w:t>— Скажи мені, дівча кохане,&lt;br /&gt;</w:t>
        <w:br/>
        <w:t>Що сталося тобі, хто ти?</w:t>
      </w:r>
    </w:p>
    <w:p>
      <w:r>
        <w:br/>
        <w:t>ДІВА (кружляючи в огні)</w:t>
      </w:r>
    </w:p>
    <w:p>
      <w:r>
        <w:br/>
        <w:t>— Хіба не бачиш — я причинна!..</w:t>
      </w:r>
    </w:p>
    <w:p>
      <w:r>
        <w:br/>
        <w:t>Я</w:t>
      </w:r>
    </w:p>
    <w:p>
      <w:r>
        <w:br/>
        <w:t>А хто вчинив з тобою те?</w:t>
      </w:r>
    </w:p>
    <w:p>
      <w:r>
        <w:br/>
        <w:t>ДІВА</w:t>
      </w:r>
    </w:p>
    <w:p>
      <w:r>
        <w:br/>
        <w:t>Я жду появи Диво-Сина,&lt;br /&gt;</w:t>
        <w:br/>
        <w:t>Те сім’я Боже і Святе…&lt;br /&gt;</w:t>
        <w:br/>
        <w:t>Вже сотні літ, як зріє в лоні&lt;br /&gt;</w:t>
        <w:br/>
        <w:t>Вогниста янгольська могуть,&lt;br /&gt;</w:t>
        <w:br/>
        <w:t>Та тільки душі дикі й сонні&lt;br /&gt;</w:t>
        <w:br/>
        <w:t>Їй народитись не дають…&lt;br /&gt;</w:t>
        <w:br/>
        <w:t>І завмирає дух любові.&lt;br /&gt;</w:t>
        <w:br/>
        <w:t>І кам’яніє в глибині,&lt;br /&gt;</w:t>
        <w:br/>
        <w:t>По жилах пломінь замість крові&lt;br /&gt;</w:t>
        <w:br/>
        <w:t>Тече й пече… Пече мені!&lt;br /&gt;</w:t>
        <w:br/>
        <w:t>Колись і ти зі мною в парі&lt;br /&gt;</w:t>
        <w:br/>
        <w:t>Ішов дорогою неслав…&lt;br /&gt;</w:t>
        <w:br/>
        <w:t>Чи ти пізнав мене, Кобзарю?&lt;br /&gt;</w:t>
        <w:br/>
        <w:t>Корсаре мій, чи ти пізнав?</w:t>
      </w:r>
    </w:p>
    <w:p>
      <w:r>
        <w:br/>
        <w:t>Я</w:t>
      </w:r>
    </w:p>
    <w:p>
      <w:r>
        <w:br/>
        <w:t>Ти Україна?</w:t>
      </w:r>
    </w:p>
    <w:p>
      <w:r>
        <w:br/>
        <w:t>ДІВА</w:t>
      </w:r>
    </w:p>
    <w:p>
      <w:r>
        <w:br/>
        <w:t>Я — причинна!&lt;br /&gt;</w:t>
        <w:br/>
        <w:t>Я божевільна ластівчина…&lt;br /&gt;</w:t>
        <w:br/>
        <w:t>У чорне небо полечу,&lt;br /&gt;</w:t>
        <w:br/>
        <w:t>А хочеш — і тебе помчу?!.</w:t>
      </w:r>
    </w:p>
    <w:p>
      <w:r>
        <w:br/>
        <w:t>Я (падаючи на коліна)</w:t>
      </w:r>
    </w:p>
    <w:p>
      <w:r>
        <w:br/>
        <w:t>Святая Діво! Дай надію,&lt;br /&gt;</w:t>
        <w:br/>
        <w:t>Що Землю не покинеш ти!&lt;br /&gt;</w:t>
        <w:br/>
        <w:t>Ти нас вела крізь буревії&lt;br /&gt;</w:t>
        <w:br/>
        <w:t>До глибини і висоти,&lt;br /&gt;</w:t>
        <w:br/>
        <w:t>Я жив з тобою і тобою&lt;br /&gt;</w:t>
        <w:br/>
        <w:t>В темницях, рабстві, в самоті,&lt;br /&gt;</w:t>
        <w:br/>
        <w:t>В боях, у тиші, в неспокої&lt;br /&gt;</w:t>
        <w:br/>
        <w:t>Плекала ти думки святі…&lt;br /&gt;</w:t>
        <w:br/>
        <w:t>І ось тепер, коли довкола&lt;br /&gt;</w:t>
        <w:br/>
        <w:t>Лиш трупи, холод та пітьма,&lt;br /&gt;</w:t>
        <w:br/>
        <w:t>Ти хочеш кинуть Дике Поле&lt;br /&gt;</w:t>
        <w:br/>
        <w:t>І відлетіти крадькома?!&lt;br /&gt;</w:t>
        <w:br/>
        <w:t>Що з нашим Краєм толі стане,&lt;br /&gt;</w:t>
        <w:br/>
        <w:t>Куди подінуться гаї,&lt;br /&gt;</w:t>
        <w:br/>
        <w:t>Кому співатимуть осанну&lt;br /&gt;</w:t>
        <w:br/>
        <w:t>У літні ночі солов’ї?&lt;br /&gt;</w:t>
        <w:br/>
        <w:t>І наша пісня, наше слово&lt;br /&gt;</w:t>
        <w:br/>
        <w:t>Невже згорять в цьому вогні?&lt;br /&gt;</w:t>
        <w:br/>
        <w:t>Ти все це знищити готова?&lt;br /&gt;</w:t>
        <w:br/>
        <w:t>Скажи мені! Скажи мені…</w:t>
      </w:r>
    </w:p>
    <w:p>
      <w:r>
        <w:br/>
        <w:t>ДІВА (знеможено)</w:t>
      </w:r>
    </w:p>
    <w:p>
      <w:r>
        <w:br/>
        <w:t>Проміняю променисте намисто,&lt;br /&gt;</w:t>
        <w:br/>
        <w:t>Проміняю і цимбали й дуду…&lt;br /&gt;</w:t>
        <w:br/>
        <w:t>У пратемних туманах імлистих&lt;br /&gt;</w:t>
        <w:br/>
        <w:t>Нове поле собі віднайду…</w:t>
      </w:r>
    </w:p>
    <w:p>
      <w:r>
        <w:br/>
        <w:t>Я</w:t>
      </w:r>
    </w:p>
    <w:p>
      <w:r>
        <w:br/>
        <w:t>Завжди ще мить… Лише одненьку мить!</w:t>
      </w:r>
    </w:p>
    <w:p>
      <w:r>
        <w:br/>
        <w:t>ДІВА</w:t>
      </w:r>
    </w:p>
    <w:p>
      <w:r>
        <w:br/>
        <w:t>О Матінко! Болить мені! Болить!</w:t>
      </w:r>
    </w:p>
    <w:p>
      <w:r>
        <w:br/>
        <w:t>(співає)</w:t>
      </w:r>
    </w:p>
    <w:p>
      <w:r>
        <w:br/>
        <w:t>Полечу Чумацьким Шляхом,&lt;br /&gt;</w:t>
        <w:br/>
        <w:t>Лоно геть розвію прахом,&lt;br /&gt;</w:t>
        <w:br/>
        <w:t>Стану вільним чудо-птахом…</w:t>
      </w:r>
    </w:p>
    <w:p>
      <w:r>
        <w:br/>
        <w:t>Щастя й жах! Щастя й жах!&lt;br /&gt;</w:t>
        <w:br/>
        <w:t>Іскри зоряні в очах!&lt;br /&gt;</w:t>
        <w:br/>
        <w:t>Я вже лечу!&lt;br /&gt;</w:t>
        <w:br/>
        <w:t>Чи не лечу?&lt;br /&gt;</w:t>
        <w:br/>
        <w:t>Кобзарю мій, я вся тремчу!&lt;br /&gt;</w:t>
        <w:br/>
        <w:t>Прости мені… я навіжена,&lt;br /&gt;</w:t>
        <w:br/>
        <w:t>Сама собою полонена…</w:t>
      </w:r>
    </w:p>
    <w:p>
      <w:r>
        <w:br/>
        <w:t>О поможи! О поможи…&lt;br /&gt;</w:t>
        <w:br/>
        <w:t>Святеє путо розв’яжи…</w:t>
      </w:r>
    </w:p>
    <w:p>
      <w:r>
        <w:br/>
        <w:t>Я</w:t>
      </w:r>
    </w:p>
    <w:p>
      <w:r>
        <w:br/>
        <w:t>О, як тобі родити Сина?</w:t>
      </w:r>
    </w:p>
    <w:p>
      <w:r>
        <w:br/>
        <w:t>ДІВА</w:t>
      </w:r>
    </w:p>
    <w:p>
      <w:r>
        <w:br/>
        <w:t>Я народжу в ту саму мить,&lt;br /&gt;</w:t>
        <w:br/>
        <w:t>Як дух осяяних русинів&lt;br /&gt;</w:t>
        <w:br/>
        <w:t>Закляття зможе сотворить!..</w:t>
      </w:r>
    </w:p>
    <w:p>
      <w:r>
        <w:br/>
        <w:t>Я</w:t>
      </w:r>
    </w:p>
    <w:p>
      <w:r>
        <w:br/>
        <w:t>Яке закляття?</w:t>
      </w:r>
    </w:p>
    <w:p>
      <w:r>
        <w:br/>
        <w:t>ДІВА</w:t>
      </w:r>
    </w:p>
    <w:p>
      <w:r>
        <w:br/>
        <w:t>Дуже давнє.&lt;br /&gt;</w:t>
        <w:br/>
        <w:t>То заповіт дідів преславних…&lt;br /&gt;</w:t>
        <w:br/>
        <w:t>Оцю сопілочку візьми,&lt;br /&gt;</w:t>
        <w:br/>
        <w:t>Заграй на ній серед пітьми…</w:t>
      </w:r>
    </w:p>
    <w:p>
      <w:r>
        <w:br/>
        <w:t>Якщо в душі твоїй воління&lt;br /&gt;</w:t>
        <w:br/>
        <w:t>Перемагає марноту,&lt;br /&gt;</w:t>
        <w:br/>
        <w:t>Всі українські покоління&lt;br /&gt;</w:t>
        <w:br/>
        <w:t>Мелодію почують ту…&lt;br /&gt;</w:t>
        <w:br/>
        <w:t>ЖИВІ перейдуть це багаття,&lt;br /&gt;</w:t>
        <w:br/>
        <w:t>А МЕРТВІ лишаться в золі…&lt;br /&gt;</w:t>
        <w:br/>
        <w:t>І ви сотворите закляття&lt;br /&gt;</w:t>
        <w:br/>
        <w:t>Останню клятву на Землі!</w:t>
      </w:r>
    </w:p>
    <w:p>
      <w:r>
        <w:br/>
        <w:t>Мені поможе народити&lt;br /&gt;</w:t>
        <w:br/>
        <w:t>Самоосудження Русі.&lt;br /&gt;</w:t>
        <w:br/>
        <w:t>Тоді дозріє Нове Жито,&lt;br /&gt;</w:t>
        <w:br/>
        <w:t>І мрії всі, і правди всі.</w:t>
      </w:r>
    </w:p>
    <w:p>
      <w:r>
        <w:br/>
        <w:t>Бери сопілочку, бери…&lt;br /&gt;</w:t>
        <w:br/>
        <w:t>Закляття древнє сотвори!</w:t>
      </w:r>
    </w:p>
    <w:p>
      <w:r>
        <w:br/>
        <w:t>Страшна Рада</w:t>
      </w:r>
    </w:p>
    <w:p>
      <w:r>
        <w:br/>
        <w:t>Воскресну нині! Ради їх,&lt;br /&gt;</w:t>
        <w:br/>
        <w:t>Людей закованих моїх,&lt;br /&gt;</w:t>
        <w:br/>
        <w:t>Убогих, нищих… Возвеличу&lt;br /&gt;</w:t>
        <w:br/>
        <w:t>Малих отих рабів німих!</w:t>
      </w:r>
    </w:p>
    <w:p>
      <w:r>
        <w:br/>
        <w:t>І я заграв. Здригнулось Дике Поле.&lt;br /&gt;</w:t>
        <w:br/>
        <w:t>Земля здригнулась. Колихнувся світ.&lt;br /&gt;</w:t>
        <w:br/>
        <w:t>Немов литаври гримнули довкола&lt;br /&gt;</w:t>
        <w:br/>
        <w:t>Із тих далеких легендарних літ…&lt;br /&gt;</w:t>
        <w:br/>
        <w:t>У тій сопілці чулися ридання&lt;br /&gt;</w:t>
        <w:br/>
        <w:t>Замучених дітей і матерів,&lt;br /&gt;</w:t>
        <w:br/>
        <w:t>І клекотіння вічного повстання,&lt;br /&gt;</w:t>
        <w:br/>
        <w:t>І вічна марність романтичних снів,&lt;br /&gt;</w:t>
        <w:br/>
        <w:t>І клич до бою, і дівочий спів…</w:t>
      </w:r>
    </w:p>
    <w:p>
      <w:r>
        <w:br/>
        <w:t>І я узрів усю мою Вкраїну,&lt;br /&gt;</w:t>
        <w:br/>
        <w:t>Розіп’яту з правіку на Землі,&lt;br /&gt;</w:t>
        <w:br/>
        <w:t>І я відчув розсіяну Родину,&lt;br /&gt;</w:t>
        <w:br/>
        <w:t>Розсипану, загублену в імлі.</w:t>
      </w:r>
    </w:p>
    <w:p>
      <w:r>
        <w:br/>
        <w:t>Вона відчула поклик — і воскресла!&lt;br /&gt;</w:t>
        <w:br/>
        <w:t>Людей повстали в просторі ряди,&lt;br /&gt;</w:t>
        <w:br/>
        <w:t>Праненьки Геї викидали чресла&lt;br /&gt;</w:t>
        <w:br/>
        <w:t>Померлі покоління і роди.</w:t>
      </w:r>
    </w:p>
    <w:p>
      <w:r>
        <w:br/>
        <w:t>Вони ішли до Вогнища, до Діви,&lt;br /&gt;</w:t>
        <w:br/>
        <w:t>Вони ішли, не знаючи — чому!&lt;br /&gt;</w:t>
        <w:br/>
        <w:t>Сопілки чарівної переливи&lt;br /&gt;</w:t>
        <w:br/>
        <w:t>Вели їх крізь століття і пітьму.</w:t>
      </w:r>
    </w:p>
    <w:p>
      <w:r>
        <w:br/>
        <w:t>Ішли далекі вої непохитні,&lt;br /&gt;</w:t>
        <w:br/>
        <w:t>Ішли тисячолітні сіячі,&lt;br /&gt;</w:t>
        <w:br/>
        <w:t>Корогви колихалися блакитні,&lt;br /&gt;</w:t>
        <w:br/>
        <w:t>І блискотіли списи та мечі.</w:t>
      </w:r>
    </w:p>
    <w:p>
      <w:r>
        <w:br/>
        <w:t>І нап’ялись, немов жіночі лона,&lt;br /&gt;</w:t>
        <w:br/>
        <w:t>Сплюндровані могили по степах,&lt;br /&gt;</w:t>
        <w:br/>
        <w:t>І з неба кров кипляча та червона&lt;br /&gt;</w:t>
        <w:br/>
        <w:t>Знов окропила непорушний прах.</w:t>
      </w:r>
    </w:p>
    <w:p>
      <w:r>
        <w:br/>
        <w:t>Земля тряслась. Кричали древні гори.&lt;br /&gt;</w:t>
        <w:br/>
        <w:t>Бо з небуття, з приниження, з гниття&lt;br /&gt;</w:t>
        <w:br/>
        <w:t>Мільйоннорукий, дивний і стозорий&lt;br /&gt;</w:t>
        <w:br/>
        <w:t>Вривався буйний дух в Нове Буття.</w:t>
      </w:r>
    </w:p>
    <w:p>
      <w:r>
        <w:br/>
        <w:t>І воскресали запорізькі лави,&lt;br /&gt;</w:t>
        <w:br/>
        <w:t>Ішли крізь гук походів та війни,&lt;br /&gt;</w:t>
        <w:br/>
        <w:t>Крізь марево і слави і неслави,&lt;br /&gt;</w:t>
        <w:br/>
        <w:t>Ішли крізь ешафоти чужини.</w:t>
      </w:r>
    </w:p>
    <w:p>
      <w:r>
        <w:br/>
        <w:t>Йшли матері і діти-янголята,&lt;br /&gt;</w:t>
        <w:br/>
        <w:t>Ішли дівчата й мужні юнаки,&lt;br /&gt;</w:t>
        <w:br/>
        <w:t>І падали заслони літ закляті,&lt;br /&gt;</w:t>
        <w:br/>
        <w:t>І танули епохи та віки.&lt;br /&gt;</w:t>
        <w:br/>
        <w:t>Йшли кобзарі, старшини і гетьмани,&lt;br /&gt;</w:t>
        <w:br/>
        <w:t>Ішли опришки горді й кріпаки,&lt;br /&gt;</w:t>
        <w:br/>
        <w:t>Повстали у кривавому тумані&lt;br /&gt;</w:t>
        <w:br/>
        <w:t>Всіх гайдамаків зраджені полки…&lt;br /&gt;</w:t>
        <w:br/>
        <w:t>Всі закатовані, усі забуті,&lt;br /&gt;</w:t>
        <w:br/>
        <w:t>Усі покинуті в самотині,&lt;br /&gt;</w:t>
        <w:br/>
        <w:t>Тепер порвали вічне путо,&lt;br /&gt;</w:t>
        <w:br/>
        <w:t>Щоб відродитись в древньому вогні.</w:t>
      </w:r>
    </w:p>
    <w:p>
      <w:r>
        <w:br/>
        <w:t>В містерії чаклунському потоці&lt;br /&gt;</w:t>
        <w:br/>
        <w:t>Ізнову оживали легіони —&lt;br /&gt;</w:t>
        <w:br/>
        <w:t>Померлі з голоду у тридцять третім році,&lt;br /&gt;</w:t>
        <w:br/>
        <w:t>Замучені у тюрмах і колонах.&lt;br /&gt;</w:t>
        <w:br/>
        <w:t>Розстріляні, оббріхані, убиті,&lt;br /&gt;</w:t>
        <w:br/>
        <w:t>Закреслені у пам’яті віків,&lt;br /&gt;</w:t>
        <w:br/>
        <w:t>Крізь Дике Поле, темрявою вкрите,&lt;br /&gt;</w:t>
        <w:br/>
        <w:t>Йшли на сопілки чарівницький спів.</w:t>
      </w:r>
    </w:p>
    <w:p>
      <w:r>
        <w:br/>
        <w:t>На мить одну закам’яніла зрада,&lt;br /&gt;</w:t>
        <w:br/>
        <w:t>Розтанули кордони і темниці,&lt;br /&gt;</w:t>
        <w:br/>
        <w:t>Прийшли живі з Америки, Канади&lt;br /&gt;</w:t>
        <w:br/>
        <w:t>На поклик Божевільної Дівиці!</w:t>
      </w:r>
    </w:p>
    <w:p>
      <w:r>
        <w:br/>
        <w:t>Мордовія не втримала поетів,&lt;br /&gt;</w:t>
        <w:br/>
        <w:t>Уральські розлетілися дроти,&lt;br /&gt;</w:t>
        <w:br/>
        <w:t>Ув’язнені прорвали всі тенета,&lt;br /&gt;</w:t>
        <w:br/>
        <w:t>Пройшли всі лабіринти темноти.&lt;br /&gt;</w:t>
        <w:br/>
        <w:t>Усі сліпі, обдурені і сонні,&lt;br /&gt;</w:t>
        <w:br/>
        <w:t>Усі застрахані, окрадені й німі,&lt;br /&gt;</w:t>
        <w:br/>
        <w:t>Всі боягузливі, убогі й безборонні —&lt;br /&gt;</w:t>
        <w:br/>
        <w:t>Стояли теж покірно у пітьмі.</w:t>
      </w:r>
    </w:p>
    <w:p>
      <w:r>
        <w:br/>
        <w:t>Завмерла вся сім’я Тисячолітня&lt;br /&gt;</w:t>
        <w:br/>
        <w:t>Довкола Пломенистого Кільця.&lt;br /&gt;</w:t>
        <w:br/>
        <w:t>І я почув запитання привітне&lt;br /&gt;</w:t>
        <w:br/>
        <w:t>Із вуст якогось сивого бійця:</w:t>
      </w:r>
    </w:p>
    <w:p>
      <w:r>
        <w:br/>
        <w:t>— Хто ти єси, що силою чи вмінням&lt;br /&gt;</w:t>
        <w:br/>
        <w:t>З’єднав роли минулі і літа?&lt;br /&gt;</w:t>
        <w:br/>
        <w:t>Яка глибінь живе в твоїм сумлінні,&lt;br /&gt;</w:t>
        <w:br/>
        <w:t>Яка мета — проклята чи свята?&lt;br /&gt;</w:t>
        <w:br/>
        <w:t>I пам’ятай, що вічне не прощає&lt;br /&gt;</w:t>
        <w:br/>
        <w:t>Ні замірів пустих, ні марноти!&lt;br /&gt;</w:t>
        <w:br/>
        <w:t>Чого волієш, і чого бажаєш,&lt;br /&gt;</w:t>
        <w:br/>
        <w:t>Що пробудив дрімаючі світи?!</w:t>
      </w:r>
    </w:p>
    <w:p>
      <w:r>
        <w:br/>
        <w:t>Я</w:t>
      </w:r>
    </w:p>
    <w:p>
      <w:r>
        <w:br/>
        <w:t>— Я лише тінь. Відлуння клекотінь!&lt;br /&gt;</w:t>
        <w:br/>
        <w:t>Я — меч в твоїй руці, я квітка для дитяти,&lt;br /&gt;</w:t>
        <w:br/>
        <w:t>Я — сонця промінець, я — і любов, і свято,&lt;br /&gt;</w:t>
        <w:br/>
        <w:t>Відсутній я, коли щасливий ти,&lt;br /&gt;</w:t>
        <w:br/>
        <w:t>Тоді я втілююсь в твоїм коханні,&lt;br /&gt;</w:t>
        <w:br/>
        <w:t>Веду тебе крізь грози і мости,&lt;br /&gt;</w:t>
        <w:br/>
        <w:t>Оберігаю в бурі і в повстанні.</w:t>
      </w:r>
    </w:p>
    <w:p>
      <w:r>
        <w:br/>
        <w:t>Відсутній я, коли ти сієш ниву&lt;br /&gt;</w:t>
        <w:br/>
        <w:t>І обнімаєш діву чи жону…&lt;br /&gt;</w:t>
        <w:br/>
        <w:t>Я — твоя радість, доки ти щасливий,&lt;br /&gt;</w:t>
        <w:br/>
        <w:t>Я — урожай кохання на лану.</w:t>
      </w:r>
    </w:p>
    <w:p>
      <w:r>
        <w:br/>
        <w:t>І лиш тоді, коли моя Родина&lt;br /&gt;</w:t>
        <w:br/>
        <w:t>Потрапить у безвихідь, у біду,&lt;br /&gt;</w:t>
        <w:br/>
        <w:t>У вихор доль, у Рідну Україну,&lt;br /&gt;</w:t>
        <w:br/>
        <w:t>У плоть тугу, скривавлену я йду.</w:t>
      </w:r>
    </w:p>
    <w:p>
      <w:r>
        <w:br/>
        <w:t>Я — прадавній Бонн і Кобзар,&lt;br /&gt;</w:t>
        <w:br/>
        <w:t>Я — Опришок, я — Байда, я — древній Корсар!&lt;br /&gt;</w:t>
        <w:br/>
        <w:t>У Царграді, у Римі, у холодній Москві,&lt;br /&gt;</w:t>
        <w:br/>
        <w:t>На базарах, на лобних місцях і на грищах, —&lt;br /&gt;</w:t>
        <w:br/>
        <w:t>Скрізь стоять мої постаті вікові,&lt;br /&gt;</w:t>
        <w:br/>
        <w:t>Ніби знаки полону, ніби знаки ганьбища!</w:t>
      </w:r>
    </w:p>
    <w:p>
      <w:r>
        <w:br/>
        <w:t>Проте я — лише тінь! Я — відлуння горінь!&lt;br /&gt;</w:t>
        <w:br/>
        <w:t>Мене не вб’єш, мечем не розрубаєш,&lt;br /&gt;</w:t>
        <w:br/>
        <w:t>Вогнем не спалиш, клином не діймеш…&lt;br /&gt;</w:t>
        <w:br/>
        <w:t>Я — дух Тієї, котра скликала сюди&lt;br /&gt;</w:t>
        <w:br/>
        <w:t>Русі Тисячолітньої Роди…&lt;br /&gt;</w:t>
        <w:br/>
        <w:t>— А де ж вона?&lt;br /&gt;</w:t>
        <w:br/>
        <w:t>— Узри — вона в багатті!&lt;br /&gt;</w:t>
        <w:br/>
        <w:t>І тут пригасла полум’я стіна,&lt;br /&gt;</w:t>
        <w:br/>
        <w:t>І всіх — від воєводи до дитяти —&lt;br /&gt;</w:t>
        <w:br/>
        <w:t>Вразила Діва-Дивина.</w:t>
      </w:r>
    </w:p>
    <w:p>
      <w:r>
        <w:br/>
        <w:t>Завмерло все мільйоннооке поле,&lt;br /&gt;</w:t>
        <w:br/>
        <w:t>І голос тихий, та гучний, мов дзвін,&lt;br /&gt;</w:t>
        <w:br/>
        <w:t>Котився в моторошнім видноколі&lt;br /&gt;</w:t>
        <w:br/>
        <w:t>У душу всіх воскреслих поколінь…</w:t>
      </w:r>
    </w:p>
    <w:p>
      <w:r>
        <w:br/>
        <w:t>ДІВА</w:t>
      </w:r>
    </w:p>
    <w:p>
      <w:r>
        <w:br/>
        <w:t>Діти мої, квіти мої!&lt;br /&gt;</w:t>
        <w:br/>
        <w:t>Думи мої і жалі!&lt;br /&gt;</w:t>
        <w:br/>
        <w:t>Я плекала вас у кривавий час&lt;br /&gt;</w:t>
        <w:br/>
        <w:t>На згорьованій цій Землі.</w:t>
      </w:r>
    </w:p>
    <w:p>
      <w:r>
        <w:br/>
        <w:t>Кожен з вас зазнав катувань, неслав,&lt;br /&gt;</w:t>
        <w:br/>
        <w:t>Та для всіх минала ця мить…&lt;br /&gt;</w:t>
        <w:br/>
        <w:t>А мені в огні, у тяжкій борні&lt;br /&gt;</w:t>
        <w:br/>
        <w:t>Все залишене вами болить!</w:t>
      </w:r>
    </w:p>
    <w:p>
      <w:r>
        <w:br/>
        <w:t>І росте, росте той кривавий плід,&lt;br /&gt;</w:t>
        <w:br/>
        <w:t>І мій біль переріс цей світ!&lt;br /&gt;</w:t>
        <w:br/>
        <w:t>Я ввійшла в огонь, спопелила свій слід…&lt;br /&gt;</w:t>
        <w:br/>
        <w:t>Сотні літ! Сотні літ…</w:t>
      </w:r>
    </w:p>
    <w:p>
      <w:r>
        <w:br/>
        <w:t>Розбудіть свій сон, розірвіть полон,&lt;br /&gt;</w:t>
        <w:br/>
        <w:t>Поможіть народити Дитя!&lt;br /&gt;</w:t>
        <w:br/>
        <w:t>Хто посміє оцей перейти Вогонь —&lt;br /&gt;</w:t>
        <w:br/>
        <w:t>Той здобуде Нове Життя!..&lt;br /&gt;</w:t>
        <w:br/>
        <w:t>……………………………..&lt;br /&gt;</w:t>
        <w:br/>
        <w:t>І не вагаючись ні трохи,&lt;br /&gt;</w:t>
        <w:br/>
        <w:t>Ввійшли в багаття козаки,&lt;br /&gt;</w:t>
        <w:br/>
        <w:t>Бійці прадавньої епохи,&lt;br /&gt;</w:t>
        <w:br/>
        <w:t>Дівчата, діти, юнаки,&lt;br /&gt;</w:t>
        <w:br/>
        <w:t>Усі невольники убогі,&lt;br /&gt;</w:t>
        <w:br/>
        <w:t>Усі співці та кобзарі,&lt;br /&gt;</w:t>
        <w:br/>
        <w:t>Всі, хто жадав і Правди й Бога,&lt;br /&gt;</w:t>
        <w:br/>
        <w:t>Усі Кохані й Матері.&lt;br /&gt;</w:t>
        <w:br/>
        <w:t>Ішли в безодню, в небувале!&lt;br /&gt;</w:t>
        <w:br/>
        <w:t>Ішли у Лоно Дивини!&lt;br /&gt;</w:t>
        <w:br/>
        <w:t>Сини марноти умирали,&lt;br /&gt;</w:t>
        <w:br/>
        <w:t>Вставали Сонячні Сини.&lt;br /&gt;</w:t>
        <w:br/>
        <w:t>На поклик Віщого Веління&lt;br /&gt;</w:t>
        <w:br/>
        <w:t>Ставали Духом Вогняним…&lt;br /&gt;</w:t>
        <w:br/>
        <w:t>…І лиш останні покоління&lt;br /&gt;</w:t>
        <w:br/>
        <w:t>Заколихались перед ним…&lt;br /&gt;</w:t>
        <w:br/>
        <w:t>І ніби втіливши вагання,&lt;br /&gt;</w:t>
        <w:br/>
        <w:t>Яке відчули всі раби,&lt;br /&gt;</w:t>
        <w:br/>
        <w:t>Озвався хтось, немов шептання&lt;br /&gt;</w:t>
        <w:br/>
        <w:t>Тисячоликої юрби:</w:t>
      </w:r>
    </w:p>
    <w:p>
      <w:r>
        <w:br/>
        <w:t>— Якась ти дивна і химерна,&lt;br /&gt;</w:t>
        <w:br/>
        <w:t>Якась потворна і страшна…&lt;br /&gt;</w:t>
        <w:br/>
        <w:t>Ми маєм книги і модерни,&lt;br /&gt;</w:t>
        <w:br/>
        <w:t>І їсти й випити сповна.&lt;br /&gt;</w:t>
        <w:br/>
        <w:t>Все те, чого колись жадали,&lt;br /&gt;</w:t>
        <w:br/>
        <w:t>Про то й не снилося колись,&lt;br /&gt;</w:t>
        <w:br/>
        <w:t>Прийшло в підвали і у зали,&lt;br /&gt;</w:t>
        <w:br/>
        <w:t>Бери, радій — хоч подавись!&lt;br /&gt;</w:t>
        <w:br/>
        <w:t>Куди нас кличеш, Божевільна?&lt;br /&gt;</w:t>
        <w:br/>
        <w:t>З’явилась ти з якого сну?&lt;br /&gt;</w:t>
        <w:br/>
        <w:t>Ми ситі, чуєш ти? Ми — вільні!&lt;br /&gt;</w:t>
        <w:br/>
        <w:t>Ти — це мана. Іди в ману!</w:t>
      </w:r>
    </w:p>
    <w:p>
      <w:r>
        <w:br/>
        <w:t>І в Дикім Полі залунало:&lt;br /&gt;</w:t>
        <w:br/>
        <w:t>— Ти — це мана. Ти — це мана?&lt;br /&gt;</w:t>
        <w:br/>
        <w:t>І лише Мавка прошептала:&lt;br /&gt;</w:t>
        <w:br/>
        <w:t>— Ні, це Вона… Либонь, Вона…&lt;br /&gt;</w:t>
        <w:br/>
        <w:t>Я біла Віла… Я біла Віла…&lt;br /&gt;</w:t>
        <w:br/>
        <w:t>Стою одна у заметілі…&lt;br /&gt;</w:t>
        <w:br/>
        <w:t>Я скам’яніла, скам’яніла…&lt;br /&gt;</w:t>
        <w:br/>
        <w:t>Гранітом вкрилось біле тіло…&lt;br /&gt;</w:t>
        <w:br/>
        <w:t>Мов скіфська баба, заціпеніла,&lt;br /&gt;</w:t>
        <w:br/>
        <w:t>Стою самотньо у степу,&lt;br /&gt;</w:t>
        <w:br/>
        <w:t>Гострю чарівную сапу,&lt;br /&gt;</w:t>
        <w:br/>
        <w:t>І вийду, вийду в Дике Поле,&lt;br /&gt;</w:t>
        <w:br/>
        <w:t>Бо хто ж ту блекоту прополе?..</w:t>
      </w:r>
    </w:p>
    <w:p>
      <w:r>
        <w:br/>
        <w:t>ДІВА</w:t>
      </w:r>
    </w:p>
    <w:p>
      <w:r>
        <w:br/>
        <w:t>Пізно полоти, кохана Доню!&lt;br /&gt;</w:t>
        <w:br/>
        <w:t>Все це було колись…&lt;br /&gt;</w:t>
        <w:br/>
        <w:t>Вийди із вікового полону.&lt;br /&gt;</w:t>
        <w:br/>
        <w:t>Пробудись! Загорись!</w:t>
      </w:r>
    </w:p>
    <w:p>
      <w:r>
        <w:br/>
        <w:t>(до юрби)</w:t>
      </w:r>
    </w:p>
    <w:p>
      <w:r>
        <w:br/>
        <w:t>Всі ви — спотворені душі,&lt;br /&gt;</w:t>
        <w:br/>
        <w:t>Слуги чужого вітця!&lt;br /&gt;</w:t>
        <w:br/>
        <w:t>Вам я сказати мушу —&lt;br /&gt;</w:t>
        <w:br/>
        <w:t>Йдіть до страшного кінця!&lt;br /&gt;</w:t>
        <w:br/>
        <w:t>Киньте теорії —&lt;br /&gt;</w:t>
        <w:br/>
        <w:t>В тяжкому горі я!&lt;br /&gt;</w:t>
        <w:br/>
        <w:t>Всі хитромудрі історії&lt;br /&gt;</w:t>
        <w:br/>
        <w:t>Зрадник сотворює!&lt;br /&gt;</w:t>
        <w:br/>
        <w:t>Я — ваша Вічная Неня,&lt;br /&gt;</w:t>
        <w:br/>
        <w:t>Я і тепер, і колись —&lt;br /&gt;</w:t>
        <w:br/>
        <w:t>Лише причинна, лиш навіжена,&lt;br /&gt;</w:t>
        <w:br/>
        <w:t>Котра рветься увись!</w:t>
      </w:r>
    </w:p>
    <w:p>
      <w:r>
        <w:br/>
        <w:t>Хочете бути зі Мною,&lt;br /&gt;</w:t>
        <w:br/>
        <w:t>Діти прості і святі,&lt;br /&gt;</w:t>
        <w:br/>
        <w:t>І серед грізного бою&lt;br /&gt;</w:t>
        <w:br/>
        <w:t>І на хресті?!&lt;br /&gt;</w:t>
        <w:br/>
        <w:t>То подолайте ж у Духу повстанні&lt;br /&gt;</w:t>
        <w:br/>
        <w:t>Стежку оцю Вогняну,&lt;br /&gt;</w:t>
        <w:br/>
        <w:t>Разом сотворимо Раду Останню —&lt;br /&gt;</w:t>
        <w:br/>
        <w:t>Раду Страшну!&lt;br /&gt;</w:t>
        <w:br/>
        <w:t>………………..&lt;br /&gt;</w:t>
        <w:br/>
        <w:t>І Мавка зважилась, ступила у Вогнище!&lt;br /&gt;</w:t>
        <w:br/>
        <w:t>А вслід за нею кинулась юрма.&lt;br /&gt;</w:t>
        <w:br/>
        <w:t>Розпалось історичне гробовище,&lt;br /&gt;</w:t>
        <w:br/>
        <w:t>Пропала ніч — порожня і німа.</w:t>
      </w:r>
    </w:p>
    <w:p>
      <w:r>
        <w:br/>
        <w:t>Було їм тяжко — тим духовно-голим&lt;br /&gt;</w:t>
        <w:br/>
        <w:t>Весь маскарад одвічний побороть,&lt;br /&gt;</w:t>
        <w:br/>
        <w:t>Здирати з себе з муками і болем&lt;br /&gt;</w:t>
        <w:br/>
        <w:t>Ворожий дух, ворожу дику плоть.</w:t>
      </w:r>
    </w:p>
    <w:p>
      <w:r>
        <w:br/>
        <w:t>Проте від жару множилось завзяття,&lt;br /&gt;</w:t>
        <w:br/>
        <w:t>І духом Діви сповнювались всі…&lt;br /&gt;</w:t>
        <w:br/>
        <w:t>Мізерія згоряла у багатті,&lt;br /&gt;</w:t>
        <w:br/>
        <w:t>Усе живе сіяло у красі…&lt;br /&gt;</w:t>
        <w:br/>
        <w:t>Настала мить, коли у Полі Дикім&lt;br /&gt;</w:t>
        <w:br/>
        <w:t>Сухий бур’ян лишився та зола,&lt;br /&gt;</w:t>
        <w:br/>
        <w:t>І Діва стала духом Вогнеликим,&lt;br /&gt;</w:t>
        <w:br/>
        <w:t>І Річ величну, владну повела.</w:t>
      </w:r>
    </w:p>
    <w:p>
      <w:r>
        <w:br/>
        <w:t>ДІВА</w:t>
      </w:r>
    </w:p>
    <w:p>
      <w:r>
        <w:br/>
        <w:t>Радіє Плід. Я жду пологів.&lt;br /&gt;</w:t>
        <w:br/>
        <w:t>Вкраїнська Нива дозріва,&lt;br /&gt;</w:t>
        <w:br/>
        <w:t>І на забуті перелоги&lt;br /&gt;</w:t>
        <w:br/>
        <w:t>Грядуть Божественні Жнива.&lt;br /&gt;</w:t>
        <w:br/>
        <w:t>Осяє пломінь Поле Дике,&lt;br /&gt;</w:t>
        <w:br/>
        <w:t>Той день ви, Діти, утвердіть!&lt;br /&gt;</w:t>
        <w:br/>
        <w:t>І возвеличте все Велике,&lt;br /&gt;</w:t>
        <w:br/>
        <w:t>І все мізерне — прокляніть!</w:t>
      </w:r>
    </w:p>
    <w:p>
      <w:r>
        <w:br/>
        <w:t>Всенародне закляття</w:t>
      </w:r>
    </w:p>
    <w:p>
      <w:r>
        <w:br/>
        <w:t>А чистих серцем? Коло їх&lt;br /&gt;</w:t>
        <w:br/>
        <w:t>Постави ангели свої&lt;br /&gt;</w:t>
        <w:br/>
        <w:t>І чистоту їх соблюди.</w:t>
      </w:r>
    </w:p>
    <w:p>
      <w:r>
        <w:br/>
        <w:t>А всім нам вкупі на землі&lt;br /&gt;</w:t>
        <w:br/>
        <w:t>Єдиномисліє подай&lt;br /&gt;</w:t>
        <w:br/>
        <w:t>І братолюбіє пошли.</w:t>
      </w:r>
    </w:p>
    <w:p>
      <w:r>
        <w:br/>
        <w:t>ДІВА</w:t>
      </w:r>
    </w:p>
    <w:p>
      <w:r>
        <w:br/>
        <w:t>Всім віковим базарам,&lt;br /&gt;</w:t>
        <w:br/>
        <w:t>Всім духовним примарам,&lt;br /&gt;</w:t>
        <w:br/>
        <w:t>Всім потойбічним карам,&lt;br /&gt;</w:t>
        <w:br/>
        <w:t>Всім братовбивчим чварам,&lt;br /&gt;</w:t>
        <w:br/>
        <w:t>Всім словоблудним чарам —&lt;br /&gt;</w:t>
        <w:br/>
        <w:t>Ім’я їм — легіон! —&lt;br /&gt;</w:t>
        <w:br/>
        <w:t>Всенародний прокльон!</w:t>
      </w:r>
    </w:p>
    <w:p>
      <w:r>
        <w:br/>
        <w:t>ВСІ&lt;br /&gt;</w:t>
        <w:br/>
        <w:t>Всенародний прокльон!</w:t>
      </w:r>
    </w:p>
    <w:p>
      <w:r>
        <w:br/>
        <w:t>ДІВА&lt;br /&gt;</w:t>
        <w:br/>
        <w:t>Поза очеретами, поза болотами,&lt;br /&gt;</w:t>
        <w:br/>
        <w:t>Навіть не в баговинні, —&lt;br /&gt;</w:t>
        <w:br/>
        <w:t>Хай розвіється все прокляте&lt;br /&gt;</w:t>
        <w:br/>
        <w:t>В мертвому чортовинні!&lt;br /&gt;</w:t>
        <w:br/>
        <w:t>Щоб не вийшло воно з небуття,&lt;br /&gt;</w:t>
        <w:br/>
        <w:t>Не отримало іскри життя,&lt;br /&gt;</w:t>
        <w:br/>
        <w:t>Щоб не ввійшло ні в скелю,&lt;br /&gt;</w:t>
        <w:br/>
        <w:t>Ні в людську оселю,&lt;br /&gt;</w:t>
        <w:br/>
        <w:t>Ні в криницю прозору,&lt;br /&gt;</w:t>
        <w:br/>
        <w:t>Ні в звірину нору,&lt;br /&gt;</w:t>
        <w:br/>
        <w:t>Щоб не впало на битий шлях,&lt;br /&gt;</w:t>
        <w:br/>
        <w:t>Не лягло зерном на полях…&lt;br /&gt;</w:t>
        <w:br/>
        <w:t>Все, що не може Радість прийняти, —&lt;br /&gt;</w:t>
        <w:br/>
        <w:t>Хай буде вічно прокляте!</w:t>
      </w:r>
    </w:p>
    <w:p>
      <w:r>
        <w:br/>
        <w:t>ВСІ&lt;br /&gt;</w:t>
        <w:br/>
        <w:t>Хай буде вічно прокляте!</w:t>
      </w:r>
    </w:p>
    <w:p>
      <w:r>
        <w:br/>
        <w:t>ДІВА&lt;br /&gt;</w:t>
        <w:br/>
        <w:t>Заклинаємо всі темниці,&lt;br /&gt;</w:t>
        <w:br/>
        <w:t>Заклинаємо душі ниці,&lt;br /&gt;</w:t>
        <w:br/>
        <w:t>Заклинаємо всіх катів,&lt;br /&gt;</w:t>
        <w:br/>
        <w:t>ІЦо мордують Вкраїни Синів,&lt;br /&gt;</w:t>
        <w:br/>
        <w:t>Заклинаємо всіх поетів,&lt;br /&gt;</w:t>
        <w:br/>
        <w:t>ІЦо сплітають катам сонети,&lt;br /&gt;</w:t>
        <w:br/>
        <w:t>Заклинаємо всіх рабів,&lt;br /&gt;</w:t>
        <w:br/>
        <w:t>Що кладуть дітей до гробів,&lt;br /&gt;</w:t>
        <w:br/>
        <w:t>Заклинаємо всіх царів,&lt;br /&gt;</w:t>
        <w:br/>
        <w:t>Заклинаємо всіх псарів —&lt;br /&gt;</w:t>
        <w:br/>
        <w:t>Їм не узріти Грядущого Сина,&lt;br /&gt;</w:t>
        <w:br/>
        <w:t>Їм не ввійти у Вільну Родину!&lt;br /&gt;</w:t>
        <w:br/>
        <w:t>Древні породження дикого ката, —&lt;br /&gt;</w:t>
        <w:br/>
        <w:t>Будьте прокляті!</w:t>
      </w:r>
    </w:p>
    <w:p>
      <w:r>
        <w:br/>
        <w:t>ВСІ&lt;br /&gt;</w:t>
        <w:br/>
        <w:t>Будьте прокляті!</w:t>
      </w:r>
    </w:p>
    <w:p>
      <w:r>
        <w:br/>
        <w:t>ДІВА&lt;br /&gt;</w:t>
        <w:br/>
        <w:t>Всі, хто купається в златі,&lt;br /&gt;</w:t>
        <w:br/>
        <w:t>Всі, хто жадає кувати&lt;br /&gt;</w:t>
        <w:br/>
        <w:t>Ніж чи кайдани на брата,&lt;br /&gt;</w:t>
        <w:br/>
        <w:t>Всі, хто у Батьківській Хаті&lt;br /&gt;</w:t>
        <w:br/>
        <w:t>Сміє Синів розпинати,&lt;br /&gt;</w:t>
        <w:br/>
        <w:t>Всі, хто не вміє літати,&lt;br /&gt;</w:t>
        <w:br/>
        <w:t>Хто у Прасонячне Свято&lt;br /&gt;</w:t>
        <w:br/>
        <w:t>Хоче вужем пролізати —&lt;br /&gt;</w:t>
        <w:br/>
        <w:t>Будьте прокляті!</w:t>
      </w:r>
    </w:p>
    <w:p>
      <w:r>
        <w:br/>
        <w:t>ВСІ&lt;br /&gt;</w:t>
        <w:br/>
        <w:t>Будьте прокляті!</w:t>
      </w:r>
    </w:p>
    <w:p>
      <w:r>
        <w:br/>
        <w:t>ДІВА&lt;br /&gt;</w:t>
        <w:br/>
        <w:t>І жандармам всім, і суддям,&lt;br /&gt;</w:t>
        <w:br/>
        <w:t>І ученим словоблудам,&lt;br /&gt;</w:t>
        <w:br/>
        <w:t>І запроданим писакам,&lt;br /&gt;</w:t>
        <w:br/>
        <w:t>І жорстоким посіпакам,&lt;br /&gt;</w:t>
        <w:br/>
        <w:t>І убивцям всіх країв,&lt;br /&gt;</w:t>
        <w:br/>
        <w:t>Боягузам всіх віків —&lt;br /&gt;</w:t>
        <w:br/>
        <w:t>Шлях у Праведний Вогонь!&lt;br /&gt;</w:t>
        <w:br/>
        <w:t>Наш прокльон!</w:t>
      </w:r>
    </w:p>
    <w:p>
      <w:r>
        <w:br/>
        <w:t>ВСІ</w:t>
      </w:r>
    </w:p>
    <w:p>
      <w:r>
        <w:br/>
        <w:t>Наш прокльон!</w:t>
      </w:r>
    </w:p>
    <w:p>
      <w:r>
        <w:br/>
        <w:t>ДІВА</w:t>
      </w:r>
    </w:p>
    <w:p>
      <w:r>
        <w:br/>
        <w:t>Все спадкоємство деспота Петра,&lt;br /&gt;</w:t>
        <w:br/>
        <w:t>Кривавої цариці Катерини&lt;br /&gt;</w:t>
        <w:br/>
        <w:t>Хай щезне геть із берегів Дніпра,&lt;br /&gt;</w:t>
        <w:br/>
        <w:t>З полів і духу України!&lt;br /&gt;</w:t>
        <w:br/>
        <w:t>Усяку думку, що лягла в основу&lt;br /&gt;</w:t>
        <w:br/>
        <w:t>Зрадливих клятв, і підступу й хули,&lt;br /&gt;</w:t>
        <w:br/>
        <w:t>Волію я, щоб ви ввели у Слово&lt;br /&gt;</w:t>
        <w:br/>
        <w:t>Й навіки всенародно прокляли!</w:t>
      </w:r>
    </w:p>
    <w:p>
      <w:r>
        <w:br/>
        <w:t>За всі сплюндровані джерела&lt;br /&gt;</w:t>
        <w:br/>
        <w:t>Натхнення, творчості й пісень,&lt;br /&gt;</w:t>
        <w:br/>
        <w:t>Хай проклянуть міста і села&lt;br /&gt;</w:t>
        <w:br/>
        <w:t>Кріпацького падіння день!&lt;br /&gt;</w:t>
        <w:br/>
        <w:t>Віднині серце Матері-Вкраїни&lt;br /&gt;</w:t>
        <w:br/>
        <w:t>Відкрите рідним друзям і братам,&lt;br /&gt;</w:t>
        <w:br/>
        <w:t>А не дворушним ворогам!&lt;br /&gt;</w:t>
        <w:br/>
        <w:t>І у святий Грядущий Храм&lt;br /&gt;</w:t>
        <w:br/>
        <w:t>Не приведе їх підлості стежина!&lt;br /&gt;</w:t>
        <w:br/>
        <w:t>Останнє слово нашої Родини:&lt;br /&gt;</w:t>
        <w:br/>
        <w:t>— Ідіть в пітьму! Прокляття вам!</w:t>
      </w:r>
    </w:p>
    <w:p>
      <w:r>
        <w:br/>
        <w:t>ВСІ</w:t>
      </w:r>
    </w:p>
    <w:p>
      <w:r>
        <w:br/>
        <w:t>Прокляття вам! Прокляття вам!</w:t>
      </w:r>
    </w:p>
    <w:p>
      <w:r>
        <w:br/>
        <w:t>ДІВА (урочисто)</w:t>
      </w:r>
    </w:p>
    <w:p>
      <w:r>
        <w:br/>
        <w:t>Будую Нову Хату для Дитяти,&lt;br /&gt;</w:t>
        <w:br/>
        <w:t>Кладу основу у Прийдешній Храм —&lt;br /&gt;</w:t>
        <w:br/>
        <w:t>Для радощів, для любощів, для свята,&lt;br /&gt;</w:t>
        <w:br/>
        <w:t>Для мудрості всім Людям і Вікам!&lt;br /&gt;</w:t>
        <w:br/>
        <w:t>Увійде в нього лише вічно-суще,&lt;br /&gt;</w:t>
        <w:br/>
        <w:t>Увійде в нього щирості душа,&lt;br /&gt;</w:t>
        <w:br/>
        <w:t>Яка прозріє в історичній гущі&lt;br /&gt;</w:t>
        <w:br/>
        <w:t>І марність там навіки залиша.</w:t>
      </w:r>
    </w:p>
    <w:p>
      <w:r>
        <w:br/>
        <w:t>Щезають тюрми, духу сніговії,&lt;br /&gt;</w:t>
        <w:br/>
        <w:t>Усі обмани у оцій золі…&lt;br /&gt;</w:t>
        <w:br/>
        <w:t>Я — Матір-Україна, Я — Софія,&lt;br /&gt;</w:t>
        <w:br/>
        <w:t>Живого Бога мудрість на Землі!</w:t>
      </w:r>
    </w:p>
    <w:p>
      <w:r>
        <w:br/>
        <w:t>Погляньте — зріє небувала сила&lt;br /&gt;</w:t>
        <w:br/>
        <w:t>Понад проклятим мотлохом століть!&lt;br /&gt;</w:t>
        <w:br/>
        <w:t>Всі, хто здолав закляття вогнекриле,&lt;br /&gt;</w:t>
        <w:br/>
        <w:t>Ввійдіть до мене в Лоно, увійдіть.&lt;br /&gt;</w:t>
        <w:br/>
        <w:t>Двигтить раменами у Лоні Син Великий,&lt;br /&gt;</w:t>
        <w:br/>
        <w:t>Останні муки… і остання мить!&lt;br /&gt;</w:t>
        <w:br/>
        <w:t>Чи чуєте ви, Діти Вогнеликі?!&lt;br /&gt;</w:t>
        <w:br/>
        <w:t>Ще тільки мить…&lt;br /&gt;</w:t>
        <w:br/>
        <w:t>Болить мені! Болить!!!</w:t>
      </w:r>
    </w:p>
    <w:p>
      <w:r>
        <w:br/>
        <w:t>5 березня — 25 грудня 1978 року.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Тарасове Закляття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