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Тарасова ніч</w:t>
      </w:r>
    </w:p>
    <w:p>
      <w:r>
        <w:br/>
        <w:t xml:space="preserve"> На розпутті кобзар сидить&lt;br /&gt;</w:t>
        <w:br/>
        <w:t>Та на кобзі грає;&lt;br /&gt;</w:t>
        <w:br/>
        <w:t>Кругом хлопці та дівчата —&lt;br /&gt;</w:t>
        <w:br/>
        <w:t>Як мак процвітає.&lt;br /&gt;</w:t>
        <w:br/>
        <w:t>Грає кобзар, виспівує,&lt;br /&gt;</w:t>
        <w:br/>
        <w:t>Вимовля словами,&lt;br /&gt;</w:t>
        <w:br/>
        <w:t>Як москалі, орда, ляхи&lt;br /&gt;</w:t>
        <w:br/>
        <w:t>Бились з козаками;&lt;br /&gt;</w:t>
        <w:br/>
        <w:t>Як збиралась громадонька&lt;br /&gt;</w:t>
        <w:br/>
        <w:t>В неділеньку вранці;&lt;br /&gt;</w:t>
        <w:br/>
        <w:t>Як ховали козаченька&lt;br /&gt;</w:t>
        <w:br/>
        <w:t>В зеленім байраці.&lt;br /&gt;</w:t>
        <w:br/>
        <w:t>Грає кобзар, виспівує —&lt;br /&gt;</w:t>
        <w:br/>
        <w:t>Аж лихо сміється...&lt;br /&gt;</w:t>
        <w:br/>
        <w:t>"Була колись гетьманщина,&lt;br /&gt;</w:t>
        <w:br/>
        <w:t>Та вже не вернеться.&lt;br /&gt;</w:t>
        <w:br/>
        <w:t>Було колись — панували,&lt;br /&gt;</w:t>
        <w:br/>
        <w:t>Та більше не будем!&lt;br /&gt;</w:t>
        <w:br/>
        <w:t>Тії слави козацької&lt;br /&gt;</w:t>
        <w:br/>
        <w:t>Повік не забудем!</w:t>
      </w:r>
    </w:p>
    <w:p>
      <w:r>
        <w:br/>
        <w:t>Встає хмара з-за Лиману,&lt;br /&gt;</w:t>
        <w:br/>
        <w:t>А другая з поля;&lt;br /&gt;</w:t>
        <w:br/>
        <w:t>Зажурилась Україна —&lt;br /&gt;</w:t>
        <w:br/>
        <w:t>Така її доля!&lt;br /&gt;</w:t>
        <w:br/>
        <w:t>Зажурилась, заплакала,&lt;br /&gt;</w:t>
        <w:br/>
        <w:t>Як мала дитина.&lt;br /&gt;</w:t>
        <w:br/>
        <w:t>Ніхто її не рятує...&lt;br /&gt;</w:t>
        <w:br/>
        <w:t>Козачество гине;&lt;br /&gt;</w:t>
        <w:br/>
        <w:t>Гине слава, батьківщина;&lt;br /&gt;</w:t>
        <w:br/>
        <w:t>Немає де дітись;&lt;br /&gt;</w:t>
        <w:br/>
        <w:t>Виростають нехрещені&lt;br /&gt;</w:t>
        <w:br/>
        <w:t>Козацькії діти;&lt;br /&gt;</w:t>
        <w:br/>
        <w:t>Кохаються невінчані;&lt;br /&gt;</w:t>
        <w:br/>
        <w:t>Без попа ховають;&lt;br /&gt;</w:t>
        <w:br/>
        <w:t>Запродана жидам віра,&lt;br /&gt;</w:t>
        <w:br/>
        <w:t>В церкву не пускають!&lt;br /&gt;</w:t>
        <w:br/>
        <w:t>Як та галич поле крив,&lt;br /&gt;</w:t>
        <w:br/>
        <w:t>Ляхи, уніати&lt;br /&gt;</w:t>
        <w:br/>
        <w:t>Налітають, — нема кому&lt;br /&gt;</w:t>
        <w:br/>
        <w:t>Порадоньки дати.&lt;br /&gt;</w:t>
        <w:br/>
        <w:t>Обізвався Наливайко —&lt;br /&gt;</w:t>
        <w:br/>
        <w:t>Не стало Кравчини!&lt;br /&gt;</w:t>
        <w:br/>
        <w:t>Обізвавсь козак Павлюга&lt;br /&gt;</w:t>
        <w:br/>
        <w:t>За нею полинув!&lt;br /&gt;</w:t>
        <w:br/>
        <w:t>Обізвавсь Тарас Трясило&lt;br /&gt;</w:t>
        <w:br/>
        <w:t>Гіркими сльозами:&lt;br /&gt;</w:t>
        <w:br/>
        <w:t>"Бідна моя Україно,&lt;br /&gt;</w:t>
        <w:br/>
        <w:t>Стоптана ляхами!"&lt;br /&gt;</w:t>
        <w:br/>
        <w:t>Україно, Україно!&lt;br /&gt;</w:t>
        <w:br/>
        <w:t>Серце моє, ненько!&lt;br /&gt;</w:t>
        <w:br/>
        <w:t>Як згадаю твою долю,&lt;br /&gt;</w:t>
        <w:br/>
        <w:t>Заплаче серденько!&lt;br /&gt;</w:t>
        <w:br/>
        <w:t>Де поділось козачество,&lt;br /&gt;</w:t>
        <w:br/>
        <w:t>Червоні жупани?&lt;br /&gt;</w:t>
        <w:br/>
        <w:t>Де поділась доля-воля,&lt;br /&gt;</w:t>
        <w:br/>
        <w:t>Бунчуки6, гетьмани?&lt;br /&gt;</w:t>
        <w:br/>
        <w:t>Де поділися? Згоріло&lt;br /&gt;</w:t>
        <w:br/>
        <w:t>А чи затопило&lt;br /&gt;</w:t>
        <w:br/>
        <w:t>Синє море твої гори,&lt;br /&gt;</w:t>
        <w:br/>
        <w:t>Високі могили?&lt;br /&gt;</w:t>
        <w:br/>
        <w:t>Мовчать гори, грає море,&lt;br /&gt;</w:t>
        <w:br/>
        <w:t>Могили сумують,&lt;br /&gt;</w:t>
        <w:br/>
        <w:t>А над дітьми козацькими&lt;br /&gt;</w:t>
        <w:br/>
        <w:t>Поганці панують.&lt;br /&gt;</w:t>
        <w:br/>
        <w:t>Грай же, море, мовчіть, гори!&lt;br /&gt;</w:t>
        <w:br/>
        <w:t>Гуляй, буйний, полем!&lt;br /&gt;</w:t>
        <w:br/>
        <w:t>Плачте, діти козацькії, —&lt;br /&gt;</w:t>
        <w:br/>
        <w:t>Така ваша доля!&lt;br /&gt;</w:t>
        <w:br/>
        <w:t>Обізвавсь Тарас Трясило&lt;br /&gt;</w:t>
        <w:br/>
        <w:t>Віру рятовати,&lt;br /&gt;</w:t>
        <w:br/>
        <w:t>Обізвався, орел сизий,&lt;br /&gt;</w:t>
        <w:br/>
        <w:t>Та й дав ляхам знати!&lt;br /&gt;</w:t>
        <w:br/>
        <w:t>Обізвався пан Трясило:&lt;br /&gt;</w:t>
        <w:br/>
        <w:t>"А годі журиться!&lt;br /&gt;</w:t>
        <w:br/>
        <w:t>А ходім лиш, пани-брати,&lt;br /&gt;</w:t>
        <w:br/>
        <w:t>З поляками биться!"</w:t>
      </w:r>
    </w:p>
    <w:p>
      <w:r>
        <w:br/>
        <w:t>Вже не три дні, не три ночі&lt;br /&gt;</w:t>
        <w:br/>
        <w:t>Б'ється пан Трясило.&lt;br /&gt;</w:t>
        <w:br/>
        <w:t>Од Лимана до Трубайла&lt;br /&gt;</w:t>
        <w:br/>
        <w:t>Трупом поле крилось.&lt;br /&gt;</w:t>
        <w:br/>
        <w:t>Ізнемігся козаченько,&lt;br /&gt;</w:t>
        <w:br/>
        <w:t>Тяжко зажурився,&lt;br /&gt;</w:t>
        <w:br/>
        <w:t>А поганий Конецпольський&lt;br /&gt;</w:t>
        <w:br/>
        <w:t>Дуже звеселився;&lt;br /&gt;</w:t>
        <w:br/>
        <w:t>Зібрав шляхту всю докупи&lt;br /&gt;</w:t>
        <w:br/>
        <w:t>Та й ну частовати.&lt;br /&gt;</w:t>
        <w:br/>
        <w:t>Зібрав Тарас козаченьків —&lt;br /&gt;</w:t>
        <w:br/>
        <w:t>Поради прохати:&lt;br /&gt;</w:t>
        <w:br/>
        <w:t>"Отамани товариші,&lt;br /&gt;</w:t>
        <w:br/>
        <w:t>Брати мої, діти!&lt;br /&gt;</w:t>
        <w:br/>
        <w:t>Дайте мені порадоньку,&lt;br /&gt;</w:t>
        <w:br/>
        <w:t>Що будем робити?&lt;br /&gt;</w:t>
        <w:br/>
        <w:t>Бенкетують вражі ляхи —&lt;br /&gt;</w:t>
        <w:br/>
        <w:t>Наше безголов'я".&lt;br /&gt;</w:t>
        <w:br/>
        <w:t>"Нехай собі бенкетують,&lt;br /&gt;</w:t>
        <w:br/>
        <w:t>Нехай на здоров'я!&lt;br /&gt;</w:t>
        <w:br/>
        <w:t>Нехай, кляті, бенкетують,&lt;br /&gt;</w:t>
        <w:br/>
        <w:t>Поки сонце зайде,&lt;br /&gt;</w:t>
        <w:br/>
        <w:t>А ніч-мати дасть пораду, —&lt;br /&gt;</w:t>
        <w:br/>
        <w:t>Козак ляха знайде".</w:t>
      </w:r>
    </w:p>
    <w:p>
      <w:r>
        <w:br/>
        <w:t>Лягло сонце за горою,&lt;br /&gt;</w:t>
        <w:br/>
        <w:t>Зірки засіяли,&lt;br /&gt;</w:t>
        <w:br/>
        <w:t>А козаки, як та хмара,&lt;br /&gt;</w:t>
        <w:br/>
        <w:t>Ляхів обступали.&lt;br /&gt;</w:t>
        <w:br/>
        <w:t>Як став місяць серед неба,&lt;br /&gt;</w:t>
        <w:br/>
        <w:t>Ревнула гармата;&lt;br /&gt;</w:t>
        <w:br/>
        <w:t>Прокинулись ляшки-панки —&lt;br /&gt;</w:t>
        <w:br/>
        <w:t>Нікуди втікати!&lt;br /&gt;</w:t>
        <w:br/>
        <w:t>Прокинулись ляшки-панки,&lt;br /&gt;</w:t>
        <w:br/>
        <w:t>Та й не повставали:&lt;br /&gt;</w:t>
        <w:br/>
        <w:t>Зійшло сонце — ляшки-панки&lt;br /&gt;</w:t>
        <w:br/>
        <w:t>Покотом лежали.</w:t>
      </w:r>
    </w:p>
    <w:p>
      <w:r>
        <w:br/>
        <w:t>Червоною гадюкою&lt;br /&gt;</w:t>
        <w:br/>
        <w:t>Несе Альта вісти,&lt;br /&gt;</w:t>
        <w:br/>
        <w:t>Щоб летіли крюки з поля&lt;br /&gt;</w:t>
        <w:br/>
        <w:t>Ляшків-панків їсти.&lt;br /&gt;</w:t>
        <w:br/>
        <w:t>Налетіли чорні крюки&lt;br /&gt;</w:t>
        <w:br/>
        <w:t>Вельможних будити;&lt;br /&gt;</w:t>
        <w:br/>
        <w:t>Зібралося козачество&lt;br /&gt;</w:t>
        <w:br/>
        <w:t>Богу помолитись.&lt;br /&gt;</w:t>
        <w:br/>
        <w:t>Закрякали чорні крюки,&lt;br /&gt;</w:t>
        <w:br/>
        <w:t>Виймаючи очі;&lt;br /&gt;</w:t>
        <w:br/>
        <w:t>Заспівали козаченьки&lt;br /&gt;</w:t>
        <w:br/>
        <w:t>Пісню тії ночі, —&lt;br /&gt;</w:t>
        <w:br/>
        <w:t>Тії ночі кривавої,&lt;br /&gt;</w:t>
        <w:br/>
        <w:t>Що славною стала&lt;br /&gt;</w:t>
        <w:br/>
        <w:t>Тарасові, козачеству,&lt;br /&gt;</w:t>
        <w:br/>
        <w:t>Ляхів що приспала.</w:t>
      </w:r>
    </w:p>
    <w:p>
      <w:r>
        <w:br/>
        <w:t>Над річкою, в чистім полі,&lt;br /&gt;</w:t>
        <w:br/>
        <w:t>Могила чорніє;&lt;br /&gt;</w:t>
        <w:br/>
        <w:t>Де кров текла козацькая,&lt;br /&gt;</w:t>
        <w:br/>
        <w:t>Трава зеленіє.&lt;br /&gt;</w:t>
        <w:br/>
        <w:t>Сидить ворон на могилі&lt;br /&gt;</w:t>
        <w:br/>
        <w:t>Та з голоду кряче...&lt;br /&gt;</w:t>
        <w:br/>
        <w:t>Згада козак гетьманщину,&lt;br /&gt;</w:t>
        <w:br/>
        <w:t>З гада та й заплаче!"&lt;br /&gt;</w:t>
        <w:br/>
        <w:t>Умовк кобзар, сумуючи:&lt;br /&gt;</w:t>
        <w:br/>
        <w:t>Щось руки не грають.&lt;br /&gt;</w:t>
        <w:br/>
        <w:t>Кругом хлопці та дівчата&lt;br /&gt;</w:t>
        <w:br/>
        <w:t>Слізоньки втирають.</w:t>
      </w:r>
    </w:p>
    <w:p>
      <w:r>
        <w:br/>
        <w:t>Пішов кобзар по улиці —&lt;br /&gt;</w:t>
        <w:br/>
        <w:t>З журби як заграє!&lt;br /&gt;</w:t>
        <w:br/>
        <w:t>Кругом хлопці навприсядки,&lt;br /&gt;</w:t>
        <w:br/>
        <w:t>А він вимовляє:&lt;br /&gt;</w:t>
        <w:br/>
        <w:t>"Нехай буде отакечки!&lt;br /&gt;</w:t>
        <w:br/>
        <w:t>Сидіть, діти, у запечку,&lt;br /&gt;</w:t>
        <w:br/>
        <w:t>А я з журби та до шинку,&lt;br /&gt;</w:t>
        <w:br/>
        <w:t>А там найду свою жінку,&lt;br /&gt;</w:t>
        <w:br/>
        <w:t>Найду жінку, почастую,&lt;br /&gt;</w:t>
        <w:br/>
        <w:t>З вороженьків покепкую".</w:t>
      </w:r>
    </w:p>
    <w:p>
      <w:r>
        <w:br/>
        <w:t>[6 листопада 1838, 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Тарасова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