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Тарасова доля</w:t>
      </w:r>
    </w:p>
    <w:p>
      <w:r>
        <w:br/>
        <w:t xml:space="preserve"> ЯНКА КУПАЛА — Тарасова доля&lt;br /&gt;</w:t>
        <w:br/>
        <w:t>(Пам'яті Тараса Шевченка)</w:t>
      </w:r>
    </w:p>
    <w:p>
      <w:r>
        <w:br/>
        <w:t>I</w:t>
      </w:r>
    </w:p>
    <w:p>
      <w:r>
        <w:br/>
        <w:t>Ходить гомін по Вкраїні&lt;br /&gt;</w:t>
        <w:br/>
        <w:t>У святкових шатах…&lt;br /&gt;</w:t>
        <w:br/>
        <w:t>Гомонить Дніпро зі степом&lt;br /&gt;</w:t>
        <w:br/>
        <w:t>Про велике свято.</w:t>
      </w:r>
    </w:p>
    <w:p>
      <w:r>
        <w:br/>
        <w:t>Тую долю, що колисці&lt;br /&gt;</w:t>
        <w:br/>
        <w:t>Тарас напророчив, —&lt;br /&gt;</w:t>
        <w:br/>
        <w:t>Тую долю чують вуха,&lt;br /&gt;</w:t>
        <w:br/>
        <w:t>Бачать ясні очі.</w:t>
      </w:r>
    </w:p>
    <w:p>
      <w:r>
        <w:br/>
        <w:t>Тая воля, на яку так&lt;br /&gt;</w:t>
        <w:br/>
        <w:t>Тарас сподівався,&lt;br /&gt;</w:t>
        <w:br/>
        <w:t>Загуляла в степу дикім,&lt;br /&gt;</w:t>
        <w:br/>
        <w:t>Сонцем обвилася.</w:t>
      </w:r>
    </w:p>
    <w:p>
      <w:r>
        <w:br/>
        <w:t>Теє щастя, про яке так&lt;br /&gt;</w:t>
        <w:br/>
        <w:t>Тарас вічно марив,&lt;br /&gt;</w:t>
        <w:br/>
        <w:t>У народі на свободі&lt;br /&gt;</w:t>
        <w:br/>
        <w:t>З Кремля господарить.</w:t>
      </w:r>
    </w:p>
    <w:p>
      <w:r>
        <w:br/>
        <w:t>Добрим словом поминає&lt;br /&gt;</w:t>
        <w:br/>
        <w:t>Великого сина&lt;br /&gt;</w:t>
        <w:br/>
        <w:t>Україна молодая,&lt;br /&gt;</w:t>
        <w:br/>
        <w:t>Вільна Україна.</w:t>
      </w:r>
    </w:p>
    <w:p>
      <w:r>
        <w:br/>
        <w:t>ІІ</w:t>
      </w:r>
    </w:p>
    <w:p>
      <w:r>
        <w:br/>
        <w:t>Як його роджала мати, —&lt;br /&gt;</w:t>
        <w:br/>
        <w:t>Не світили зорі,&lt;br /&gt;</w:t>
        <w:br/>
        <w:t>Зуби шкірила неволя,&lt;br /&gt;</w:t>
        <w:br/>
        <w:t>Реготало горе.</w:t>
      </w:r>
    </w:p>
    <w:p>
      <w:r>
        <w:br/>
        <w:t>Пісень радісних, веселих&lt;br /&gt;</w:t>
        <w:br/>
        <w:t>Над ним, у колисці&lt;br /&gt;</w:t>
        <w:br/>
        <w:t>Не співали молодиці&lt;br /&gt;</w:t>
        <w:br/>
        <w:t>Ні здаля, ні зблизька,</w:t>
      </w:r>
    </w:p>
    <w:p>
      <w:r>
        <w:br/>
        <w:t>А як виріс, як піднявся,&lt;br /&gt;</w:t>
        <w:br/>
        <w:t>На свої став ноги,&lt;br /&gt;</w:t>
        <w:br/>
        <w:t>Слідом — панський гніт, кріпацтво,&lt;br /&gt;</w:t>
        <w:br/>
        <w:t>Їх тверді пороги.</w:t>
      </w:r>
    </w:p>
    <w:p>
      <w:r>
        <w:br/>
        <w:t>Круком гнувся між панами,&lt;br /&gt;</w:t>
        <w:br/>
        <w:t>І зітхав несміло,&lt;br /&gt;</w:t>
        <w:br/>
        <w:t>Катували батогами&lt;br /&gt;</w:t>
        <w:br/>
        <w:t>Молодече тіло.</w:t>
      </w:r>
    </w:p>
    <w:p>
      <w:r>
        <w:br/>
        <w:t>Енгельгарти, Енгельгарти!&lt;br /&gt;</w:t>
        <w:br/>
        <w:t>Вже вам не повстати, —&lt;br /&gt;</w:t>
        <w:br/>
        <w:t>Відімстила Україна&lt;br /&gt;</w:t>
        <w:br/>
        <w:t>За дітей і мати.</w:t>
      </w:r>
    </w:p>
    <w:p>
      <w:r>
        <w:br/>
        <w:t>III</w:t>
      </w:r>
    </w:p>
    <w:p>
      <w:r>
        <w:br/>
        <w:t>А було на Україні&lt;br /&gt;</w:t>
        <w:br/>
        <w:t>Темно, як в могилі,&lt;br /&gt;</w:t>
        <w:br/>
        <w:t>Люди гинули, як мухи,&lt;br /&gt;</w:t>
        <w:br/>
        <w:t>В мороці блудили.</w:t>
      </w:r>
    </w:p>
    <w:p>
      <w:r>
        <w:br/>
        <w:t>Ані світла, ні усмішки&lt;br /&gt;</w:t>
        <w:br/>
        <w:t>Хоч би на хвилину, —&lt;br /&gt;</w:t>
        <w:br/>
        <w:t>Нічка вкрила Україну,&lt;br /&gt;</w:t>
        <w:br/>
        <w:t>Чи ж тільки Вкраїну?!</w:t>
      </w:r>
    </w:p>
    <w:p>
      <w:r>
        <w:br/>
        <w:t>І скрипіли, і бряжчали&lt;br /&gt;</w:t>
        <w:br/>
        <w:t>Ланцюги в жалобі,&lt;br /&gt;</w:t>
        <w:br/>
        <w:t>Панство людям ціну склало,&lt;br /&gt;</w:t>
        <w:br/>
        <w:t>Нібито худобі.</w:t>
      </w:r>
    </w:p>
    <w:p>
      <w:r>
        <w:br/>
        <w:t>Продавало та міняло,&lt;br /&gt;</w:t>
        <w:br/>
        <w:t>В карти програвало,&lt;br /&gt;</w:t>
        <w:br/>
        <w:t>Крові, сльозам кінця-краю&lt;br /&gt;</w:t>
        <w:br/>
        <w:t>Бідняцтво не знало.</w:t>
      </w:r>
    </w:p>
    <w:p>
      <w:r>
        <w:br/>
        <w:t>Тої каторги та муки&lt;br /&gt;</w:t>
        <w:br/>
        <w:t>Пером не опишеш.&lt;br /&gt;</w:t>
        <w:br/>
        <w:t>Та минулось. Тільки думку&lt;br /&gt;</w:t>
        <w:br/>
        <w:t>Спомином колише.</w:t>
      </w:r>
    </w:p>
    <w:p>
      <w:r>
        <w:br/>
        <w:t>IV</w:t>
      </w:r>
    </w:p>
    <w:p>
      <w:r>
        <w:br/>
        <w:t>Народився на світ білий&lt;br /&gt;</w:t>
        <w:br/>
        <w:t>І Тарас у путах,&lt;br /&gt;</w:t>
        <w:br/>
        <w:t>Ой, нелегко бути, браття,&lt;br /&gt;</w:t>
        <w:br/>
        <w:t>Змалечку закутим!</w:t>
      </w:r>
    </w:p>
    <w:p>
      <w:r>
        <w:br/>
        <w:t>Я так само народився&lt;br /&gt;</w:t>
        <w:br/>
        <w:t>Під царем, у путах.&lt;br /&gt;</w:t>
        <w:br/>
        <w:t>Спопелити б ту часину,&lt;br /&gt;</w:t>
        <w:br/>
        <w:t>Та навік забути!</w:t>
      </w:r>
    </w:p>
    <w:p>
      <w:r>
        <w:br/>
        <w:t>Пройшли роки. Тарас виріс,&lt;br /&gt;</w:t>
        <w:br/>
        <w:t>Як тополя в полі.&lt;br /&gt;</w:t>
        <w:br/>
        <w:t>Викупляли добрі люди&lt;br /&gt;</w:t>
        <w:br/>
        <w:t>Тараса з неволі.</w:t>
      </w:r>
    </w:p>
    <w:p>
      <w:r>
        <w:br/>
        <w:t>Як брав гроші пан вельможний,&lt;br /&gt;</w:t>
        <w:br/>
        <w:t>Грішними руками,&lt;br /&gt;</w:t>
        <w:br/>
        <w:t>Кров людська на тих дукатах,&lt;br /&gt;</w:t>
        <w:br/>
        <w:t>Жевріла сльозами.</w:t>
      </w:r>
    </w:p>
    <w:p>
      <w:r>
        <w:br/>
        <w:t>Кров закутих батька, мами,&lt;br /&gt;</w:t>
        <w:br/>
        <w:t>Скованого сина,&lt;br /&gt;</w:t>
        <w:br/>
        <w:t>Кров блищала на дукатах&lt;br /&gt;</w:t>
        <w:br/>
        <w:t>Скутої Вкраїни.</w:t>
      </w:r>
    </w:p>
    <w:p>
      <w:r>
        <w:br/>
        <w:t>V</w:t>
      </w:r>
    </w:p>
    <w:p>
      <w:r>
        <w:br/>
        <w:t>По гостинцю білоруськім,&lt;br /&gt;</w:t>
        <w:br/>
        <w:t>В Петербург з Варшави,&lt;br /&gt;</w:t>
        <w:br/>
        <w:t>За каретою, за паном&lt;br /&gt;</w:t>
        <w:br/>
        <w:t>Пнеться хлопець жвавий.</w:t>
      </w:r>
    </w:p>
    <w:p>
      <w:r>
        <w:br/>
        <w:t>Це іде Тарас, невільник,&lt;br /&gt;</w:t>
        <w:br/>
        <w:t>Служка ясне-пана,&lt;br /&gt;</w:t>
        <w:br/>
        <w:t>Пан у золоті. Він бідний,&lt;br /&gt;</w:t>
        <w:br/>
        <w:t>У сорочці рваній.</w:t>
      </w:r>
    </w:p>
    <w:p>
      <w:r>
        <w:br/>
        <w:t>В Білорусії берези&lt;br /&gt;</w:t>
        <w:br/>
        <w:t>Обабіч гостинця&lt;br /&gt;</w:t>
        <w:br/>
        <w:t>Колихали думки шумом&lt;br /&gt;</w:t>
        <w:br/>
        <w:t>Хлопцю-українцю.</w:t>
      </w:r>
    </w:p>
    <w:p>
      <w:r>
        <w:br/>
        <w:t>Гай шумів йому над вухом,&lt;br /&gt;</w:t>
        <w:br/>
        <w:t>Булькали криниці, —&lt;br /&gt;</w:t>
        <w:br/>
        <w:t>Молодий юнак на все це&lt;br /&gt;</w:t>
        <w:br/>
        <w:t>З подивом дивився.</w:t>
      </w:r>
    </w:p>
    <w:p>
      <w:r>
        <w:br/>
        <w:t>Бачив вбогі він хатини,&lt;br /&gt;</w:t>
        <w:br/>
        <w:t>Соломою вкриті,&lt;br /&gt;</w:t>
        <w:br/>
        <w:t>Як і вдома, бідні люди&lt;br /&gt;</w:t>
        <w:br/>
        <w:t>В рабстві мусять жити.</w:t>
      </w:r>
    </w:p>
    <w:p>
      <w:r>
        <w:br/>
        <w:t>VI</w:t>
      </w:r>
    </w:p>
    <w:p>
      <w:r>
        <w:br/>
        <w:t>Чому в серці білоруськім&lt;br /&gt;</w:t>
        <w:br/>
        <w:t>Пісня Тарасова&lt;br /&gt;</w:t>
        <w:br/>
        <w:t>Відгукнулась, заспівала&lt;br /&gt;</w:t>
        <w:br/>
        <w:t>Зрозумілим словом?</w:t>
      </w:r>
    </w:p>
    <w:p>
      <w:r>
        <w:br/>
        <w:t>Чому вітер з України&lt;br /&gt;</w:t>
        <w:br/>
        <w:t>Степовий, крилатий&lt;br /&gt;</w:t>
        <w:br/>
        <w:t>Долітав до Білорусі&lt;br /&gt;</w:t>
        <w:br/>
        <w:t>І влітав до хати?</w:t>
      </w:r>
    </w:p>
    <w:p>
      <w:r>
        <w:br/>
        <w:t>Бо йшла доля білоруса&lt;br /&gt;</w:t>
        <w:br/>
        <w:t>Поруч з українцем&lt;br /&gt;</w:t>
        <w:br/>
        <w:t>Однаково — в горі, в смутку,&lt;br /&gt;</w:t>
        <w:br/>
        <w:t>Тернистим гостинцем.</w:t>
      </w:r>
    </w:p>
    <w:p>
      <w:r>
        <w:br/>
        <w:t>Бо згинались однаково,&lt;br /&gt;</w:t>
        <w:br/>
        <w:t>Звечора і зранку,&lt;br /&gt;</w:t>
        <w:br/>
        <w:t>Шиї в ярмах – і чекали&lt;br /&gt;</w:t>
        <w:br/>
        <w:t>Ясного світанку.</w:t>
      </w:r>
    </w:p>
    <w:p>
      <w:r>
        <w:br/>
        <w:t>Як жилося, як велося,&lt;br /&gt;</w:t>
        <w:br/>
        <w:t>Як марніли сили,&lt;br /&gt;</w:t>
        <w:br/>
        <w:t>Тому свідками усюди&lt;br /&gt;</w:t>
        <w:br/>
        <w:t>Кургани, могили.</w:t>
      </w:r>
    </w:p>
    <w:p>
      <w:r>
        <w:br/>
        <w:t>VII</w:t>
      </w:r>
    </w:p>
    <w:p>
      <w:r>
        <w:br/>
        <w:t>Покохав Тарас дівчину&lt;br /&gt;</w:t>
        <w:br/>
        <w:t>У дитинстві, рано,&lt;br /&gt;</w:t>
        <w:br/>
        <w:t>І до самої до смерті&lt;br /&gt;</w:t>
        <w:br/>
        <w:t>Не забув Оксани.</w:t>
      </w:r>
    </w:p>
    <w:p>
      <w:r>
        <w:br/>
        <w:t>Разом пас свиней із нею,&lt;br /&gt;</w:t>
        <w:br/>
        <w:t>На кульбаби дмухав,&lt;br /&gt;</w:t>
        <w:br/>
        <w:t>Разом мчали аж до річки&lt;br /&gt;</w:t>
        <w:br/>
        <w:t>Босоніж щодуху.</w:t>
      </w:r>
    </w:p>
    <w:p>
      <w:r>
        <w:br/>
        <w:t>Скільки думали обоє,&lt;br /&gt;</w:t>
        <w:br/>
        <w:t>Мріяли щосили, —&lt;br /&gt;</w:t>
        <w:br/>
        <w:t>Знає це лиш степ широкий&lt;br /&gt;</w:t>
        <w:br/>
        <w:t>Та Дніпрові хвилі.</w:t>
      </w:r>
    </w:p>
    <w:p>
      <w:r>
        <w:br/>
        <w:t>Серце мав Тарас велике,&lt;br /&gt;</w:t>
        <w:br/>
        <w:t>Що любити вміло,&lt;br /&gt;</w:t>
        <w:br/>
        <w:t>Очі мав, що вміли плакать&lt;br /&gt;</w:t>
        <w:br/>
        <w:t>По Оксані милій.</w:t>
      </w:r>
    </w:p>
    <w:p>
      <w:r>
        <w:br/>
        <w:t>Гнав з собою пан Тараса&lt;br /&gt;</w:t>
        <w:br/>
        <w:t>З рідної країни,&lt;br /&gt;</w:t>
        <w:br/>
        <w:t>А Оксана йшла шукати&lt;br /&gt;</w:t>
        <w:br/>
        <w:t>Хліба на чужину.</w:t>
      </w:r>
    </w:p>
    <w:p>
      <w:r>
        <w:br/>
        <w:t>VIII</w:t>
      </w:r>
    </w:p>
    <w:p>
      <w:r>
        <w:br/>
        <w:t>Хто б подумав, здогадався,&lt;br /&gt;</w:t>
        <w:br/>
        <w:t>Що в таких кайданах&lt;br /&gt;</w:t>
        <w:br/>
        <w:t>Був Тарас багатий скарбом,&lt;br /&gt;</w:t>
        <w:br/>
        <w:t>Скарбом нездоланним.</w:t>
      </w:r>
    </w:p>
    <w:p>
      <w:r>
        <w:br/>
        <w:t>Ні царі, ні їхні слуги,&lt;br /&gt;</w:t>
        <w:br/>
        <w:t>Не могли забрати,&lt;br /&gt;</w:t>
        <w:br/>
        <w:t>Знищити, спалити, вкрасти&lt;br /&gt;</w:t>
        <w:br/>
        <w:t>Скарб його багатий.</w:t>
      </w:r>
    </w:p>
    <w:p>
      <w:r>
        <w:br/>
        <w:t>А була його багатством,&lt;br /&gt;</w:t>
        <w:br/>
        <w:t>Скарбом небувалим,&lt;br /&gt;</w:t>
        <w:br/>
        <w:t>Його пісня, що з-під серця&lt;br /&gt;</w:t>
        <w:br/>
        <w:t>Співом вилітала.</w:t>
      </w:r>
    </w:p>
    <w:p>
      <w:r>
        <w:br/>
        <w:t>Не тонула пісня в морі,&lt;br /&gt;</w:t>
        <w:br/>
        <w:t>В огні не горіла,&lt;br /&gt;</w:t>
        <w:br/>
        <w:t>Ланцюгами не міг скути&lt;br /&gt;</w:t>
        <w:br/>
        <w:t>Сатрап озвірілий.</w:t>
      </w:r>
    </w:p>
    <w:p>
      <w:r>
        <w:br/>
        <w:t>Малював він і малюнки,&lt;br /&gt;</w:t>
        <w:br/>
        <w:t>Та хоч сили тратив,&lt;br /&gt;</w:t>
        <w:br/>
        <w:t>Не вдалося у неволі&lt;br /&gt;</w:t>
        <w:br/>
        <w:t>Щастя змалювати.</w:t>
      </w:r>
    </w:p>
    <w:p>
      <w:r>
        <w:br/>
        <w:t>IX</w:t>
      </w:r>
    </w:p>
    <w:p>
      <w:r>
        <w:br/>
        <w:t>І не спиться, і не сниться&lt;br /&gt;</w:t>
        <w:br/>
        <w:t>Тарасу на світі,&lt;br /&gt;</w:t>
        <w:br/>
        <w:t>Де не гляне, — скрізь неволя,&lt;br /&gt;</w:t>
        <w:br/>
        <w:t>Плачуть мами, діти.</w:t>
      </w:r>
    </w:p>
    <w:p>
      <w:r>
        <w:br/>
        <w:t>Україна під панами,&lt;br /&gt;</w:t>
        <w:br/>
        <w:t>Під жандармом-царем&lt;br /&gt;</w:t>
        <w:br/>
        <w:t>Сиротою стогне, гине&lt;br /&gt;</w:t>
        <w:br/>
        <w:t>В моторошних марах.</w:t>
      </w:r>
    </w:p>
    <w:p>
      <w:r>
        <w:br/>
        <w:t>Бити ляхів, розбивати&lt;br /&gt;</w:t>
        <w:br/>
        <w:t>Мури і засови! —&lt;br /&gt;</w:t>
        <w:br/>
        <w:t>Зашуміло по Вкраїні&lt;br /&gt;</w:t>
        <w:br/>
        <w:t>Тарасове слово.</w:t>
      </w:r>
    </w:p>
    <w:p>
      <w:r>
        <w:br/>
        <w:t>Усю кривду, і гризоту,&lt;br /&gt;</w:t>
        <w:br/>
        <w:t>Що душила груди,&lt;br /&gt;</w:t>
        <w:br/>
        <w:t>Виливав він на папері,&lt;br /&gt;</w:t>
        <w:br/>
        <w:t>Щоби знали люди.</w:t>
      </w:r>
    </w:p>
    <w:p>
      <w:r>
        <w:br/>
        <w:t>Кликав віршем ліпшу долю,&lt;br /&gt;</w:t>
        <w:br/>
        <w:t>Долю і свободу,&lt;br /&gt;</w:t>
        <w:br/>
        <w:t>Кликав щастя, кликав сонце&lt;br /&gt;</w:t>
        <w:br/>
        <w:t>Для свого народу.</w:t>
      </w:r>
    </w:p>
    <w:p>
      <w:r>
        <w:br/>
        <w:t>X</w:t>
      </w:r>
    </w:p>
    <w:p>
      <w:r>
        <w:br/>
        <w:t>Пішло слово Тарасове&lt;br /&gt;</w:t>
        <w:br/>
        <w:t>Горде, не смиренне, —&lt;br /&gt;</w:t>
        <w:br/>
        <w:t>Знайшла відгук його пісня&lt;br /&gt;</w:t>
        <w:br/>
        <w:t>У людей яремних.</w:t>
      </w:r>
    </w:p>
    <w:p>
      <w:r>
        <w:br/>
        <w:t>Люди очі протирали,&lt;br /&gt;</w:t>
        <w:br/>
        <w:t>Видивлялись волі.&lt;br /&gt;</w:t>
        <w:br/>
        <w:t>— Тарас, правду нам співаєш, —&lt;br /&gt;</w:t>
        <w:br/>
        <w:t>Не вмовкай ніколи!</w:t>
      </w:r>
    </w:p>
    <w:p>
      <w:r>
        <w:br/>
        <w:t>А царя, його придворних,&lt;br /&gt;</w:t>
        <w:br/>
        <w:t>І панів кривавих&lt;br /&gt;</w:t>
        <w:br/>
        <w:t>Огорнув страх від такої&lt;br /&gt;</w:t>
        <w:br/>
        <w:t>Бунтарської з'яви.</w:t>
      </w:r>
    </w:p>
    <w:p>
      <w:r>
        <w:br/>
        <w:t>Думу думали, як краще&lt;br /&gt;</w:t>
        <w:br/>
        <w:t>Тараса карати,&lt;br /&gt;</w:t>
        <w:br/>
        <w:t>Чи на полі, на кургані,&lt;br /&gt;</w:t>
        <w:br/>
        <w:t>Чи в батьковій хаті.</w:t>
      </w:r>
    </w:p>
    <w:p>
      <w:r>
        <w:br/>
        <w:t>Карою його карали,&lt;br /&gt;</w:t>
        <w:br/>
        <w:t>Щоб німим зробився,&lt;br /&gt;</w:t>
        <w:br/>
        <w:t>Щоб складати свої пісні&lt;br /&gt;</w:t>
        <w:br/>
        <w:t>Навік розучився.</w:t>
      </w:r>
    </w:p>
    <w:p>
      <w:r>
        <w:br/>
        <w:t>XI</w:t>
      </w:r>
    </w:p>
    <w:p>
      <w:r>
        <w:br/>
        <w:t>Ой, шлях каторжний, нелегкий,&lt;br /&gt;</w:t>
        <w:br/>
        <w:t>Витоптаний горем,&lt;br /&gt;</w:t>
        <w:br/>
        <w:t>Вкритий людськими костями,&lt;br /&gt;</w:t>
        <w:br/>
        <w:t>Вимитий сліз морем!</w:t>
      </w:r>
    </w:p>
    <w:p>
      <w:r>
        <w:br/>
        <w:t>Повіяла по ним, холодним,&lt;br /&gt;</w:t>
        <w:br/>
        <w:t>Тарасова доля&lt;br /&gt;</w:t>
        <w:br/>
        <w:t>Через хащі, через нетрі,&lt;br /&gt;</w:t>
        <w:br/>
        <w:t>Крізь безлюдне поле.</w:t>
      </w:r>
    </w:p>
    <w:p>
      <w:r>
        <w:br/>
        <w:t>Як самотньо. Спробуй крикни —&lt;br /&gt;</w:t>
        <w:br/>
        <w:t>Хоч би відгук! – тихо,&lt;br /&gt;</w:t>
        <w:br/>
        <w:t>Тільки раптом звір завиє&lt;br /&gt;</w:t>
        <w:br/>
        <w:t>Очманілим сміхом.</w:t>
      </w:r>
    </w:p>
    <w:p>
      <w:r>
        <w:br/>
        <w:t>Ой, загнав тебе, Тарасе,&lt;br /&gt;</w:t>
        <w:br/>
        <w:t>Ниций цар-душитель!&lt;br /&gt;</w:t>
        <w:br/>
        <w:t>У труну уклав живого,&lt;br /&gt;</w:t>
        <w:br/>
        <w:t>Щоб не думав жити.</w:t>
      </w:r>
    </w:p>
    <w:p>
      <w:r>
        <w:br/>
        <w:t>Тарасове горе, муки&lt;br /&gt;</w:t>
        <w:br/>
        <w:t>Камінь тільки бачить,&lt;br /&gt;</w:t>
        <w:br/>
        <w:t>Та шумливий вітер чує,&lt;br /&gt;</w:t>
        <w:br/>
        <w:t>Як нещасний плаче.</w:t>
      </w:r>
    </w:p>
    <w:p>
      <w:r>
        <w:br/>
        <w:t>XII</w:t>
      </w:r>
    </w:p>
    <w:p>
      <w:r>
        <w:br/>
        <w:t>Орська цитадель — в'язниця,&lt;br /&gt;</w:t>
        <w:br/>
        <w:t>Та з царським указом:&lt;br /&gt;</w:t>
        <w:br/>
        <w:t>За перо як і за пензель&lt;br /&gt;</w:t>
        <w:br/>
        <w:t>Не братись ні разу.</w:t>
      </w:r>
    </w:p>
    <w:p>
      <w:r>
        <w:br/>
        <w:t>Щоб не брався і не думав&lt;br /&gt;</w:t>
        <w:br/>
        <w:t>Дум своїх свавільних.&lt;br /&gt;</w:t>
        <w:br/>
        <w:t>Ось яку отримав кару&lt;br /&gt;</w:t>
        <w:br/>
        <w:t>Пісняр підневільний!</w:t>
      </w:r>
    </w:p>
    <w:p>
      <w:r>
        <w:br/>
        <w:t>А уві сні — батьківщина,&lt;br /&gt;</w:t>
        <w:br/>
        <w:t>Степ, травинку кожну, —&lt;br /&gt;</w:t>
        <w:br/>
        <w:t>Малював би хоч і кров'ю, —&lt;br /&gt;</w:t>
        <w:br/>
        <w:t>І кров'ю не можна…</w:t>
      </w:r>
    </w:p>
    <w:p>
      <w:r>
        <w:br/>
        <w:t>Думки лізуть, виливав би&lt;br /&gt;</w:t>
        <w:br/>
        <w:t>На папері, шкірі,&lt;br /&gt;</w:t>
        <w:br/>
        <w:t>Шкіру і папір невинний&lt;br /&gt;</w:t>
        <w:br/>
        <w:t>Відібрали, звірі.</w:t>
      </w:r>
    </w:p>
    <w:p>
      <w:r>
        <w:br/>
        <w:t>Чахне, сохне, відірваний&lt;br /&gt;</w:t>
        <w:br/>
        <w:t>Від рідної ниви,&lt;br /&gt;</w:t>
        <w:br/>
        <w:t>Під солдатською п'ятою,&lt;br /&gt;</w:t>
        <w:br/>
        <w:t>Тарас нещасливий.</w:t>
      </w:r>
    </w:p>
    <w:p>
      <w:r>
        <w:br/>
        <w:t>XIII</w:t>
      </w:r>
    </w:p>
    <w:p>
      <w:r>
        <w:br/>
        <w:t>Тої кари жорстокої&lt;br /&gt;</w:t>
        <w:br/>
        <w:t>Не жадай нікому!&lt;br /&gt;</w:t>
        <w:br/>
        <w:t>Повертав Тарас з неволі&lt;br /&gt;</w:t>
        <w:br/>
        <w:t>В неволю додому.</w:t>
      </w:r>
    </w:p>
    <w:p>
      <w:r>
        <w:br/>
        <w:t>З'їло царське покарання&lt;br /&gt;</w:t>
        <w:br/>
        <w:t>Тарасову силу, —&lt;br /&gt;</w:t>
        <w:br/>
        <w:t>Менш дивився вже на небо,&lt;br /&gt;</w:t>
        <w:br/>
        <w:t>Більше на могилу.</w:t>
      </w:r>
    </w:p>
    <w:p>
      <w:r>
        <w:br/>
        <w:t>Але пісень, пісень гожих&lt;br /&gt;</w:t>
        <w:br/>
        <w:t>Не забув складати,&lt;br /&gt;</w:t>
        <w:br/>
        <w:t>Не забув у піснях-думах&lt;br /&gt;</w:t>
        <w:br/>
        <w:t>Україну-мати.</w:t>
      </w:r>
    </w:p>
    <w:p>
      <w:r>
        <w:br/>
        <w:t>Він писав би свої думи&lt;br /&gt;</w:t>
        <w:br/>
        <w:t>Може, кров'ю й далі,&lt;br /&gt;</w:t>
        <w:br/>
        <w:t>Але з жил його сатрапи&lt;br /&gt;</w:t>
        <w:br/>
        <w:t>Кров повипивали.</w:t>
      </w:r>
    </w:p>
    <w:p>
      <w:r>
        <w:br/>
        <w:t>Ласо висмоктали гади&lt;br /&gt;</w:t>
        <w:br/>
        <w:t>Кров йому з-під серця.&lt;br /&gt;</w:t>
        <w:br/>
        <w:t>Пам'ять хай про цю наругу&lt;br /&gt;</w:t>
        <w:br/>
        <w:t>Вічно збережеться!</w:t>
      </w:r>
    </w:p>
    <w:p>
      <w:r>
        <w:br/>
        <w:t>XIV</w:t>
      </w:r>
    </w:p>
    <w:p>
      <w:r>
        <w:br/>
        <w:t>І помер Тарас. Неволя&lt;br /&gt;</w:t>
        <w:br/>
        <w:t>З горем погубили.&lt;br /&gt;</w:t>
        <w:br/>
        <w:t>У Дніпрі журливо-сумно&lt;br /&gt;</w:t>
        <w:br/>
        <w:t>Зашуміли хвилі.</w:t>
      </w:r>
    </w:p>
    <w:p>
      <w:r>
        <w:br/>
        <w:t>Поплили Дніпрові хвилі&lt;br /&gt;</w:t>
        <w:br/>
        <w:t>Аж у синє море.&lt;br /&gt;</w:t>
        <w:br/>
        <w:t>Хай розкажуть хвилі світу&lt;br /&gt;</w:t>
        <w:br/>
        <w:t>Про велике горе.</w:t>
      </w:r>
    </w:p>
    <w:p>
      <w:r>
        <w:br/>
        <w:t>І заплакала Вкраїна, —&lt;br /&gt;</w:t>
        <w:br/>
        <w:t>Плакала немало, —&lt;br /&gt;</w:t>
        <w:br/>
        <w:t>Як ховала свого сина,&lt;br /&gt;</w:t>
        <w:br/>
        <w:t>Пісняра ховала.</w:t>
      </w:r>
    </w:p>
    <w:p>
      <w:r>
        <w:br/>
        <w:t>Насип сипали високий&lt;br /&gt;</w:t>
        <w:br/>
        <w:t>Над Ревучим синім,&lt;br /&gt;</w:t>
        <w:br/>
        <w:t>Щоб далеко видно було&lt;br /&gt;</w:t>
        <w:br/>
        <w:t>По всій Україні.</w:t>
      </w:r>
    </w:p>
    <w:p>
      <w:r>
        <w:br/>
        <w:t>Спить Тарас, відпочиває&lt;br /&gt;</w:t>
        <w:br/>
        <w:t>В домовині тісній,&lt;br /&gt;</w:t>
        <w:br/>
        <w:t>Не спить лише між народом,&lt;br /&gt;</w:t>
        <w:br/>
        <w:t>Не спить його пісня.</w:t>
      </w:r>
    </w:p>
    <w:p>
      <w:r>
        <w:br/>
        <w:t>XV</w:t>
      </w:r>
    </w:p>
    <w:p>
      <w:r>
        <w:br/>
        <w:t>Гей, Тарас, якби збудився&lt;br /&gt;</w:t>
        <w:br/>
        <w:t>Ти, устав з могили,&lt;br /&gt;</w:t>
        <w:br/>
        <w:t>І поглянув на Вкраїну,&lt;br /&gt;</w:t>
        <w:br/>
        <w:t>Пісняре наш милий!</w:t>
      </w:r>
    </w:p>
    <w:p>
      <w:r>
        <w:br/>
        <w:t>Ой, побачив би ти диво&lt;br /&gt;</w:t>
        <w:br/>
        <w:t>На степу широкім!&lt;br /&gt;</w:t>
        <w:br/>
        <w:t>Новим словом привітав би&lt;br /&gt;</w:t>
        <w:br/>
        <w:t>Дніпро синьоокий.</w:t>
      </w:r>
    </w:p>
    <w:p>
      <w:r>
        <w:br/>
        <w:t>На твоїй землі квітчастій&lt;br /&gt;</w:t>
        <w:br/>
        <w:t>Сонце ясно світить,&lt;br /&gt;</w:t>
        <w:br/>
        <w:t>Не згинають пліч у ярмах&lt;br /&gt;</w:t>
        <w:br/>
        <w:t>Ні батьки, ні діти.</w:t>
      </w:r>
    </w:p>
    <w:p>
      <w:r>
        <w:br/>
        <w:t>Бджолами господарюють&lt;br /&gt;</w:t>
        <w:br/>
        <w:t>Самі собі люди.&lt;br /&gt;</w:t>
        <w:br/>
        <w:t>Будівництво йде казкове, –&lt;br /&gt;</w:t>
        <w:br/>
        <w:t>Ніби справжнє чудо!</w:t>
      </w:r>
    </w:p>
    <w:p>
      <w:r>
        <w:br/>
        <w:t>Ані сліз тих, ані горя,&lt;br /&gt;</w:t>
        <w:br/>
        <w:t>Ні царя, ні пана!&lt;br /&gt;</w:t>
        <w:br/>
        <w:t>Ех, Кобзар, якби збудився –&lt;br /&gt;</w:t>
        <w:br/>
        <w:t>На Вкраїну глянув!..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