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Там, у степу, схрестилися дороги...</w:t>
      </w:r>
    </w:p>
    <w:p>
      <w:r>
        <w:br/>
        <w:t xml:space="preserve"> Там, у степу, схрестилися дороги,&lt;br /&gt;</w:t>
        <w:br/>
        <w:t>Немов у герці дикому мечі,&lt;br /&gt;</w:t>
        <w:br/>
        <w:t>І час неспинний, стиснувши остроги,&lt;br /&gt;</w:t>
        <w:br/>
        <w:t>Над ними чвалить вранці і вночі.</w:t>
      </w:r>
    </w:p>
    <w:p>
      <w:r>
        <w:br/>
        <w:t>Мовчать над ними голубі хорали,&lt;br /&gt;</w:t>
        <w:br/>
        <w:t>У травах стежка свище, мов батіг.&lt;br /&gt;</w:t>
        <w:br/>
        <w:t>О, скільки доль навіки розрубали&lt;br /&gt;</w:t>
        <w:br/>
        <w:t>Мечі прадавніх схрещених доріг!</w:t>
      </w:r>
    </w:p>
    <w:p>
      <w:r>
        <w:br/>
        <w:t>Ми ще йдемо. Ти щось мені говориш.&lt;br /&gt;</w:t>
        <w:br/>
        <w:t>Твоя краса цвіте в моїх очах.&lt;br /&gt;</w:t>
        <w:br/>
        <w:t>Але скажи: чи ти зі мною поруч&lt;br /&gt;</w:t>
        <w:br/>
        <w:t>Пройдеш безтрепетно по схрещених мечах?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Там, у степу, схрестилися дороги...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