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такий конклав: ніхто не помирав...</w:t>
      </w:r>
    </w:p>
    <w:p>
      <w:r>
        <w:br/>
        <w:t xml:space="preserve"> такий конклав: ніхто не помирав</w:t>
      </w:r>
    </w:p>
    <w:p>
      <w:r>
        <w:br/>
        <w:t>усі хто міг добралися уплав</w:t>
      </w:r>
    </w:p>
    <w:p>
      <w:r>
        <w:br/>
        <w:t>а хто не вмів той дошукався броду</w:t>
      </w:r>
    </w:p>
    <w:p>
      <w:r>
        <w:br/>
        <w:t>вода загусла як від слів коран</w:t>
      </w:r>
    </w:p>
    <w:p>
      <w:r>
        <w:br/>
        <w:t>гірке повидло з непокритих ран</w:t>
      </w:r>
    </w:p>
    <w:p>
      <w:r>
        <w:br/>
        <w:t>губилося на жовті нігті глоду</w:t>
      </w:r>
    </w:p>
    <w:p>
      <w:r>
        <w:br/>
        <w:t>&lt;br /&gt;</w:t>
        <w:br/>
        <w:t>місцями простір лився через край</w:t>
      </w:r>
    </w:p>
    <w:p>
      <w:r>
        <w:br/>
        <w:t>липким теплом відригувався чай</w:t>
      </w:r>
    </w:p>
    <w:p>
      <w:r>
        <w:br/>
        <w:t>і спазми підкрадалися до горла</w:t>
      </w:r>
    </w:p>
    <w:p>
      <w:r>
        <w:br/>
        <w:t>усі живі то нащо цей похід</w:t>
      </w:r>
    </w:p>
    <w:p>
      <w:r>
        <w:br/>
        <w:t>короткий ліс застеле білий світ</w:t>
      </w:r>
    </w:p>
    <w:p>
      <w:r>
        <w:br/>
        <w:t>і кождого нужденного пригорне</w:t>
      </w:r>
    </w:p>
    <w:p>
      <w:r>
        <w:br/>
        <w:t>&lt;br /&gt;</w:t>
        <w:br/>
        <w:t>оказія заснути під кущем</w:t>
      </w:r>
    </w:p>
    <w:p>
      <w:r>
        <w:br/>
        <w:t>плече стелити вкритися плечем</w:t>
      </w:r>
    </w:p>
    <w:p>
      <w:r>
        <w:br/>
        <w:t>обкорувати пересохле тіло</w:t>
      </w:r>
    </w:p>
    <w:p>
      <w:r>
        <w:br/>
        <w:t>розбещена осиплеться вода</w:t>
      </w:r>
    </w:p>
    <w:p>
      <w:r>
        <w:br/>
        <w:t>солоний вовк забризне по слідах</w:t>
      </w:r>
    </w:p>
    <w:p>
      <w:r>
        <w:br/>
        <w:t>і крайні упадуть під страхом звіра</w:t>
      </w:r>
    </w:p>
    <w:p>
      <w:r>
        <w:br/>
        <w:t>&lt;br /&gt;</w:t>
        <w:br/>
        <w:t>хтось переможе першим – от і все</w:t>
      </w:r>
    </w:p>
    <w:p>
      <w:r>
        <w:br/>
        <w:t>нема нікого хто смолу несе</w:t>
      </w:r>
    </w:p>
    <w:p>
      <w:r>
        <w:br/>
        <w:t>не будучи прирученим смолою</w:t>
      </w:r>
    </w:p>
    <w:p>
      <w:r>
        <w:br/>
        <w:t>а відірвати – голос потече</w:t>
      </w:r>
    </w:p>
    <w:p>
      <w:r>
        <w:br/>
        <w:t>і вкриє ніч надкушене плече</w:t>
      </w:r>
    </w:p>
    <w:p>
      <w:r>
        <w:br/>
        <w:t>&lt;br /&gt;</w:t>
        <w:br/>
        <w:t>хто ж зважиться лишитися зо мною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такий конклав: ніхто не помирав...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