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Таке не повторяється ніде (збірка)</w:t>
      </w:r>
    </w:p>
    <w:p>
      <w:r>
        <w:br/>
        <w:t xml:space="preserve"> ОДНЕ СОНЦЕ</w:t>
      </w:r>
    </w:p>
    <w:p>
      <w:r>
        <w:br/>
        <w:t>Те диво з див було раненько-вранці:&lt;br /&gt;</w:t>
        <w:br/>
        <w:t>виходив День з-за київських горбів&lt;br /&gt;</w:t>
        <w:br/>
        <w:t>і напинав такі великі п’яльці,&lt;br /&gt;</w:t>
        <w:br/>
        <w:t>що всеньке небо помістить зумів.</w:t>
      </w:r>
    </w:p>
    <w:p>
      <w:r>
        <w:br/>
        <w:t>Тоді помалу серед полотнини, —&lt;br /&gt;</w:t>
        <w:br/>
        <w:t>аж погляду не можна відвести, —&lt;br /&gt;</w:t>
        <w:br/>
        <w:t>мов золотом розшив посередині&lt;br /&gt;</w:t>
        <w:br/>
        <w:t>те сонце, що одне на всі світи.</w:t>
      </w:r>
    </w:p>
    <w:p>
      <w:r>
        <w:br/>
        <w:t>ПАЖ ВЕСНИ</w:t>
      </w:r>
    </w:p>
    <w:p>
      <w:r>
        <w:br/>
        <w:t>Весна розпочинає вернісаж, —&lt;br /&gt;</w:t>
        <w:br/>
        <w:t>злетілися шпаки її вітати.&lt;br /&gt;</w:t>
        <w:br/>
        <w:t>Однині Вітер у Весни — мов паж:&lt;br /&gt;</w:t>
        <w:br/>
        <w:t>за нею ходить назирці — по п’ятах.</w:t>
      </w:r>
    </w:p>
    <w:p>
      <w:r>
        <w:br/>
        <w:t>Вона ж така раденька. Й залюбки&lt;br /&gt;</w:t>
        <w:br/>
        <w:t>весь час міняє щось на вернісажах.&lt;br /&gt;</w:t>
        <w:br/>
        <w:t>Уже злетілись навіть ластівки,&lt;br /&gt;</w:t>
        <w:br/>
        <w:t>а Вітер досі у Весни за пажа.</w:t>
      </w:r>
    </w:p>
    <w:p>
      <w:r>
        <w:br/>
        <w:t>ЩЕ ЛІТО</w:t>
      </w:r>
    </w:p>
    <w:p>
      <w:r>
        <w:br/>
        <w:t>Скільки тут ще літа,&lt;br /&gt;</w:t>
        <w:br/>
        <w:t>літа,&lt;br /&gt;</w:t>
        <w:br/>
        <w:t>літа, —&lt;br /&gt;</w:t>
        <w:br/>
        <w:t>в нього досі молода хода.&lt;br /&gt;</w:t>
        <w:br/>
        <w:t>Ще верба зелена. Пахне жито.&lt;br /&gt;</w:t>
        <w:br/>
        <w:t>І бодай листок — не опада!</w:t>
      </w:r>
    </w:p>
    <w:p>
      <w:r>
        <w:br/>
        <w:t>Тут так легко і просторо дихать!&lt;br /&gt;</w:t>
        <w:br/>
        <w:t>Скільки всюди стежок і доріг!&lt;br /&gt;</w:t>
        <w:br/>
        <w:t>Ця — співуча,&lt;br /&gt;</w:t>
        <w:br/>
        <w:t>а он та он — тиха.&lt;br /&gt;</w:t>
        <w:br/>
        <w:t>Й сонце — князь небесний — угорі!</w:t>
      </w:r>
    </w:p>
    <w:p>
      <w:r>
        <w:br/>
        <w:t>КВІТЧАСТИЙ ВІРШ</w:t>
      </w:r>
    </w:p>
    <w:p>
      <w:r>
        <w:br/>
        <w:t>Квітчасте Літо у квітчастім платті&lt;br /&gt;</w:t>
        <w:br/>
        <w:t>квітчастою стежиною іде.&lt;br /&gt;</w:t>
        <w:br/>
        <w:t>Квітчасто засвітилося латаття,&lt;br /&gt;</w:t>
        <w:br/>
        <w:t>квітчаста бджілонька над мальвами гуде.</w:t>
      </w:r>
    </w:p>
    <w:p>
      <w:r>
        <w:br/>
        <w:t>І небо-жайвір дзвонить кольорами&lt;br /&gt;</w:t>
        <w:br/>
        <w:t>та й падає у став на саме дно.&lt;br /&gt;</w:t>
        <w:br/>
        <w:t>З красивими квітчастими вітрами&lt;br /&gt;</w:t>
        <w:br/>
        <w:t>веде сьогодні Літо свій танок.</w:t>
      </w:r>
    </w:p>
    <w:p>
      <w:r>
        <w:br/>
        <w:t>КОРОЛЮВАННЯ</w:t>
      </w:r>
    </w:p>
    <w:p>
      <w:r>
        <w:br/>
        <w:t>Посеред неба сонце королює.&lt;br /&gt;</w:t>
        <w:br/>
        <w:t>Посеред лугу — його брат горицвіт.&lt;br /&gt;</w:t>
        <w:br/>
        <w:t>Ізранку день пейзажі помалює,&lt;br /&gt;</w:t>
        <w:br/>
        <w:t>до вечора вони, гляди, і вицвітуть.</w:t>
      </w:r>
    </w:p>
    <w:p>
      <w:r>
        <w:br/>
        <w:t>А вечір, як прилине, то надворі&lt;br /&gt;</w:t>
        <w:br/>
        <w:t>простеле в небі темне полотно, —&lt;br /&gt;</w:t>
        <w:br/>
        <w:t>Тоді закоролюють уже зорі!&lt;br /&gt;</w:t>
        <w:br/>
        <w:t>Ану поглянь, хто хоче, у вікно!</w:t>
      </w:r>
    </w:p>
    <w:p>
      <w:r>
        <w:br/>
        <w:t>СІРЕ ВСЕ</w:t>
      </w:r>
    </w:p>
    <w:p>
      <w:r>
        <w:br/>
        <w:t>Сірий дах.&lt;br /&gt;</w:t>
        <w:br/>
        <w:t>Сірий птах.&lt;br /&gt;</w:t>
        <w:br/>
        <w:t>Сіра хмарка.</w:t>
      </w:r>
    </w:p>
    <w:p>
      <w:r>
        <w:br/>
        <w:t>Пес в кущах.&lt;br /&gt;</w:t>
        <w:br/>
        <w:t>Кущ в дощах.&lt;br /&gt;</w:t>
        <w:br/>
        <w:t>В дверях — шпарка.</w:t>
      </w:r>
    </w:p>
    <w:p>
      <w:r>
        <w:br/>
        <w:t>Сад. Село.&lt;br /&gt;</w:t>
        <w:br/>
        <w:t>Тиша. Сон.&lt;br /&gt;</w:t>
        <w:br/>
        <w:t>Дві пір’їни.</w:t>
      </w:r>
    </w:p>
    <w:p>
      <w:r>
        <w:br/>
        <w:t>Чи було?&lt;br /&gt;</w:t>
        <w:br/>
        <w:t>Не було!&lt;br /&gt;</w:t>
        <w:br/>
        <w:t>Мов з картини.</w:t>
      </w:r>
    </w:p>
    <w:p>
      <w:r>
        <w:br/>
        <w:t>Знов зима&lt;br /&gt;</w:t>
        <w:br/>
        <w:t>обійма&lt;br /&gt;</w:t>
        <w:br/>
        <w:t>білі віти.</w:t>
      </w:r>
    </w:p>
    <w:p>
      <w:r>
        <w:br/>
        <w:t>Крадькома&lt;br /&gt;</w:t>
        <w:br/>
        <w:t>по домах&lt;br /&gt;</w:t>
        <w:br/>
        <w:t>ходять квіти.</w:t>
      </w:r>
    </w:p>
    <w:p>
      <w:r>
        <w:br/>
        <w:t>ГОЙДАННЯ</w:t>
      </w:r>
    </w:p>
    <w:p>
      <w:r>
        <w:br/>
        <w:t>Вітер гойдає берізку.&lt;br /&gt;</w:t>
        <w:br/>
        <w:t>Берізка гойдає пташку.&lt;br /&gt;</w:t>
        <w:br/>
        <w:t>Пташка гойдає пісню.</w:t>
      </w:r>
    </w:p>
    <w:p>
      <w:r>
        <w:br/>
        <w:t>Квітка гойдає метелика.&lt;br /&gt;</w:t>
        <w:br/>
        <w:t>Метелик гойдає травичку.&lt;br /&gt;</w:t>
        <w:br/>
        <w:t>А кого травичка гойдає?</w:t>
      </w:r>
    </w:p>
    <w:p>
      <w:r>
        <w:br/>
        <w:t>Со-няч-но-го зай-чи-ка,&lt;br /&gt;</w:t>
        <w:br/>
        <w:t>що боїться лоскоту&lt;br /&gt;</w:t>
        <w:br/>
        <w:t>і втікає в кущі.</w:t>
      </w:r>
    </w:p>
    <w:p>
      <w:r>
        <w:br/>
        <w:t>БОСИЙ КОНИК</w:t>
      </w:r>
    </w:p>
    <w:p>
      <w:r>
        <w:br/>
        <w:t>Конику, конику,&lt;br /&gt;</w:t>
        <w:br/>
        <w:t>ти хіба не чув,&lt;br /&gt;</w:t>
        <w:br/>
        <w:t>що не ходять&lt;br /&gt;</w:t>
        <w:br/>
        <w:t>коники взуті&lt;br /&gt;</w:t>
        <w:br/>
        <w:t>по дощу?</w:t>
      </w:r>
    </w:p>
    <w:p>
      <w:r>
        <w:br/>
        <w:t>Слизько тоді&lt;br /&gt;</w:t>
        <w:br/>
        <w:t>ніженькам&lt;br /&gt;</w:t>
        <w:br/>
        <w:t>по траві —&lt;br /&gt;</w:t>
        <w:br/>
        <w:t>чи тих ніжок&lt;br /&gt;</w:t>
        <w:br/>
        <w:t>двісті,&lt;br /&gt;</w:t>
        <w:br/>
        <w:t>а чи дві.</w:t>
      </w:r>
    </w:p>
    <w:p>
      <w:r>
        <w:br/>
        <w:t>ЦЕ МОГЛО Б БУТИ</w:t>
      </w:r>
    </w:p>
    <w:p>
      <w:r>
        <w:br/>
        <w:t>Нікого немає вдома.&lt;br /&gt;</w:t>
        <w:br/>
        <w:t>Тільки тиша.&lt;br /&gt;</w:t>
        <w:br/>
        <w:t>І якось отак зненацька&lt;br /&gt;</w:t>
        <w:br/>
        <w:t>могла б шарудіти миша.</w:t>
      </w:r>
    </w:p>
    <w:p>
      <w:r>
        <w:br/>
        <w:t>Тоді довелося б миші&lt;br /&gt;</w:t>
        <w:br/>
        <w:t>разом із нами жити,&lt;br /&gt;</w:t>
        <w:br/>
        <w:t>щоб могла вона в тиші&lt;br /&gt;</w:t>
        <w:br/>
        <w:t>хоч якось пошарудіти.</w:t>
      </w:r>
    </w:p>
    <w:p>
      <w:r>
        <w:br/>
        <w:t>ЗОРЕПАД</w:t>
      </w:r>
    </w:p>
    <w:p>
      <w:r>
        <w:br/>
        <w:t>Небо підставило пелену&lt;br /&gt;</w:t>
        <w:br/>
        <w:t>й нападало в неї зірок —&lt;br /&gt;</w:t>
        <w:br/>
        <w:t>малих, маленьких,&lt;br /&gt;</w:t>
        <w:br/>
        <w:t>ще меншеньких:&lt;br /&gt;</w:t>
        <w:br/>
        <w:t>цілий стіжок.</w:t>
      </w:r>
    </w:p>
    <w:p>
      <w:r>
        <w:br/>
        <w:t>Хотів упасти ще й місяць.&lt;br /&gt;</w:t>
        <w:br/>
        <w:t>Та добре, що не упав.&lt;br /&gt;</w:t>
        <w:br/>
        <w:t>Небо струсило пелену —&lt;br /&gt;</w:t>
        <w:br/>
        <w:t>і небозвід запалав.</w:t>
      </w:r>
    </w:p>
    <w:p>
      <w:r>
        <w:br/>
        <w:t>ОЦЕ ЩЕ Й ТАК БУВА!</w:t>
      </w:r>
    </w:p>
    <w:p>
      <w:r>
        <w:br/>
        <w:t>Мій давній друже Кроте,&lt;br /&gt;</w:t>
        <w:br/>
        <w:t>не сиди в норі!&lt;br /&gt;</w:t>
        <w:br/>
        <w:t>А сядь отут, навпроти,&lt;br /&gt;</w:t>
        <w:br/>
        <w:t>о літяній порі.</w:t>
      </w:r>
    </w:p>
    <w:p>
      <w:r>
        <w:br/>
        <w:t>Послухав мене Кріт&lt;br /&gt;</w:t>
        <w:br/>
        <w:t>і вийшов із нори.&lt;br /&gt;</w:t>
        <w:br/>
        <w:t>Дививсь на білий світ&lt;br /&gt;</w:t>
        <w:br/>
        <w:t>він день...&lt;br /&gt;</w:t>
        <w:br/>
        <w:t>і два...&lt;br /&gt;</w:t>
        <w:br/>
        <w:t>і три...</w:t>
      </w:r>
    </w:p>
    <w:p>
      <w:r>
        <w:br/>
        <w:t>І все шептав: — Дива!&lt;br /&gt;</w:t>
        <w:br/>
        <w:t>Оце ще й так бува?&lt;br /&gt;</w:t>
        <w:br/>
        <w:t>Чого ж сидіть в норі&lt;br /&gt;</w:t>
        <w:br/>
        <w:t>о літяній порі?</w:t>
      </w:r>
    </w:p>
    <w:p>
      <w:r>
        <w:br/>
        <w:t>МАЛЕНЬКИЙ ХВОЩИК&lt;br /&gt;</w:t>
        <w:br/>
        <w:t>І ВЕЛИКИЙ ХВОЩ</w:t>
      </w:r>
    </w:p>
    <w:p>
      <w:r>
        <w:br/>
        <w:t>Сказав Маленький Хвощик&lt;br /&gt;</w:t>
        <w:br/>
        <w:t>Великому Хвощу:&lt;br /&gt;</w:t>
        <w:br/>
        <w:t>— Ховаймося під кущик&lt;br /&gt;</w:t>
        <w:br/>
        <w:t>від грому і дощу!</w:t>
      </w:r>
    </w:p>
    <w:p>
      <w:r>
        <w:br/>
        <w:t>— Навіщо нам ховатись, —&lt;br /&gt;</w:t>
        <w:br/>
        <w:t>сказав Великий Хвощ.&lt;br /&gt;</w:t>
        <w:br/>
        <w:t>— Для тебе і для мене&lt;br /&gt;</w:t>
        <w:br/>
        <w:t>то справжнє свято — Дощ.</w:t>
      </w:r>
    </w:p>
    <w:p>
      <w:r>
        <w:br/>
        <w:t>Для тебе і для мене&lt;br /&gt;</w:t>
        <w:br/>
        <w:t>то справжнє свято — Грім!&lt;br /&gt;</w:t>
        <w:br/>
        <w:t>Він хай собі гуркоче,&lt;br /&gt;</w:t>
        <w:br/>
        <w:t>а ми собі — мовчім!</w:t>
      </w:r>
    </w:p>
    <w:p>
      <w:r>
        <w:br/>
        <w:t>НЕХАЙ ПОСЛУХА ДЯДЬКО ГРІМ</w:t>
      </w:r>
    </w:p>
    <w:p>
      <w:r>
        <w:br/>
        <w:t>— Покатайте, дядечку,&lt;br /&gt;</w:t>
        <w:br/>
        <w:t>на своїх санчатах!&lt;br /&gt;</w:t>
        <w:br/>
        <w:t>Покажіть, які вони?&lt;br /&gt;</w:t>
        <w:br/>
        <w:t>Чи такі, як сняться?&lt;br /&gt;</w:t>
        <w:br/>
        <w:t>Як гу-гу-зугуркають,&lt;br /&gt;</w:t>
        <w:br/>
        <w:t>як гу-гу-загримають,&lt;br /&gt;</w:t>
        <w:br/>
        <w:t>як гу-гу — одненький раз,&lt;br /&gt;</w:t>
        <w:br/>
        <w:t>як гу-гу й не раз.&lt;br /&gt;</w:t>
        <w:br/>
        <w:t>Полозками мигають,&lt;br /&gt;</w:t>
        <w:br/>
        <w:t>мов сліпучі блискавки,&lt;br /&gt;</w:t>
        <w:br/>
        <w:t>викупані дощиком,&lt;br /&gt;</w:t>
        <w:br/>
        <w:t>і не так — по-срібному!&lt;br /&gt;</w:t>
        <w:br/>
        <w:t>Як гу-гу-загуркають,&lt;br /&gt;</w:t>
        <w:br/>
        <w:t>як гу-гу-загримають,&lt;br /&gt;</w:t>
        <w:br/>
        <w:t>та й гу-гу-відкотяться, —&lt;br /&gt;</w:t>
        <w:br/>
        <w:t>тільки й бачив їх.&lt;br /&gt;</w:t>
        <w:br/>
        <w:t>Покатайте ж, дядечку,&lt;br /&gt;</w:t>
        <w:br/>
        <w:t>на гу-гу-санчатах!</w:t>
      </w:r>
    </w:p>
    <w:p>
      <w:r>
        <w:br/>
        <w:t>БЕНКЕТ ДЛЯ БЕЗДОМКІВ</w:t>
      </w:r>
    </w:p>
    <w:p>
      <w:r>
        <w:br/>
        <w:t>Каже Хатня Мурашка&lt;br /&gt;</w:t>
        <w:br/>
        <w:t>Мурашкам Лісовим:&lt;br /&gt;</w:t>
        <w:br/>
        <w:t>— Добре, що ви навідалась&lt;br /&gt;</w:t>
        <w:br/>
        <w:t>саме на цю пору.&lt;br /&gt;</w:t>
        <w:br/>
        <w:t>У мене — бенкет&lt;br /&gt;</w:t>
        <w:br/>
        <w:t>для таких, як ви, бездомків.&lt;br /&gt;</w:t>
        <w:br/>
        <w:t>Я насушила крихіток,&lt;br /&gt;</w:t>
        <w:br/>
        <w:t>напасла цукерочок,&lt;br /&gt;</w:t>
        <w:br/>
        <w:t>джему наварила,&lt;br /&gt;</w:t>
        <w:br/>
        <w:t>соку надавила.&lt;br /&gt;</w:t>
        <w:br/>
        <w:t>Так мені хотілося,&lt;br /&gt;</w:t>
        <w:br/>
        <w:t>щоб гості бездомні&lt;br /&gt;</w:t>
        <w:br/>
        <w:t>нагрілися,&lt;br /&gt;</w:t>
        <w:br/>
        <w:t>наїлися,&lt;br /&gt;</w:t>
        <w:br/>
        <w:t>напилися,&lt;br /&gt;</w:t>
        <w:br/>
        <w:t>щоб оцей бенкет їм&lt;br /&gt;</w:t>
        <w:br/>
        <w:t>довго-довго&lt;br /&gt;</w:t>
        <w:br/>
        <w:t>снився,&lt;br /&gt;</w:t>
        <w:br/>
        <w:t>коли ляжуть спати&lt;br /&gt;</w:t>
        <w:br/>
        <w:t>там, де немає&lt;br /&gt;</w:t>
        <w:br/>
        <w:t>ні ліжка,&lt;br /&gt;</w:t>
        <w:br/>
        <w:t>ні ковдри,&lt;br /&gt;</w:t>
        <w:br/>
        <w:t>ні хати!</w:t>
      </w:r>
    </w:p>
    <w:p>
      <w:r>
        <w:br/>
        <w:t>МОДНЮЩІ КОТИКИ&lt;br /&gt;</w:t>
        <w:br/>
        <w:t>Й МОДНЮЩІ КИЦІ</w:t>
      </w:r>
    </w:p>
    <w:p>
      <w:r>
        <w:br/>
        <w:t>Це — моднющі котики:&lt;br /&gt;</w:t>
        <w:br/>
        <w:t>в горошок животики,&lt;br /&gt;</w:t>
        <w:br/>
        <w:t>смугасто-сірі спинки,&lt;br /&gt;</w:t>
        <w:br/>
        <w:t>гладенькі, мов перинки,&lt;br /&gt;</w:t>
        <w:br/>
        <w:t>ще й змалечку вусаті —&lt;br /&gt;</w:t>
        <w:br/>
        <w:t>Бавляться у хаті.</w:t>
      </w:r>
    </w:p>
    <w:p>
      <w:r>
        <w:br/>
        <w:t>А це — моднющі киці:&lt;br /&gt;</w:t>
        <w:br/>
        <w:t>білесенькі на лиця,&lt;br /&gt;</w:t>
        <w:br/>
        <w:t>вушка — як вуглинки,&lt;br /&gt;</w:t>
        <w:br/>
        <w:t>очі — намистинки,&lt;br /&gt;</w:t>
        <w:br/>
        <w:t>ще й змалку волохаті —&lt;br /&gt;</w:t>
        <w:br/>
        <w:t>бавляться у хаті.</w:t>
      </w:r>
    </w:p>
    <w:p>
      <w:r>
        <w:br/>
        <w:t>Коли б тим котикам&lt;br /&gt;</w:t>
        <w:br/>
        <w:t>про киць отих знаття,&lt;br /&gt;</w:t>
        <w:br/>
        <w:t>Хіба у них було б&lt;br /&gt;</w:t>
        <w:br/>
        <w:t>таке життя?!</w:t>
      </w:r>
    </w:p>
    <w:p>
      <w:r>
        <w:br/>
        <w:t>КУЩ ЧИ ДЕРЕВО?</w:t>
      </w:r>
    </w:p>
    <w:p>
      <w:r>
        <w:br/>
        <w:t>Якщо колись&lt;br /&gt;</w:t>
        <w:br/>
        <w:t>макове зерня&lt;br /&gt;</w:t>
        <w:br/>
        <w:t>ляже у землю&lt;br /&gt;</w:t>
        <w:br/>
        <w:t>й не проросте,&lt;br /&gt;</w:t>
        <w:br/>
        <w:t>то, мабуть,&lt;br /&gt;</w:t>
        <w:br/>
        <w:t>якась дівчинка —&lt;br /&gt;</w:t>
        <w:br/>
        <w:t>Катруся,&lt;br /&gt;</w:t>
        <w:br/>
        <w:t>Ганнуся&lt;br /&gt;</w:t>
        <w:br/>
        <w:t>чи Ясочка —&lt;br /&gt;</w:t>
        <w:br/>
        <w:t>спитає своєї бабусі:&lt;br /&gt;</w:t>
        <w:br/>
        <w:t>— А мак —&lt;br /&gt;</w:t>
        <w:br/>
        <w:t>кущ чи дерево?&lt;br /&gt;</w:t>
        <w:br/>
        <w:t>Якщо дерево,&lt;br /&gt;</w:t>
        <w:br/>
        <w:t>то скільки років&lt;br /&gt;</w:t>
        <w:br/>
        <w:t>воно росте?</w:t>
      </w:r>
    </w:p>
    <w:p>
      <w:r>
        <w:br/>
        <w:t>Я ХОЧУ...</w:t>
      </w:r>
    </w:p>
    <w:p>
      <w:r>
        <w:br/>
        <w:t>Я хочу, щоб квіти нашого саду&lt;br /&gt;</w:t>
        <w:br/>
        <w:t>проголосили Мальву&lt;br /&gt;</w:t>
        <w:br/>
        <w:t>королевою на п’ять років.</w:t>
      </w:r>
    </w:p>
    <w:p>
      <w:r>
        <w:br/>
        <w:t>Я хочу, щоб під вікнами&lt;br /&gt;</w:t>
        <w:br/>
        <w:t>білої хати&lt;br /&gt;</w:t>
        <w:br/>
        <w:t>з Великим Скрипковим Концертом&lt;br /&gt;</w:t>
        <w:br/>
        <w:t>виступив Зелений Коник.</w:t>
      </w:r>
    </w:p>
    <w:p>
      <w:r>
        <w:br/>
        <w:t>Я хочу, щоб Літо, ніби кіно,&lt;br /&gt;</w:t>
        <w:br/>
        <w:t>мало щасливий кінець.</w:t>
      </w:r>
    </w:p>
    <w:p>
      <w:r>
        <w:br/>
        <w:t>Я хочу, щоб наш лелека&lt;br /&gt;</w:t>
        <w:br/>
        <w:t>і в Африці знав,&lt;br /&gt;</w:t>
        <w:br/>
        <w:t>що його гніздо&lt;br /&gt;</w:t>
        <w:br/>
        <w:t>замкнено на ключ&lt;br /&gt;</w:t>
        <w:br/>
        <w:t>до його повернення,&lt;br /&gt;</w:t>
        <w:br/>
        <w:t>а ключ заховано&lt;br /&gt;</w:t>
        <w:br/>
        <w:t>у дуплі старої груші.</w:t>
      </w:r>
    </w:p>
    <w:p>
      <w:r>
        <w:br/>
        <w:t>ДЕ ТОЙ ДОЩ?</w:t>
      </w:r>
    </w:p>
    <w:p>
      <w:r>
        <w:br/>
        <w:t>Ходить дощ у синім капелюсі,&lt;br /&gt;</w:t>
        <w:br/>
        <w:t>із прозорою сережкою у вусі,&lt;br /&gt;</w:t>
        <w:br/>
        <w:t>в чоботях з високими підборами —&lt;br /&gt;</w:t>
        <w:br/>
        <w:t>долами, садочками і горами.&lt;br /&gt;</w:t>
        <w:br/>
        <w:t>Ходить дощ по чагарях у лісі,&lt;br /&gt;</w:t>
        <w:br/>
        <w:t>по хатині — на зеленій стрісі</w:t>
      </w:r>
    </w:p>
    <w:p>
      <w:r>
        <w:br/>
        <w:t>і ніде-ніде не присідає...&lt;br /&gt;</w:t>
        <w:br/>
        <w:t>А скажіть, чи хто на світі знає,&lt;br /&gt;</w:t>
        <w:br/>
        <w:t>де той дощ, коли його немає?</w:t>
      </w:r>
    </w:p>
    <w:p>
      <w:r>
        <w:br/>
        <w:t>ПІВЕНЬ</w:t>
      </w:r>
    </w:p>
    <w:p>
      <w:r>
        <w:br/>
        <w:t>Ти хто — я не знаю&lt;br /&gt;</w:t>
        <w:br/>
        <w:t>й дивуюсь на те:&lt;br /&gt;</w:t>
        <w:br/>
        <w:t>ти той, що співає,&lt;br /&gt;</w:t>
        <w:br/>
        <w:t>чи той, що цвіте?</w:t>
      </w:r>
    </w:p>
    <w:p>
      <w:r>
        <w:br/>
        <w:t>Ти той, що на ґанку,&lt;br /&gt;</w:t>
        <w:br/>
        <w:t>чи той, що в саду?&lt;br /&gt;</w:t>
        <w:br/>
        <w:t>— Я з самого ранку&lt;br /&gt;</w:t>
        <w:br/>
        <w:t>піснями цвіту!</w:t>
      </w:r>
    </w:p>
    <w:p>
      <w:r>
        <w:br/>
        <w:t>Я вмію співати!&lt;br /&gt;</w:t>
        <w:br/>
        <w:t>Я вмію цвісти!&lt;br /&gt;</w:t>
        <w:br/>
        <w:t>Мене відгадати&lt;br /&gt;</w:t>
        <w:br/>
        <w:t>зумієш і ти!</w:t>
      </w:r>
    </w:p>
    <w:p>
      <w:r>
        <w:br/>
        <w:t>ПІЗНІЙ ПЕЙЗАЖ</w:t>
      </w:r>
    </w:p>
    <w:p>
      <w:r>
        <w:br/>
        <w:t>Ясне й прозоре полотно полів.&lt;br /&gt;</w:t>
        <w:br/>
        <w:t>Вітри —&lt;br /&gt;</w:t>
        <w:br/>
        <w:t>в калинових вінках червоних.&lt;br /&gt;</w:t>
        <w:br/>
        <w:t>Останній передсніжний цвіт землі.&lt;br /&gt;</w:t>
        <w:br/>
        <w:t>Це знову — вперше.&lt;br /&gt;</w:t>
        <w:br/>
        <w:t>Знову — як ніколи.</w:t>
      </w:r>
    </w:p>
    <w:p>
      <w:r>
        <w:br/>
        <w:t>УЧОРА Й СЬОГОДНІ</w:t>
      </w:r>
    </w:p>
    <w:p>
      <w:r>
        <w:br/>
        <w:t>Вже хмари такі осінні,&lt;br /&gt;</w:t>
        <w:br/>
        <w:t>вже зайчик аж дуже сірий.</w:t>
      </w:r>
    </w:p>
    <w:p>
      <w:r>
        <w:br/>
        <w:t>Вже листя з моєї тополі&lt;br /&gt;</w:t>
        <w:br/>
        <w:t>постелено просто долі.</w:t>
      </w:r>
    </w:p>
    <w:p>
      <w:r>
        <w:br/>
        <w:t>Учора була травинка,&lt;br /&gt;</w:t>
        <w:br/>
        <w:t>сьогодні — суха бадилинка.</w:t>
      </w:r>
    </w:p>
    <w:p>
      <w:r>
        <w:br/>
        <w:t>А їй павучок до ранку&lt;br /&gt;</w:t>
        <w:br/>
        <w:t>висновує колисанку.</w:t>
      </w:r>
    </w:p>
    <w:p>
      <w:r>
        <w:br/>
        <w:t>Удосвіта павучатка&lt;br /&gt;</w:t>
        <w:br/>
        <w:t>нумо й собі колихатки.</w:t>
      </w:r>
    </w:p>
    <w:p>
      <w:r>
        <w:br/>
        <w:t>Аж поки сонечко встане —&lt;br /&gt;</w:t>
        <w:br/>
        <w:t>розійдеться сон... розтане...</w:t>
      </w:r>
    </w:p>
    <w:p>
      <w:r>
        <w:br/>
        <w:t>ДО ОСІННЬОГО ЛИСТОЧКА</w:t>
      </w:r>
    </w:p>
    <w:p>
      <w:r>
        <w:br/>
        <w:t>Що тобі, листочку,&lt;br /&gt;</w:t>
        <w:br/>
        <w:t>що тобі, маленький?&lt;br /&gt;</w:t>
        <w:br/>
        <w:t>Як тобі лежати&lt;br /&gt;</w:t>
        <w:br/>
        <w:t>на землі сиренькій?&lt;br /&gt;</w:t>
        <w:br/>
        <w:t>Як тобі не спати&lt;br /&gt;</w:t>
        <w:br/>
        <w:t>під холодним вітром?&lt;br /&gt;</w:t>
        <w:br/>
        <w:t>Де тебе на зиму&lt;br /&gt;</w:t>
        <w:br/>
        <w:t>до весни подіти?</w:t>
      </w:r>
    </w:p>
    <w:p>
      <w:r>
        <w:br/>
        <w:t>СКІЛЬКИ?</w:t>
      </w:r>
    </w:p>
    <w:p>
      <w:r>
        <w:br/>
        <w:t>Скільки у сонця промінчиків?&lt;br /&gt;</w:t>
        <w:br/>
        <w:t>А скільки хмарок у небі?&lt;br /&gt;</w:t>
        <w:br/>
        <w:t>А скільки піщинок на березі річки?&lt;br /&gt;</w:t>
        <w:br/>
        <w:t>А скільки хвиль у Дніпрі?&lt;br /&gt;</w:t>
        <w:br/>
        <w:t>А скільки пір’їнок у сойки?&lt;br /&gt;</w:t>
        <w:br/>
        <w:t>А скільки луски на рибці?&lt;br /&gt;</w:t>
        <w:br/>
        <w:t>А скільки солов’їв у діброві?&lt;br /&gt;</w:t>
        <w:br/>
        <w:t>А скільки пушинок у кульбабки?&lt;br /&gt;</w:t>
        <w:br/>
        <w:t>А скільки голочок у смереки?&lt;br /&gt;</w:t>
        <w:br/>
        <w:t>А скільки у їжачка?&lt;br /&gt;</w:t>
        <w:br/>
        <w:t>А скільки разів ти скажеш мені "не знаю"?&lt;br /&gt;</w:t>
        <w:br/>
        <w:t>Не бійся, кажи, кажи, я ж не боюсь.&lt;br /&gt;</w:t>
        <w:br/>
        <w:t>Бо на такі запитання&lt;br /&gt;</w:t>
        <w:br/>
        <w:t>відповідь тільки така.</w:t>
      </w:r>
    </w:p>
    <w:p>
      <w:r>
        <w:br/>
        <w:t>ТАКЕ НЕ ПОВТОРЯЄТЬСЯ</w:t>
      </w:r>
    </w:p>
    <w:p>
      <w:r>
        <w:br/>
        <w:t>Великий Вечір і Маленький Вечір.&lt;br /&gt;</w:t>
        <w:br/>
        <w:t>Великий День і Просто Собі День.&lt;br /&gt;</w:t>
        <w:br/>
        <w:t>Із м’яти. Із любистку. Чи лелечий.&lt;br /&gt;</w:t>
        <w:br/>
        <w:t>Таке не повторяється ніде.</w:t>
      </w:r>
    </w:p>
    <w:p>
      <w:r>
        <w:br/>
        <w:t>Таке береш і носиш із собою —&lt;br /&gt;</w:t>
        <w:br/>
        <w:t>так легко, ніби хмарка хмаренят.&lt;br /&gt;</w:t>
        <w:br/>
        <w:t>А вечори стоять, немов горою.&lt;br /&gt;</w:t>
        <w:br/>
        <w:t>А дні пливуть, мов двійко гусенят.</w:t>
      </w:r>
    </w:p>
    <w:p>
      <w:r>
        <w:br/>
        <w:t>ЯК ВЕСНА УСІХ БУДИЛА</w:t>
      </w:r>
    </w:p>
    <w:p>
      <w:r>
        <w:br/>
        <w:t>Ти, берізко біла,&lt;br /&gt;</w:t>
        <w:br/>
        <w:t>чом стоїш без діла?&lt;br /&gt;</w:t>
        <w:br/>
        <w:t>Розпускайся, прибирайся,&lt;br /&gt;</w:t>
        <w:br/>
        <w:t>з ясен-сонечком вітайся.</w:t>
      </w:r>
    </w:p>
    <w:p>
      <w:r>
        <w:br/>
        <w:t>Ти, мала тополе,&lt;br /&gt;</w:t>
        <w:br/>
        <w:t>вибігай у поле.&lt;br /&gt;</w:t>
        <w:br/>
        <w:t>Розпускайся, прибирайся,&lt;br /&gt;</w:t>
        <w:br/>
        <w:t>з ясен-сонечком вітайся.</w:t>
      </w:r>
    </w:p>
    <w:p>
      <w:r>
        <w:br/>
        <w:t>Ти, густа калино,&lt;br /&gt;</w:t>
        <w:br/>
        <w:t>розбуди шипшину.&lt;br /&gt;</w:t>
        <w:br/>
        <w:t>Розпускайтесь, прибирайтесь,&lt;br /&gt;</w:t>
        <w:br/>
        <w:t>з ясен-сонечком вітайтесь.</w:t>
      </w:r>
    </w:p>
    <w:p>
      <w:r>
        <w:br/>
        <w:t>Ти, чорнява вишне,&lt;br /&gt;</w:t>
        <w:br/>
        <w:t>на край саду вийшла.&lt;br /&gt;</w:t>
        <w:br/>
        <w:t>Розпускайся, прибирайся,&lt;br /&gt;</w:t>
        <w:br/>
        <w:t>з ясен-сонечком вітайся.</w:t>
      </w:r>
    </w:p>
    <w:p>
      <w:r>
        <w:br/>
        <w:t>ЦІЄЇ НОЧІ</w:t>
      </w:r>
    </w:p>
    <w:p>
      <w:r>
        <w:br/>
        <w:t>Приснилося Сивій Хмарі,&lt;br /&gt;</w:t>
        <w:br/>
        <w:t>що вона вже — на все небо.&lt;br /&gt;</w:t>
        <w:br/>
        <w:t>Що вона вже з Вітром у парі&lt;br /&gt;</w:t>
        <w:br/>
        <w:t>погнула дерева, як стебла.</w:t>
      </w:r>
    </w:p>
    <w:p>
      <w:r>
        <w:br/>
        <w:t>Й така ж вона пелехата!&lt;br /&gt;</w:t>
        <w:br/>
        <w:t>Така вона сива-сива!&lt;br /&gt;</w:t>
        <w:br/>
        <w:t>І небо тепер для неї —&lt;br /&gt;</w:t>
        <w:br/>
        <w:t>немов королівський трон...&lt;br /&gt;</w:t>
        <w:br/>
        <w:t>Чи ж спалось цієї ночі&lt;br /&gt;</w:t>
        <w:br/>
        <w:t>(а спалось — то що приснилось)&lt;br /&gt;</w:t>
        <w:br/>
        <w:t>квітці, що спить у лісі,&lt;br /&gt;</w:t>
        <w:br/>
        <w:t>квітці, що зветься с о н?</w:t>
      </w:r>
    </w:p>
    <w:p>
      <w:r>
        <w:br/>
        <w:t>ПАСУ МЕТЕЛИКИ</w:t>
      </w:r>
    </w:p>
    <w:p>
      <w:r>
        <w:br/>
        <w:t>Пасу метелики.&lt;br /&gt;</w:t>
        <w:br/>
        <w:t>Один — мені почав лічилку.&lt;br /&gt;</w:t>
        <w:br/>
        <w:t>А другий третьому сказав:&lt;br /&gt;</w:t>
        <w:br/>
        <w:t>— Летімо по сестричку!</w:t>
      </w:r>
    </w:p>
    <w:p>
      <w:r>
        <w:br/>
        <w:t>Знайшли сестричку,&lt;br /&gt;</w:t>
        <w:br/>
        <w:t>бо вона у холодку сиділа.&lt;br /&gt;</w:t>
        <w:br/>
        <w:t>Та ще хвалилася:&lt;br /&gt;</w:t>
        <w:br/>
        <w:t>— Оце&lt;br /&gt;</w:t>
        <w:br/>
        <w:t>всю землю облетіла.&lt;br /&gt;</w:t>
        <w:br/>
        <w:t>Метеликів там стільки, ну...&lt;br /&gt;</w:t>
        <w:br/>
        <w:t>Та стільки, скільки схочу!&lt;br /&gt;</w:t>
        <w:br/>
        <w:t>Їх можна полічить тоді,&lt;br /&gt;</w:t>
        <w:br/>
        <w:t>як стануть у рядочок!</w:t>
      </w:r>
    </w:p>
    <w:p>
      <w:r>
        <w:br/>
        <w:t>ПРОЗОРА НІЧ</w:t>
      </w:r>
    </w:p>
    <w:p>
      <w:r>
        <w:br/>
        <w:t>Ніч така прозора, ніби світиться.&lt;br /&gt;</w:t>
        <w:br/>
        <w:t>І так довго, що й сама не знає.&lt;br /&gt;</w:t>
        <w:br/>
        <w:t>А на білій хмарці проти місяця&lt;br /&gt;</w:t>
        <w:br/>
        <w:t>зіронька манюсінька гуляє.</w:t>
      </w:r>
    </w:p>
    <w:p>
      <w:r>
        <w:br/>
        <w:t>ОСІНЬ</w:t>
      </w:r>
    </w:p>
    <w:p>
      <w:r>
        <w:br/>
        <w:t>Ще не спала, але вже й не чула,&lt;br /&gt;</w:t>
        <w:br/>
        <w:t>Хто ж то плаче:&lt;br /&gt;</w:t>
        <w:br/>
        <w:t>річка?&lt;br /&gt;</w:t>
        <w:br/>
        <w:t>вітер?&lt;br /&gt;</w:t>
        <w:br/>
        <w:t>гай?&lt;br /&gt;</w:t>
        <w:br/>
        <w:t>Продощила. Процвіла.&lt;br /&gt;</w:t>
        <w:br/>
        <w:t>І — проминула...&lt;br /&gt;</w:t>
        <w:br/>
        <w:t>На добраніч, Осене! Бувай!</w:t>
      </w:r>
    </w:p>
    <w:p>
      <w:r>
        <w:br/>
        <w:t>РАПТОМ ЗАЦВІЛА КАЛИНА</w:t>
      </w:r>
    </w:p>
    <w:p>
      <w:r>
        <w:br/>
        <w:t>Дощі стоять горою.&lt;br /&gt;</w:t>
        <w:br/>
        <w:t>Туман ляга долиною.&lt;br /&gt;</w:t>
        <w:br/>
        <w:t>І хмари такі довгі,&lt;br /&gt;</w:t>
        <w:br/>
        <w:t>як гусячі листи.&lt;br /&gt;</w:t>
        <w:br/>
        <w:t>А горобець ще зраночку&lt;br /&gt;</w:t>
        <w:br/>
        <w:t>цвіргоче над калиною:&lt;br /&gt;</w:t>
        <w:br/>
        <w:t>— А що ти влітку думала?&lt;br /&gt;</w:t>
        <w:br/>
        <w:t>Оце тепер — цвісти?</w:t>
      </w:r>
    </w:p>
    <w:p>
      <w:r>
        <w:br/>
        <w:t>БЕЗКІНЕЧНИЙ ТАНОК</w:t>
      </w:r>
    </w:p>
    <w:p>
      <w:r>
        <w:br/>
        <w:t>Нумо-нумо танцювати!&lt;br /&gt;</w:t>
        <w:br/>
        <w:t>А кого ж до танцю брати?&lt;br /&gt;</w:t>
        <w:br/>
        <w:t>— Чечіточку!&lt;br /&gt;</w:t>
        <w:br/>
        <w:t>Чечіточка — мов квіточка:&lt;br /&gt;</w:t>
        <w:br/>
        <w:t>танок веселий водить.</w:t>
      </w:r>
    </w:p>
    <w:p>
      <w:r>
        <w:br/>
        <w:t>Нумо-нумо танцювати!&lt;br /&gt;</w:t>
        <w:br/>
        <w:t>А кого ж до танцю брати?&lt;br /&gt;</w:t>
        <w:br/>
        <w:t>— Ворона!&lt;br /&gt;</w:t>
        <w:br/>
        <w:t>А той ворон — забув гонор:&lt;br /&gt;</w:t>
        <w:br/>
        <w:t>танок веселий водить.</w:t>
      </w:r>
    </w:p>
    <w:p>
      <w:r>
        <w:br/>
        <w:t>Нумо-нумо танцювати!&lt;br /&gt;</w:t>
        <w:br/>
        <w:t>А кого ж до танцю брати?&lt;br /&gt;</w:t>
        <w:br/>
        <w:t>— Синичку!&lt;br /&gt;</w:t>
        <w:br/>
        <w:t>А синичка, мов сестричка,&lt;br /&gt;</w:t>
        <w:br/>
        <w:t>танок веселий водить.</w:t>
      </w:r>
    </w:p>
    <w:p>
      <w:r>
        <w:br/>
        <w:t>Нумо-нумо танцювавати!&lt;br /&gt;</w:t>
        <w:br/>
        <w:t>А кого ж до танцю брати?&lt;br /&gt;</w:t>
        <w:br/>
        <w:t>— Горобчика!&lt;br /&gt;</w:t>
        <w:br/>
        <w:t>А горобчик, як той хлопчик,&lt;br /&gt;</w:t>
        <w:br/>
        <w:t>танок веселий водить.</w:t>
      </w:r>
    </w:p>
    <w:p>
      <w:r>
        <w:br/>
        <w:t>Нумо-нумо танцювати!&lt;br /&gt;</w:t>
        <w:br/>
        <w:t>А кого ж до танцю брати?&lt;br /&gt;</w:t>
        <w:br/>
        <w:t>— Ганночку!&lt;br /&gt;</w:t>
        <w:br/>
        <w:t>А Ганочка, мов павочка:&lt;br /&gt;</w:t>
        <w:br/>
        <w:t>танок веселий водить.</w:t>
      </w:r>
    </w:p>
    <w:p>
      <w:r>
        <w:br/>
        <w:t>Нумо-нумо танцювати!&lt;br /&gt;</w:t>
        <w:br/>
        <w:t>А кого ж до танцю брати?&lt;br /&gt;</w:t>
        <w:br/>
        <w:t>— І оцього, і отого,&lt;br /&gt;</w:t>
        <w:br/>
        <w:t>що круг дуба зеленого&lt;br /&gt;</w:t>
        <w:br/>
        <w:t>танок веселий водять!</w:t>
      </w:r>
    </w:p>
    <w:p>
      <w:r>
        <w:br/>
        <w:t>КОЛИСКОВА</w:t>
      </w:r>
    </w:p>
    <w:p>
      <w:r>
        <w:br/>
        <w:t>Сплять сороки, снігурі&lt;br /&gt;</w:t>
        <w:br/>
        <w:t>й ангели-нічниці.&lt;br /&gt;</w:t>
        <w:br/>
        <w:t>Сплять ялинки у дворі,&lt;br /&gt;</w:t>
        <w:br/>
        <w:t>і зайці, й лисиці.</w:t>
      </w:r>
    </w:p>
    <w:p>
      <w:r>
        <w:br/>
        <w:t>Спить ведмедик Вінні-Пух&lt;br /&gt;</w:t>
        <w:br/>
        <w:t>і золота рибка.&lt;br /&gt;</w:t>
        <w:br/>
        <w:t>За вікном мороз ущух, —&lt;br /&gt;</w:t>
        <w:br/>
        <w:t>засинає шибка.</w:t>
      </w:r>
    </w:p>
    <w:p>
      <w:r>
        <w:br/>
        <w:t>Сплять і кактус, і примула,&lt;br /&gt;</w:t>
        <w:br/>
        <w:t>ляля, мама й тато.&lt;br /&gt;</w:t>
        <w:br/>
        <w:t>Ти, колисочко, забула —&lt;br /&gt;</w:t>
        <w:br/>
        <w:t>нам пора вже спати.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Таке не повторяється ніде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