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Так воно показує</w:t>
      </w:r>
    </w:p>
    <w:p>
      <w:r>
        <w:br/>
        <w:t xml:space="preserve"> &lt;p&gt;Усе довкола ставало дедалі напруженішим, настороженим, тривожним... І знайомі селянські обличчя стали не такі, як завжди,— щось затаїлося в них, різко відмежувалося. Зустрічаючись, селяни, як і раніше, віталися з своїм паном, перші скидали шапки, але в очах їхніх Микола Петрович Лебединський бачив ледве прихований подив: "Як — ти ще не втік, пане? На що ж ти сподіваєшся ще?" І нечисленна прислуга, що жила з ними в маєтку не один рік, тепер, слухаючи розпорядження Миколи Петровича чи Софії Аркадіївни, наче прислухалася ще до якогось голосу, тільки їй чутного.</w:t>
      </w:r>
    </w:p>
    <w:p>
      <w:r>
        <w:br/>
        <w:t>Темні листопадові ночі в цю першу революційну осінь здавалися ще темнішими, ще тягучішими й безнастанними. А коли опівночі над дальніми поміщицькими економіями здіймалися зловісні заграви, здіймалися тихо, без дзвону на сполох, без плачу й крику,— не тільки Софії Арка-діївни, а й Миколі Петровичу довго не спалося, вчувалися за вікнами чиїсь притишені підступні кроки, приглушений хижий посвист, наче там, за стіною, в непроглядній садовій пітьмі хтось заносив над головою гострого розбійницького ножа..</w:t>
      </w:r>
    </w:p>
    <w:p>
      <w:r>
        <w:br/>
        <w:t>Ще з кінця літа дехто з далекоглядних їхніх знайомих поміщиків, бачачи, що діло на тонке пряде, подався до Полтави й Харкова, деякі прямували одразу до далекого Києва, а позавчора повз їхній хутір промчали, не заїхавши навіть, як то водилося раніше, сусіди по землі — Прищепіни, не такі вже й багаті та родовиті пани. Лиш Микола Петрович Лебединський нікуди не рипався й зовсім не збирався виїздити з свого насидженого, від батьків ще успадкованого хутора. Зовні він видавався навіть спокійним, немовби нічого особливого не сталося й ніщо йому серйозне не загрожує. Тільки уникав тепер ходити без крайньої потреби по селу, що починалося недалеко за його хутором, став убиратися простіше й перший раз за довгі роки не наважився цієї осені ганяти по спустілих полях зайців хортами. Не слід нерозважливо дратувати панськими витівками мужиків.</w:t>
      </w:r>
    </w:p>
    <w:p>
      <w:r>
        <w:br/>
        <w:t>Своїх односельців він не боявся, перед ними можна було й далі лишатися поміщиком, паном, але по селу ходили, тепер уже не криючись, розлючені дезертири, що повтікали з фронту, на сільських сходках вихоплювались якісь наїжджі горлопани, що каламутили досі мирних селян,— оцього елемента треба було стерегтися. Через них завжди могли виникнути небажані, ба й небезпечні під таку колотнечу ексцеси.</w:t>
      </w:r>
    </w:p>
    <w:p>
      <w:r>
        <w:br/>
        <w:t>— Ну, чого ми ждемо тут, Ніколи? Щоб прийшли й зарізали? — не раз боязко казала вночі Софія Аркадіївна, щільно притуляючись під ковдрою до чоловіка.— Чув же, що в Прохорівці з Добросельським зробили? Жах!..</w:t>
      </w:r>
    </w:p>
    <w:p>
      <w:r>
        <w:br/>
        <w:t>Микола Петрович мимоволі зітхав, але намагався заспокоїти дружину:</w:t>
      </w:r>
    </w:p>
    <w:p>
      <w:r>
        <w:br/>
        <w:t>— Не бійся, дурненька! Нас вони ніколи не зачеплять. І справді, розважав сам себе в думках Лебединський,</w:t>
      </w:r>
    </w:p>
    <w:p>
      <w:r>
        <w:br/>
        <w:t>чого йому боятися мужиків? Хіба він якийсь аграрій, що володіє неозорними латифундіями і вже через те тільки ненависний селянам? Хто назове його жмикрутом-планта-тором, що вигнічує під час жнив останні соки з наймитів? Ні, він добре жив з мужичками! Не гребував бувати кумом у статечних господарів і не відмовляв бідноті позичати в неврожайний рік збіжжя на одробіток; охоче здавав мужикам в оренду частину землі поцінно й не дуже притискав, коли мужицьку худобу сам займав у шкоді. Він володів землею не заради сліпого зажерливого збагачення, як інші, а тільки щоб задовольнити свої й своєї сім'ї розумові та естетичні потреби. Не тільки в губернії, а й у Києві, куди він коли-не-коли наїздив провідати доньку, що вчилася в консерваторії, його знали всі антиквари й букіністи, його можна було зустріти на прем'єрах Київської соловцовської драми, на виставах в опері й на концертах у філармонії.</w:t>
      </w:r>
    </w:p>
    <w:p>
      <w:r>
        <w:br/>
        <w:t>Що проти нього можуть мати довколишні селяни? Нічого! Він просто культурна людина на селі, а його маєток, чи, власне, хутір, то тільки маленький оазис культури взагалі й агрокультури зокрема серед темного українського села.</w:t>
      </w:r>
    </w:p>
    <w:p>
      <w:r>
        <w:br/>
        <w:t>На його дружину, Софію Аркадіївну, селяни теж не мали підстав нарікати. Вона намагалася навіть просвіщати мужиків. Перемагаючи відразу до перемішаного запаху людського поту, житнього хліба й сириці, Софія Аркадіївна читала іноді на кухні дворовій челяді й наймитам тоненькі українські книжечки з серії "Народного читання", що придбала десь у Києві, й при кожній нагоді давала покоївці Теклі й куховарці Явдосі санітарно-гігієнічні поради. Щоправда, в Софії Аркадіївни, з її корсетами, шлейфами й вічними мігренями та звичкою тулити у фрази без потреби французькі слова, був занадто панський вигляд — Микола Петрович поруч неї здавався мало що не плебеєм,— та це не заважало їй і досі, хоч і літа були вже далеко не молоді, гратися в ентузіастку-народницю. Вона клопоталася з йодом та бинтами, коли хто-небудь на хуторі вріже пальця, радо роздавала без грошей порошки та мазі всякому, хто скаржився на якісь недуги, а інколи виїжджала у фаетоні навіть до хворих на село, якщо випадково про них дізнавалася.</w:t>
      </w:r>
    </w:p>
    <w:p>
      <w:r>
        <w:br/>
        <w:t>До цих книжечок і аптечок Софії Аркадіївни Микола Петрович ставився іронічно, зараховуючи їх до одного з проявів екзальтації, на яку часто слабують колишні вихованки інституту благородних дівиць. Мужик, розуміється, не скотина, але він усе ж таки мужик. З ним треба поводитися гуманно, просто, але не запанібрата. Завжди повинна бути в стосунках певна дистанція, що розмежовує мужицький необтесаний примітив від культурної мислячої людини, homo primitivus'a від homo sapiens'a.</w:t>
      </w:r>
    </w:p>
    <w:p>
      <w:r>
        <w:br/>
        <w:t>Через свою інститутську наївність і незнання мужицької психіки Софія Аркадіївна, безперечно, часом перебирала міру в своїй філантропії. Але то нічого. В ці ворохобні часи, коли раз у раз чулися вигуки: "Землю без викупу! Тим, хто її обробля!"; коли більшовики, всякі анархісти й якісь українські агітатори в один голос кричали на мітингах: "Геть капіталістів і поміщиків! Земля — селянам, фабрики й заводи — робітникам!"; коли революція так заглиблювалася, що ставала безоднею, могли занадобитися на поганий кінець і аптечки та українські книжечки Софії Аркадіївни.</w:t>
      </w:r>
    </w:p>
    <w:p>
      <w:r>
        <w:br/>
        <w:t>— Головне — перечекати, поки спаде хвиля, цей дев'ятий вал російської революції,— переконував дружину Лебедин-ський, нишком поглядаючи з ліжка на вікна — чи не відсвічує знову заграва дальньої пожежі.— Той, Соню, хто тікає з свого маєтку, хто боїться свого народу,— втрачає все. І шану та довіру мужиків, і, розуміється, майно. Нам нема чого боятися: ми вміли жити й ладнати з мужиками.</w:t>
      </w:r>
    </w:p>
    <w:p>
      <w:r>
        <w:br/>
        <w:t>— Я не боюся наших людей, я знаю їх, але, розумієш...—. Софія Аркадіївна лягла на спину й, вдивляючись широко розплющеними очима в темряву стелі, замислено проказала: — Я боюсь іншого. Як би це тобі пояснити?.. Мені страшно не того, що в людях, а того, що над людьми. Тої фатальної сили, що опановує людей... Ти звернув увагу: до нас тепер ніхто не заходить із села. Нас обминають, як прокажених. Ми — мов приречені...</w:t>
      </w:r>
    </w:p>
    <w:p>
      <w:r>
        <w:br/>
        <w:t>Миколу Петровича вразили зненацька ці слова: як на негнучкий інститутський розум Софії Аркадіївни, який звичайно не сягав далі усталених понять і до якого Лебе-динський звик ставитися поблажливо,— це було занадто глибоке мислення. Відкіля воно — навіяння, підсвідоме передчуття катастрофи?.. Але, помовчавши трохи й отямившись, він знайшов у собі сили спокійно заперечити:</w:t>
      </w:r>
    </w:p>
    <w:p>
      <w:r>
        <w:br/>
        <w:t>— Ку, це вже містика! Просто ми живемо в перехідний період, у той ііереломний момент, коли історія вискочила з своєї наїждженої колії і її стара колісниця тррохкотить по "вибоїнах, трясе й кидає в різні боки людей на ній. Але кінець кінцем вона знову втрапить на свою прадавню путь. Тільки — перечекати! — повторив він, щоб заспокоїти не тільки дружину, але й самого себе.</w:t>
      </w:r>
    </w:p>
    <w:p>
      <w:r>
        <w:br/>
        <w:t>Та це не розраяло ні його, ні її. Те, що селяни останнім часом здалека обминають хутір, помітив і він сам. Ба навіть поважні господарі, що раніш, стрінувшись на вулиці, приязно віталися й підходили перекинутися словом, тепер бокували від Лебединського. Що це? Чи тільки соромляться перед тими горлопанами, щоб не подумали, бува, ніби вони накладають з паном, чи таки готуються до чогось?.. Справді, живемо тепер, мов якийсь Миклуха-Мак-лай серед папуасів: сидиш на хуторі й думаєш, чи пощастить тобі й далі тримати на припоні їхні темні первісні душі, чи одної глупої ночі вони прийдуть до тебе з смолоскипами, з ножами й сокирами?.. "Невже ж таки прийдуть? — питав не раз самого себе Лебединський, поглядаючи на припорошені першим сніжком сільські стріхи, і сам собі відповідав: — Ні, того не може бути!"</w:t>
      </w:r>
    </w:p>
    <w:p>
      <w:r>
        <w:br/>
        <w:t>Але вони прийшли!</w:t>
      </w:r>
    </w:p>
    <w:p>
      <w:r>
        <w:br/>
        <w:t>Вже дотліли останні економії довкола, кудись подалися з села дезертири, що здобули тепер навіть пошану в селян своїми запальними словами, не стало чути й приїжджих горлопанів — чи то невеликий грудневий мороз налякав тих голодранців, чи їх понесло кудись на важливіші за маєток Лебединського діла. В селі притихло. Різали свиней перед різдвом, солили сало, начиняли ковбаси. Весело миготіли вогні по хатах, і мирно здіймалися до зоряного неба дими з бовдурів.</w:t>
      </w:r>
    </w:p>
    <w:p>
      <w:r>
        <w:br/>
        <w:t>Лебединському вже почало здаватися, що дев'ятий вал щасливо й непомітно перехлюпнув через його хутір і тепер можна з полегкістю передихнути. Софія Аркадіївна зняла мову навіть про різдвяну ялинку, хоч навряд чи зважиться дочка їхати тепер з Києва на різдвяні вакації: поїзди переповнені, на приступках, на буферах, на дахах — скрізь солдати. Але за традицією, щоб усе було так, як раніш, як завжди, далебі, слід улаштувати ялинку. Можна запросити цього разу селянських дітей на різдво...</w:t>
      </w:r>
    </w:p>
    <w:p>
      <w:r>
        <w:br/>
        <w:t>Та ось за тиждень перед різдвом до них приїхали. Хоч заходило вже на вечір, але з вікна Лебединський встиг побачити, що з саней зіскакували не якісь чужі зайди, а таки свої, з села. Навіть опасистого Давимоку, що важко вилазив із саней, помітив він. Того самого сільського багатія Давимоку, який третій рік не перестає просити продати йому дванадцять десятин за річкою.</w:t>
      </w:r>
    </w:p>
    <w:p>
      <w:r>
        <w:br/>
        <w:t>Лебединського не здивувало, коли Софія Аркадіївна, обійшовши всі пркої й кухню, тривожно спитала:</w:t>
      </w:r>
    </w:p>
    <w:p>
      <w:r>
        <w:br/>
        <w:t>— Де ж прислуга? Ні Явдохи, ні Теклі нема, ні Степана, який допіру був у кухні...</w:t>
      </w:r>
    </w:p>
    <w:p>
      <w:r>
        <w:br/>
        <w:t>Лебединському стало ясно, що прислуга втекла з панського двору, і він з гіркотою подумав: "Скільки вовка не годуй..." Але додумати йому не дали. Затримавшись трохи надворі, може, радячись востаннє, вони раптом увійшли. Не з кухні, як то бувало звичайно, а через парадні двері, які виявилися чомусь незамкненими ("Певно, покоївка Текля навмисно не замкнула їх..."), зачовгали в сінях, у передпокої, а далі в залу, де прикипіла коло рояля Софія Аркадіївна й застиг біля вікна в напруженому чеканні Микола Петрович, ввалився цілий натовп людей.</w:t>
      </w:r>
    </w:p>
    <w:p>
      <w:r>
        <w:br/>
        <w:t>Побачивши пана, передні трохи осіклися, познімали шапки й спинились, але позаду до покоїв заходили нові й нові, знадвору крізь подвійні рами й непричинені парадні двері чувся далекий гамір, сміх і кінське іржання, мов на ярмарку. Вже сутеніло, коли майже вся зала наповнилася людьми, а в двері пхалися ще нові й витискали передніх усе ближче й ближче до остовпілого пана. На якусь хвилину запала гнітюча тиша. Ті, що стояли далі, з цікавістю лупили очі на рояль, м'які крісла, велику розмальовану не по-тутешньому вазу, яка стояла для чогось у кутку; передні похмуро дивилися собі під ноги й ніяково перебирали в руках шапки.</w:t>
      </w:r>
    </w:p>
    <w:p>
      <w:r>
        <w:br/>
        <w:t>Лебединський нарешті опанував себе після першої розгубленості й, силкуючись приязно усміхатися, лагідно звернувся до селян:</w:t>
      </w:r>
    </w:p>
    <w:p>
      <w:r>
        <w:br/>
        <w:t>— Що скажете, люди добрі? Чи справу яку до мене маєте, чи колядувати прийшли? Так воно ж, либонь, ще тиждень до святвечора...</w:t>
      </w:r>
    </w:p>
    <w:p>
      <w:r>
        <w:br/>
        <w:t>Жартівливий панський тон розв'язав усе. Хтось із задніх рядів вигукнув:</w:t>
      </w:r>
    </w:p>
    <w:p>
      <w:r>
        <w:br/>
        <w:t>— Ми ще й пощедруємо!</w:t>
      </w:r>
    </w:p>
    <w:p>
      <w:r>
        <w:br/>
        <w:t>А другий хриплий голос додав:</w:t>
      </w:r>
    </w:p>
    <w:p>
      <w:r>
        <w:br/>
        <w:t>— Буде тобі ще й голодна кутя на кутні!</w:t>
      </w:r>
    </w:p>
    <w:p>
      <w:r>
        <w:br/>
        <w:t>— Як, як? — закидаючи назад голову, щоб краще роздивитись задніх, спитав Лебединський, намагаючись не випустити ініціативи й воднораз почуваючи, що вона вислизає з його рук.</w:t>
      </w:r>
    </w:p>
    <w:p>
      <w:r>
        <w:br/>
        <w:t>— Так що забирайтеся, пане, поки цілі, бо будемо палити вас! — уже роздратовано крикнув хтось зухвалий ізсередини стовпища.</w:t>
      </w:r>
    </w:p>
    <w:p>
      <w:r>
        <w:br/>
        <w:t>"Хто це крикнув? Чи не Давимока?" — промайнуло в думці Лебединському. Он він, третій скраю, під вереща-гінським ескізом "Поранений".* А може, то не він, а Сидір Рябошапка, що стоїть у драній свитині трохи далі від Дави-моки? Останній шарпак у селі, що й досі не одробив заборговані торік два пуди пшениці. Мабуть-таки, Рябошапка... Але те, що навіть Давимока заявився на хуторі й, мабуть, не з одною, а з двома фурами, щоб більше нахапати панського добра, свідчило, що справа набирає серйозного, якщо не зовсім трагічного характеру.</w:t>
      </w:r>
    </w:p>
    <w:p>
      <w:r>
        <w:br/>
        <w:t>— Палити? Мене? — аж подався назад Лебединський.</w:t>
      </w:r>
    </w:p>
    <w:p>
      <w:r>
        <w:br/>
        <w:t>— А то ж кого? Ви ж тільки один і зосталися, наче на розплід! — тепер уже виразно було чути, що то вигукнув Давимока.</w:t>
      </w:r>
    </w:p>
    <w:p>
      <w:r>
        <w:br/>
        <w:t>— За що ж будете мене палити? — уникаючи від огиди й обурення дивитися на Давомоку, спитав передніх Лебединський.— Хіба я кого скривдив? Чи не в злагоді з вами жив?</w:t>
      </w:r>
    </w:p>
    <w:p>
      <w:r>
        <w:br/>
        <w:t>Передні не підводили з підлоги очей і лиш важко дихали; примовкли й задні. Лебединський набрався духу й ступив крок до першого ряду, тривожно перебігаючи очима по знайомих, але сьогодні не таких, як завжди, селянських обличчях, аж поки не спинився на дрібному зморшкуватому обличчі Мусія Плахотки, з яким не раз розмовляв у полі про всяку всячину, а років вісім тому держав до хреста його сина.</w:t>
      </w:r>
    </w:p>
    <w:p>
      <w:r>
        <w:br/>
        <w:t>— Чи, може, тобі, Мусію, я чимось не догодив, може, зобидив коли? Ну, скажи, за що будеш палити мене?</w:t>
      </w:r>
    </w:p>
    <w:p>
      <w:r>
        <w:br/>
        <w:t>Плахотка притиснув до грудей руку з шапкою і з мукою глянув на пана:</w:t>
      </w:r>
    </w:p>
    <w:p>
      <w:r>
        <w:br/>
        <w:t>— Воно, конешно, звиніть, ну тільки ж ми тут, сказать, ні при чому. Ніхто не скаже, що ви поганий пан, і уп'ять же кривди від вас ми, сказать, так що й не бачили; тільки так воно показує, що треба палити...</w:t>
      </w:r>
    </w:p>
    <w:p>
      <w:r>
        <w:br/>
        <w:t>— Як це "показує"? — бентежно спитав Лебединський, пропікаючи очима до самої душі нетягу Плахотку, що мінився й никнув на виду під тим панським поглядом. Але на допомогу йому виступив довготелесий Корній Худолій, який перший прибіг колись із села гасити панську клуню, що зайнялася була від блискавки.</w:t>
      </w:r>
    </w:p>
    <w:p>
      <w:r>
        <w:br/>
        <w:t>— Ви самі подумайте, Миколо Петровичу: капустянці спалили свого пана, іванківці теж, у Прохорівці навіть убили, а ми ж — як? Хто ж ми такі?</w:t>
      </w:r>
    </w:p>
    <w:p>
      <w:r>
        <w:br/>
        <w:t>Плахотка трохи оговтався, коли пан перевів очі на Худо-лія, і знову заговорив, переступаючи й благаючи:</w:t>
      </w:r>
    </w:p>
    <w:p>
      <w:r>
        <w:br/>
        <w:t>— Ми, конешно, не звесні, що воно й до чого, ну тільки так показує, що треба... Отож, щоб воно по-хорошому було, сказать, по-божому, то запрягайте у хваетона пару конячок, візьміть собі на дорогу удовольствіє, скільки зможете, та й паняйте з богом, куди хочете.</w:t>
      </w:r>
    </w:p>
    <w:p>
      <w:r>
        <w:br/>
        <w:t>— А коні верніть потім! Вони ще нам пригодяться! — знову вигукнув хтось ізсередини, не інакше як той самий Рябошапка.</w:t>
      </w:r>
    </w:p>
    <w:p>
      <w:r>
        <w:br/>
        <w:t>— Добре! — стримано промовив Лебединський, бачачи, що селяни все ж настроєні мирно і можна не боятися без-</w:t>
      </w:r>
    </w:p>
    <w:p>
      <w:r>
        <w:br/>
        <w:t>' посереднього насильства...— Я виїду відціля. Гаразд! Зараз зберемося з жінкою і виїдемо, але...</w:t>
      </w:r>
    </w:p>
    <w:p>
      <w:r>
        <w:br/>
        <w:t>Він глянув понад селянські голови на знайомі до найменшої подряпини стіни свого дому, на які байдуже дивився ще змалку, а зараз бачив їх востаннє, і йому стало жаль, аж защеміло серце й залоскотало в горлі, цього старого дому. Лебединський замовк на хвилину і тихо, не пізнаючи власного голосу, промовив:</w:t>
      </w:r>
    </w:p>
    <w:p>
      <w:r>
        <w:br/>
        <w:t>— Прошу вас, дуже прошу: не паліть будинку! Зробіть з нього, що хочете,— лікарню, розправу, школу, що хочете, тільки не паліть! Благаю вас!..</w:t>
      </w:r>
    </w:p>
    <w:p>
      <w:r>
        <w:br/>
        <w:t>— З дорогою б душею, Миколо Петровичу, тільки ж ніяк не можна! — аж простягнув до нього руки Худолій і, щоб пан знову не спитав "чому", поспішив повторити: — В Капустяному спалили, в Іванковому теж, у Прохорівці...</w:t>
      </w:r>
    </w:p>
    <w:p>
      <w:r>
        <w:br/>
        <w:t>Але його перебив Рябошапка, що став навіть протискуватися наперед.</w:t>
      </w:r>
    </w:p>
    <w:p>
      <w:r>
        <w:br/>
        <w:t>— Та й хитрі ж пани! — він саркастично осміхнувся.— "Не паліть". Щоб, значить, коли пан повернеться назад, то все було цілісіньке... А дзуськи! Спалити, щоб і цурки не зосталося від проклятого кубла!</w:t>
      </w:r>
    </w:p>
    <w:p>
      <w:r>
        <w:br/>
        <w:t>Люди від запальних Рябошапчиних слів заворушились, а Лебединський тоскно подумав: "І відкіля в нього стільки люті? Невже за ті неодроблені досі два пуди пшениці? Ну зовсім інші стали люди — як підмінив хто..."</w:t>
      </w:r>
    </w:p>
    <w:p>
      <w:r>
        <w:br/>
        <w:t>Але то були ті самі люди, ті ж обличчя, що їх він знав давно, тільки щось пролягло між ним, паном, і селянами таке, чого він досі не помічав. "Невже ж не можна без цього, без цієї страшної злоби, без засліпленої ненависті?.." — тамуючи розпач, думав Лебединський. І наче відповідаючи панові й своїм власним думкам, Мусій Плахотка похитав покошланою головою і цього разу твердо сказав:</w:t>
      </w:r>
    </w:p>
    <w:p>
      <w:r>
        <w:br/>
        <w:t>— Ні, ніяк не можна. Тільки палити! Так показує...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Так воно показує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