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не бува, щоб зовсім без сліда...</w:t>
      </w:r>
    </w:p>
    <w:p>
      <w:r>
        <w:br/>
        <w:t xml:space="preserve"> Так не бува, щоб зовсім без сліда,&lt;br /&gt;</w:t>
        <w:br/>
        <w:t>Час завше залишає нам підказки&lt;br /&gt;</w:t>
        <w:br/>
        <w:t>І навіть найбурхливіша вода&lt;br /&gt;</w:t>
        <w:br/>
        <w:t>Не змиє ні тріумфи, ні поразки,</w:t>
      </w:r>
    </w:p>
    <w:p>
      <w:r>
        <w:br/>
        <w:t>Бо щось таки до берега знесе,&lt;br /&gt;</w:t>
        <w:br/>
        <w:t>Проб"ється сива іскорка тривоги…&lt;br /&gt;</w:t>
        <w:br/>
        <w:t>Он сорок літ блукав старий Мойсей,&lt;br /&gt;</w:t>
        <w:br/>
        <w:t>Спрямовуючи племені дорогу,</w:t>
      </w:r>
    </w:p>
    <w:p>
      <w:r>
        <w:br/>
        <w:t>А сам то тільки трохи не дійшов,&lt;br /&gt;</w:t>
        <w:br/>
        <w:t>Востаннє простягнув свою десницю...&lt;br /&gt;</w:t>
        <w:br/>
        <w:t>Втомився… Надірвався… Може шок…&lt;br /&gt;</w:t>
        <w:br/>
        <w:t>Дійшов народ. Все решта – то дрібниці.</w:t>
      </w:r>
    </w:p>
    <w:p>
      <w:r>
        <w:br/>
        <w:t>А далі що? Закінчився пісок?&lt;br /&gt;</w:t>
        <w:br/>
        <w:t>І гіркоти клубок спікає горло —&lt;br /&gt;</w:t>
        <w:br/>
        <w:t>Нічого ж не повідав той пророк&lt;br /&gt;</w:t>
        <w:br/>
        <w:t>Про кризи, про конфлікти, про реформи…</w:t>
      </w:r>
    </w:p>
    <w:p>
      <w:r>
        <w:br/>
        <w:t>То вгору — манівцями — знову вниз,&lt;br /&gt;</w:t>
        <w:br/>
        <w:t>Покручені і випалені стежі…&lt;br /&gt;</w:t>
        <w:br/>
        <w:t>Від потрясінь, до вибухів і криз&lt;br /&gt;</w:t>
        <w:br/>
        <w:t>Іде народ — розкутий, незалежний,</w:t>
      </w:r>
    </w:p>
    <w:p>
      <w:r>
        <w:br/>
        <w:t>Але немає ладу у житті.&lt;br /&gt;</w:t>
        <w:br/>
        <w:t>Та ось вони — обітовані землі!&lt;br /&gt;</w:t>
        <w:br/>
        <w:t>Нема гори, де спиняться вожді,&lt;br /&gt;</w:t>
        <w:br/>
        <w:t>Щоб за ногами не тягти пустелю.</w:t>
      </w:r>
    </w:p>
    <w:p>
      <w:r>
        <w:br/>
        <w:t>Їх так багато, на один шаблон&lt;br /&gt;</w:t>
        <w:br/>
        <w:t>Лукаві плани, заклики, ідеї…&lt;br /&gt;</w:t>
        <w:br/>
        <w:t>Невже то був лиш історичний сон —&lt;br /&gt;</w:t>
        <w:br/>
        <w:t>Останній погляд мудрого Мойсея?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не бува, щоб зовсім без сліда...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