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мало нам потрібно й так багато...</w:t>
      </w:r>
    </w:p>
    <w:p>
      <w:r>
        <w:br/>
        <w:t xml:space="preserve"> Так мало нам потрібно й так багато&lt;br /&gt;</w:t>
        <w:br/>
        <w:t>від неба, від землі і від людей.&lt;br /&gt;</w:t>
        <w:br/>
        <w:t>Росте каміння гостро і шипчато&lt;br /&gt;</w:t>
        <w:br/>
        <w:t>на білих звивах паркових алей.</w:t>
      </w:r>
    </w:p>
    <w:p>
      <w:r>
        <w:br/>
        <w:t>Іду по ньому і збиваю ноги,&lt;br /&gt;</w:t>
        <w:br/>
        <w:t>і краплі крові маками цвітуть.&lt;br /&gt;</w:t>
        <w:br/>
        <w:t>Я би до Храму не дійшов святого,&lt;br /&gt;</w:t>
        <w:br/>
        <w:t>коли б не цю, а іншу вибрав путь.</w:t>
      </w:r>
    </w:p>
    <w:p>
      <w:r>
        <w:br/>
        <w:t>Бо Істини сягаєм через болі,&lt;br /&gt;</w:t>
        <w:br/>
        <w:t>бо лиш з любові плід зросте любові —&lt;br /&gt;</w:t>
        <w:br/>
        <w:t>такий закон Всевишнього Творця.</w:t>
      </w:r>
    </w:p>
    <w:p>
      <w:r>
        <w:br/>
        <w:t>Чи тиша повнить вени, а чи зріє&lt;br /&gt;</w:t>
        <w:br/>
        <w:t>в душі гроза — ніколи не маліє&lt;br /&gt;</w:t>
        <w:br/>
        <w:t>ця суть для зрячого і для сліпця.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мало нам потрібно й так багато...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