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Таємниця твого обличчя (збірка)</w:t>
      </w:r>
    </w:p>
    <w:p>
      <w:r>
        <w:br/>
        <w:t xml:space="preserve"> * * *</w:t>
      </w:r>
    </w:p>
    <w:p>
      <w:r>
        <w:br/>
        <w:t>Живу, як той гірський потік,&lt;br /&gt;</w:t>
        <w:br/>
        <w:t>На спокій – ні хвилини.&lt;br /&gt;</w:t>
        <w:br/>
        <w:t>Іскрюсь від кременя в бігу,&lt;br /&gt;</w:t>
        <w:br/>
        <w:t>Туманюся від глини…</w:t>
      </w:r>
    </w:p>
    <w:p>
      <w:r>
        <w:br/>
        <w:t>Спадаю дзвінко з темних скель&lt;br /&gt;</w:t>
        <w:br/>
        <w:t>У плесо, повне гулу.&lt;br /&gt;</w:t>
        <w:br/>
        <w:t>Від крові пурпурним стаю,&lt;br /&gt;</w:t>
        <w:br/>
        <w:t>А чорним – від намулу.</w:t>
      </w:r>
    </w:p>
    <w:p>
      <w:r>
        <w:br/>
        <w:t>Та відновляється в мені&lt;br /&gt;</w:t>
        <w:br/>
        <w:t>Невигасна й воскресна&lt;br /&gt;</w:t>
        <w:br/>
        <w:t>Мого кохання чистота,&lt;br /&gt;</w:t>
        <w:br/>
        <w:t>Як та блакить небесна.</w:t>
      </w:r>
    </w:p>
    <w:p>
      <w:r>
        <w:br/>
        <w:t>Прояснює в мені любов,&lt;br /&gt;</w:t>
        <w:br/>
        <w:t>Як сонце неминуще,&lt;br /&gt;</w:t>
        <w:br/>
        <w:t>Все, що в моїй доші моє&lt;br /&gt;</w:t>
        <w:br/>
        <w:t>Джерельне і цілюще.</w:t>
      </w:r>
    </w:p>
    <w:p>
      <w:r>
        <w:br/>
        <w:t>***</w:t>
      </w:r>
    </w:p>
    <w:p>
      <w:r>
        <w:br/>
        <w:t>Моя любове, ти як Бог, –&lt;br /&gt;</w:t>
        <w:br/>
        <w:t>Я вже не вірю, що ти є.&lt;br /&gt;</w:t>
        <w:br/>
        <w:t>У безлічі земних тривог&lt;br /&gt;</w:t>
        <w:br/>
        <w:t>Згубилося ім’я твоє.</w:t>
      </w:r>
    </w:p>
    <w:p>
      <w:r>
        <w:br/>
        <w:t>Та я належу ще тобі,&lt;br /&gt;</w:t>
        <w:br/>
        <w:t>Хоч сам від себе це таю,&lt;br /&gt;</w:t>
        <w:br/>
        <w:t>Хоч не в молитві, а в клятьбі&lt;br /&gt;</w:t>
        <w:br/>
        <w:t>Я силу згадую твою.</w:t>
      </w:r>
    </w:p>
    <w:p>
      <w:r>
        <w:br/>
        <w:t>Жорстоко в правоті своїй&lt;br /&gt;</w:t>
        <w:br/>
        <w:t>Невірство не суди моє.&lt;br /&gt;</w:t>
        <w:br/>
        <w:t>З’явись, благослови, зігрій,&lt;br /&gt;</w:t>
        <w:br/>
        <w:t>Якщо ти є, якщо ти є!</w:t>
      </w:r>
    </w:p>
    <w:p>
      <w:r>
        <w:br/>
        <w:t>***</w:t>
      </w:r>
    </w:p>
    <w:p>
      <w:r>
        <w:br/>
        <w:t>Був день, коли ніхто не плаче,&lt;br /&gt;</w:t>
        <w:br/>
        <w:t>Був ясний день, як немовля.&lt;br /&gt;</w:t>
        <w:br/>
        <w:t>Та я здригнувся так, неначе&lt;br /&gt;</w:t>
        <w:br/>
        <w:t>Твоє ридання вчув здаля.</w:t>
      </w:r>
    </w:p>
    <w:p>
      <w:r>
        <w:br/>
        <w:t>Я знаю – ти не заридала,&lt;br /&gt;</w:t>
        <w:br/>
        <w:t>А в світі, що гуде й гримить,&lt;br /&gt;</w:t>
        <w:br/>
        <w:t>Мене лиш пошепки назвала,&lt;br /&gt;</w:t>
        <w:br/>
        <w:t>До себе кликнула в ту мить.</w:t>
      </w:r>
    </w:p>
    <w:p>
      <w:r>
        <w:br/>
        <w:t>***</w:t>
      </w:r>
    </w:p>
    <w:p>
      <w:r>
        <w:br/>
        <w:t>Де ждав я тебе, як свята&lt;br /&gt;</w:t>
        <w:br/>
        <w:t>Натруджений жде чоловік,&lt;br /&gt;</w:t>
        <w:br/>
        <w:t>Там птахи, дерева й звірята&lt;br /&gt;</w:t>
        <w:br/>
        <w:t>Закохані в тебе навік.</w:t>
      </w:r>
    </w:p>
    <w:p>
      <w:r>
        <w:br/>
        <w:t>Де запах твого волосся&lt;br /&gt;</w:t>
        <w:br/>
        <w:t>Розквітнув, як синій без,&lt;br /&gt;</w:t>
        <w:br/>
        <w:t>Там серце моє вознеслося&lt;br /&gt;</w:t>
        <w:br/>
        <w:t>В сліпучі верхів’я небес.</w:t>
      </w:r>
    </w:p>
    <w:p>
      <w:r>
        <w:br/>
        <w:t>Де я в молодому бентежжі&lt;br /&gt;</w:t>
        <w:br/>
        <w:t>Під руками твоїми горів,&lt;br /&gt;</w:t>
        <w:br/>
        <w:t>Там світять зоряні вежі&lt;br /&gt;</w:t>
        <w:br/>
        <w:t>Найкращих моїх вечорів.</w:t>
      </w:r>
    </w:p>
    <w:p>
      <w:r>
        <w:br/>
        <w:t>***</w:t>
      </w:r>
    </w:p>
    <w:p>
      <w:r>
        <w:br/>
        <w:t>Не бійся сивини моєї –&lt;br /&gt;</w:t>
        <w:br/>
        <w:t>Вона тебе не забруднить –&lt;br /&gt;</w:t>
        <w:br/>
        <w:t>Ця біла, наче цвіт лілеї,&lt;br /&gt;</w:t>
        <w:br/>
        <w:t>Ця, наче небо, синя нить.</w:t>
      </w:r>
    </w:p>
    <w:p>
      <w:r>
        <w:br/>
        <w:t>В ній голова моя зігріта,&lt;br /&gt;</w:t>
        <w:br/>
        <w:t>Неначе в мареві гора.&lt;br /&gt;</w:t>
        <w:br/>
        <w:t>Це подих не зими, а літа,&lt;br /&gt;</w:t>
        <w:br/>
        <w:t>Це дим незримного костра.</w:t>
      </w:r>
    </w:p>
    <w:p>
      <w:r>
        <w:br/>
        <w:t>Там думка палахтить, як рана,&lt;br /&gt;</w:t>
        <w:br/>
        <w:t>Горить віків броня і бронь.&lt;br /&gt;</w:t>
        <w:br/>
        <w:t>Благослови, моя кохана,&lt;br /&gt;</w:t>
        <w:br/>
        <w:t>У скронях схований вогонь.</w:t>
      </w:r>
    </w:p>
    <w:p>
      <w:r>
        <w:br/>
        <w:t>Прийди до мене – це не сором,&lt;br /&gt;</w:t>
        <w:br/>
        <w:t>Любити мисль, що опекла.&lt;br /&gt;</w:t>
        <w:br/>
        <w:t>Схились над полум’ям прозорим&lt;br /&gt;</w:t>
        <w:br/>
        <w:t>Мого печального чола.</w:t>
      </w:r>
    </w:p>
    <w:p>
      <w:r>
        <w:br/>
        <w:t>І не питайся, що згоріло,&lt;br /&gt;</w:t>
        <w:br/>
        <w:t>Бо кров мою вогонь зберіг,&lt;br /&gt;</w:t>
        <w:br/>
        <w:t>Байдужості смертельне тріло&lt;br /&gt;</w:t>
        <w:br/>
        <w:t>Не вдерлося до жил моїх.</w:t>
      </w:r>
    </w:p>
    <w:p>
      <w:r>
        <w:br/>
        <w:t>Навчив мене вогонь терпіти,&lt;br /&gt;</w:t>
        <w:br/>
        <w:t>Хапливим бути, мов карук,&lt;br /&gt;</w:t>
        <w:br/>
        <w:t>Але мого чола орбіти&lt;br /&gt;</w:t>
        <w:br/>
        <w:t>Засвітяться від ніжних рук.</w:t>
      </w:r>
    </w:p>
    <w:p>
      <w:r>
        <w:br/>
        <w:t>Тож доторкнися до сивизни,&lt;br /&gt;</w:t>
        <w:br/>
        <w:t>Що очі молоді пече,&lt;br /&gt;</w:t>
        <w:br/>
        <w:t>Можливо, світло дивовижне&lt;br /&gt;</w:t>
        <w:br/>
        <w:t>Тобі між пальців потече.</w:t>
      </w:r>
    </w:p>
    <w:p>
      <w:r>
        <w:br/>
        <w:t>***</w:t>
      </w:r>
    </w:p>
    <w:p>
      <w:r>
        <w:br/>
        <w:t>Ми вийдем з тобою на листя опале,&lt;br /&gt;</w:t>
        <w:br/>
        <w:t>Де синє повітря, як сиві опали,&lt;br /&gt;</w:t>
        <w:br/>
        <w:t>Ми станем з тобою, як олень і ланя,&lt;br /&gt;</w:t>
        <w:br/>
        <w:t>Вслухатися в лісу бентежне волання.&lt;br /&gt;</w:t>
        <w:br/>
        <w:t>Очиститься подих і голос від диму,&lt;br /&gt;</w:t>
        <w:br/>
        <w:t>Я пісню з тобою високо нестиму,&lt;br /&gt;</w:t>
        <w:br/>
        <w:t>Трава нам заграє, і вітер затрубить,&lt;br /&gt;</w:t>
        <w:br/>
        <w:t>І постріл мисливця нас раптом розбудить…</w:t>
      </w:r>
    </w:p>
    <w:p>
      <w:r>
        <w:br/>
        <w:t>***</w:t>
      </w:r>
    </w:p>
    <w:p>
      <w:r>
        <w:br/>
        <w:t>Зніми мені легенькою рукою&lt;br /&gt;</w:t>
        <w:br/>
        <w:t>Сніжинку із брови, а з серця – лід&lt;br /&gt;</w:t>
        <w:br/>
        <w:t>Поважності, печалі, супокою,&lt;br /&gt;</w:t>
        <w:br/>
        <w:t>Всього, що я надбав за стільки літ.</w:t>
      </w:r>
    </w:p>
    <w:p>
      <w:r>
        <w:br/>
        <w:t>Ні, не знімай, бо в серці ворухнеться&lt;br /&gt;</w:t>
        <w:br/>
        <w:t>Краси твоєї молоде жало;&lt;br /&gt;</w:t>
        <w:br/>
        <w:t>Ту кригу я приклав, як ніж, до серця,&lt;br /&gt;</w:t>
        <w:br/>
        <w:t>Аби не так боліло і пекло.</w:t>
      </w:r>
    </w:p>
    <w:p>
      <w:r>
        <w:br/>
        <w:t>***</w:t>
      </w:r>
    </w:p>
    <w:p>
      <w:r>
        <w:br/>
        <w:t>Зеленим вогнем береза,&lt;br /&gt;</w:t>
        <w:br/>
        <w:t>Як свічка, в полі горить.&lt;br /&gt;</w:t>
        <w:br/>
        <w:t>Ні вітер, ні блискавок леза&lt;br /&gt;</w:t>
        <w:br/>
        <w:t>Не можуть її погасить.</w:t>
      </w:r>
    </w:p>
    <w:p>
      <w:r>
        <w:br/>
        <w:t>Коли сумовитим дзвоном&lt;br /&gt;</w:t>
        <w:br/>
        <w:t>Осіння блакить загуде,&lt;br /&gt;</w:t>
        <w:br/>
        <w:t>Те полум’я стане червоним&lt;br /&gt;</w:t>
        <w:br/>
        <w:t>І тихо на землю впаде.</w:t>
      </w:r>
    </w:p>
    <w:p>
      <w:r>
        <w:br/>
        <w:t>Любове моя вогнекрила,&lt;br /&gt;</w:t>
        <w:br/>
        <w:t>Ти линеш в осінню даль.&lt;br /&gt;</w:t>
        <w:br/>
        <w:t>Та краще б тебе згасила&lt;br /&gt;</w:t>
        <w:br/>
        <w:t>Ненависть, а не печаль.</w:t>
      </w:r>
    </w:p>
    <w:p>
      <w:r>
        <w:br/>
        <w:t>***</w:t>
      </w:r>
    </w:p>
    <w:p>
      <w:r>
        <w:br/>
        <w:t>Це неправда, що ми помрем!&lt;br /&gt;</w:t>
        <w:br/>
        <w:t>Ти – земля, а я – твій сівач.&lt;br /&gt;</w:t>
        <w:br/>
        <w:t>Плуг іде – під його тягарем&lt;br /&gt;</w:t>
        <w:br/>
        <w:t>Ти возрадуйся і не плач.</w:t>
      </w:r>
    </w:p>
    <w:p>
      <w:r>
        <w:br/>
        <w:t>Сокруши свою душу тверду&lt;br /&gt;</w:t>
        <w:br/>
        <w:t>Пестотливою зливою втіх.&lt;br /&gt;</w:t>
        <w:br/>
        <w:t>Я ж і сам, як зернина, впаду&lt;br /&gt;</w:t>
        <w:br/>
        <w:t>Поміж скибами гонів твоїх.</w:t>
      </w:r>
    </w:p>
    <w:p>
      <w:r>
        <w:br/>
        <w:t>Ми небес глибину збагнем,&lt;br /&gt;</w:t>
        <w:br/>
        <w:t>Вище зір піднесем колоски.&lt;br /&gt;</w:t>
        <w:br/>
        <w:t>Ми пшениці незгасним вогнем&lt;br /&gt;</w:t>
        <w:br/>
        <w:t>Пролітатимем крізь віки.</w:t>
      </w:r>
    </w:p>
    <w:p>
      <w:r>
        <w:br/>
        <w:t>***</w:t>
      </w:r>
    </w:p>
    <w:p>
      <w:r>
        <w:br/>
        <w:t>Зачах, згорів я до основ,&lt;br /&gt;</w:t>
        <w:br/>
        <w:t>Та знов іде хвилина дива,&lt;br /&gt;</w:t>
        <w:br/>
        <w:t>Коли підкріплюється знов&lt;br /&gt;</w:t>
        <w:br/>
        <w:t>Душа голодна і жаждива.</w:t>
      </w:r>
    </w:p>
    <w:p>
      <w:r>
        <w:br/>
        <w:t>Це ти даєш мені життя,&lt;br /&gt;</w:t>
        <w:br/>
        <w:t>Це ти від ста смертей ослона!&lt;br /&gt;</w:t>
        <w:br/>
        <w:t>Цілюще губ твоїх пиття,&lt;br /&gt;</w:t>
        <w:br/>
        <w:t>Святі хліби грудей і лона.</w:t>
      </w:r>
    </w:p>
    <w:p>
      <w:r>
        <w:br/>
        <w:t>Благословенна, дорога,&lt;br /&gt;</w:t>
        <w:br/>
        <w:t>В моїй крові і в плоті суща.&lt;br /&gt;</w:t>
        <w:br/>
        <w:t>Ти вічна, як моя жага,&lt;br /&gt;</w:t>
        <w:br/>
        <w:t>Як голод мій, ти невмируща.</w:t>
      </w:r>
    </w:p>
    <w:p>
      <w:r>
        <w:br/>
        <w:t>***</w:t>
      </w:r>
    </w:p>
    <w:p>
      <w:r>
        <w:br/>
        <w:t>Найдовша з усіх доріг –&lt;br /&gt;</w:t>
        <w:br/>
        <w:t>Дорога твого приходу.&lt;br /&gt;</w:t>
        <w:br/>
        <w:t>Найбільша з усіх таємниць –&lt;br /&gt;</w:t>
        <w:br/>
        <w:t>Таємниця твого обличчя.</w:t>
      </w:r>
    </w:p>
    <w:p>
      <w:r>
        <w:br/>
        <w:t>Ми прощаємося на день,&lt;br /&gt;</w:t>
        <w:br/>
        <w:t>Ніби розходимось на віки.&lt;br /&gt;</w:t>
        <w:br/>
        <w:t>І твій слід на моєму серці&lt;br /&gt;</w:t>
        <w:br/>
        <w:t>Поглиблюють кожні очі.</w:t>
      </w:r>
    </w:p>
    <w:p>
      <w:r>
        <w:br/>
        <w:t>***</w:t>
      </w:r>
    </w:p>
    <w:p>
      <w:r>
        <w:br/>
        <w:t>Коли до тебе прилечу,&lt;br /&gt;</w:t>
        <w:br/>
        <w:t>Засяє в сонці все навкруг,&lt;br /&gt;</w:t>
        <w:br/>
        <w:t>Як після теплого дощу&lt;br /&gt;</w:t>
        <w:br/>
        <w:t>В росі важкій зелений луг.</w:t>
      </w:r>
    </w:p>
    <w:p>
      <w:r>
        <w:br/>
        <w:t>Ти руку покладеш мені&lt;br /&gt;</w:t>
        <w:br/>
        <w:t>На очі, сповнені провин,&lt;br /&gt;</w:t>
        <w:br/>
        <w:t>І риси матері ясні&lt;br /&gt;</w:t>
        <w:br/>
        <w:t>Побачу я крізь пальців плин.</w:t>
      </w:r>
    </w:p>
    <w:p>
      <w:r>
        <w:br/>
        <w:t>Дитинство й ти. Це наче все.&lt;br /&gt;</w:t>
        <w:br/>
        <w:t>Далеко так. Близенько так.&lt;br /&gt;</w:t>
        <w:br/>
        <w:t>Мене до тебе принесе&lt;br /&gt;</w:t>
        <w:br/>
        <w:t>З паперу зроблений літак.</w:t>
      </w:r>
    </w:p>
    <w:p>
      <w:r>
        <w:br/>
        <w:t>***</w:t>
      </w:r>
    </w:p>
    <w:p>
      <w:r>
        <w:br/>
        <w:t>Я бачив тебе сьогодні&lt;br /&gt;</w:t>
        <w:br/>
        <w:t>Між дівчатками з п’ятого класу.&lt;br /&gt;</w:t>
        <w:br/>
        <w:t>Ти така ж, як вони:&lt;br /&gt;</w:t>
        <w:br/>
        <w:t>Тонесенька стебелина,&lt;br /&gt;</w:t>
        <w:br/>
        <w:t>Навколо якої скакалка&lt;br /&gt;</w:t>
        <w:br/>
        <w:t>Гуде, мов пропелер.</w:t>
      </w:r>
    </w:p>
    <w:p>
      <w:r>
        <w:br/>
        <w:t>Я бачив тебе сьогодні&lt;br /&gt;</w:t>
        <w:br/>
        <w:t>Між невістами молодими.&lt;br /&gt;</w:t>
        <w:br/>
        <w:t>Ти така ж, як вони:&lt;br /&gt;</w:t>
        <w:br/>
        <w:t>Біле чоло у веснянках,&lt;br /&gt;</w:t>
        <w:br/>
        <w:t>Навколо якого світить&lt;br /&gt;</w:t>
        <w:br/>
        <w:t>Ореол материнства.</w:t>
      </w:r>
    </w:p>
    <w:p>
      <w:r>
        <w:br/>
        <w:t>Я бачив тебе сьогодні&lt;br /&gt;</w:t>
        <w:br/>
        <w:t>Між бабусями сивоокими.&lt;br /&gt;</w:t>
        <w:br/>
        <w:t>Ти така ж, як вони:&lt;br /&gt;</w:t>
        <w:br/>
        <w:t>Прозорий щільник із медом,&lt;br /&gt;</w:t>
        <w:br/>
        <w:t>Навколо якого літають&lt;br /&gt;</w:t>
        <w:br/>
        <w:t>Спогади, наче бджоли.</w:t>
      </w:r>
    </w:p>
    <w:p>
      <w:r>
        <w:br/>
        <w:t>***</w:t>
      </w:r>
    </w:p>
    <w:p>
      <w:r>
        <w:br/>
        <w:t>Дзвенить у зорах небо чисте,&lt;br /&gt;</w:t>
        <w:br/>
        <w:t>Палає синім льодом шлях.&lt;br /&gt;</w:t>
        <w:br/>
        <w:t>Неначе дерево безлисте,&lt;br /&gt;</w:t>
        <w:br/>
        <w:t>Стоїть моя душа в полях.</w:t>
      </w:r>
    </w:p>
    <w:p>
      <w:r>
        <w:br/>
        <w:t>Як надійшла щаслива доля,&lt;br /&gt;</w:t>
        <w:br/>
        <w:t>Збудила весняну снагу,&lt;br /&gt;</w:t>
        <w:br/>
        <w:t>Моя душа, немов тополя,&lt;br /&gt;</w:t>
        <w:br/>
        <w:t>Зазеленіла на снігу.</w:t>
      </w:r>
    </w:p>
    <w:p>
      <w:r>
        <w:br/>
        <w:t>Як надійшла любов справдешня,&lt;br /&gt;</w:t>
        <w:br/>
        <w:t>Хлюпнула пригорщу тепла,&lt;br /&gt;</w:t>
        <w:br/>
        <w:t>Моя душа, немов черешня,&lt;br /&gt;</w:t>
        <w:br/>
        <w:t>Понад снігами зацвіла.</w:t>
      </w:r>
    </w:p>
    <w:p>
      <w:r>
        <w:br/>
        <w:t>Як надійшла і засіяла&lt;br /&gt;</w:t>
        <w:br/>
        <w:t>Та дружба, що живе в літах,&lt;br /&gt;</w:t>
        <w:br/>
        <w:t>Моя душа над снігом стала,&lt;br /&gt;</w:t>
        <w:br/>
        <w:t>Неначе яблуня в плодах.</w:t>
      </w:r>
    </w:p>
    <w:p>
      <w:r>
        <w:br/>
        <w:t>***</w:t>
      </w:r>
    </w:p>
    <w:p>
      <w:r>
        <w:br/>
        <w:t>Ти спиш, і на твоїм обличчі&lt;br /&gt;</w:t>
        <w:br/>
        <w:t>Малюється печальний вираз…&lt;br /&gt;</w:t>
        <w:br/>
        <w:t>Яку ж біду, яке нещастя&lt;br /&gt;</w:t>
        <w:br/>
        <w:t>Ти бачиш поглядом заснулим?&lt;br /&gt;</w:t>
        <w:br/>
        <w:t>Можливо, знов перед тобою&lt;br /&gt;</w:t>
        <w:br/>
        <w:t>Палають українські ниви,&lt;br /&gt;</w:t>
        <w:br/>
        <w:t>А танки з чорними хрестами&lt;br /&gt;</w:t>
        <w:br/>
        <w:t>Тебе в полях наздоганяють,&lt;br /&gt;</w:t>
        <w:br/>
        <w:t>Малесеньку, як той метелик,&lt;br /&gt;</w:t>
        <w:br/>
        <w:t>Що спалахне ось-ось в пломінні&lt;br /&gt;</w:t>
        <w:br/>
        <w:t>Підпалених пшениць? А може,&lt;br /&gt;</w:t>
        <w:br/>
        <w:t>Від голоду зів’явши, хліба&lt;br /&gt;</w:t>
        <w:br/>
        <w:t>В людей ти виміняти хочеш&lt;br /&gt;</w:t>
        <w:br/>
        <w:t>За хустку бабину – єдиний&lt;br /&gt;</w:t>
        <w:br/>
        <w:t>Маєток твій? Цього не знаю.&lt;br /&gt;</w:t>
        <w:br/>
        <w:t>Перевести я не спроможний&lt;br /&gt;</w:t>
        <w:br/>
        <w:t>З глибин свідомості твоєї&lt;br /&gt;</w:t>
        <w:br/>
        <w:t>Оте скорботне сновидіння&lt;br /&gt;</w:t>
        <w:br/>
        <w:t>В думки свої, як з моря в море&lt;br /&gt;</w:t>
        <w:br/>
        <w:t>Підводний човен! Як я досі&lt;br /&gt;</w:t>
        <w:br/>
        <w:t>Не став одним єством з тобою!&lt;br /&gt;</w:t>
        <w:br/>
        <w:t>Ти спиш у незбагненнім смутку,&lt;br /&gt;</w:t>
        <w:br/>
        <w:t>Моя і не моя водночас.&lt;br /&gt;</w:t>
        <w:br/>
        <w:t>І тільки усмішка спросоння&lt;br /&gt;</w:t>
        <w:br/>
        <w:t>Зв’язок відновлює між нами,&lt;br /&gt;</w:t>
        <w:br/>
        <w:t>Лиш усміх відкриває душу,&lt;br /&gt;</w:t>
        <w:br/>
        <w:t>Зачинену плитою горя,&lt;br /&gt;</w:t>
        <w:br/>
        <w:t>Замками туги і скорботи.&lt;br /&gt;</w:t>
        <w:br/>
        <w:t>Та холодно мені, і в грудях&lt;br /&gt;</w:t>
        <w:br/>
        <w:t>Щось ненастанно вибухає,&lt;br /&gt;</w:t>
        <w:br/>
        <w:t>Так, ніби в тіні сну страшного&lt;br /&gt;</w:t>
        <w:br/>
        <w:t>І на землі сирій дитинства&lt;br /&gt;</w:t>
        <w:br/>
        <w:t>Я довго спав і простудився.</w:t>
      </w:r>
    </w:p>
    <w:p>
      <w:r>
        <w:br/>
        <w:t>***</w:t>
      </w:r>
    </w:p>
    <w:p>
      <w:r>
        <w:br/>
        <w:t>Мжичка тремтить, як мембрана,&lt;br /&gt;</w:t>
        <w:br/>
        <w:t>Золотом міниться мла.&lt;br /&gt;</w:t>
        <w:br/>
        <w:t>Сонце осіннього рана&lt;br /&gt;</w:t>
        <w:br/>
        <w:t>Дівчина привела.</w:t>
      </w:r>
    </w:p>
    <w:p>
      <w:r>
        <w:br/>
        <w:t>Привела мені, як дитину,&lt;br /&gt;</w:t>
        <w:br/>
        <w:t>Як русявеньке хлоп’я.&lt;br /&gt;</w:t>
        <w:br/>
        <w:t>Будем справляти гостину –&lt;br /&gt;</w:t>
        <w:br/>
        <w:t>Дівчина, сонце і я.</w:t>
      </w:r>
    </w:p>
    <w:p>
      <w:r>
        <w:br/>
        <w:t>Сядемо троє до столу,&lt;br /&gt;</w:t>
        <w:br/>
        <w:t>Поділимо все, що є.&lt;br /&gt;</w:t>
        <w:br/>
        <w:t>А потім віддамо в школу&lt;br /&gt;</w:t>
        <w:br/>
        <w:t>Сонце – дитятко своє.</w:t>
      </w:r>
    </w:p>
    <w:p>
      <w:r>
        <w:br/>
        <w:t>Хай вчиться воно читати,&lt;br /&gt;</w:t>
        <w:br/>
        <w:t>Спізнає людську могуть,&lt;br /&gt;</w:t>
        <w:br/>
        <w:t>Що дитина, отець і мати&lt;br /&gt;</w:t>
        <w:br/>
        <w:t>В одному єстві живуть.</w:t>
      </w:r>
    </w:p>
    <w:p>
      <w:r>
        <w:br/>
        <w:t>***</w:t>
      </w:r>
    </w:p>
    <w:p>
      <w:r>
        <w:br/>
        <w:t>Буває така розмова,&lt;br /&gt;</w:t>
        <w:br/>
        <w:t>Що ув’язнює, наче кліть.&lt;br /&gt;</w:t>
        <w:br/>
        <w:t>Темрява розумова,&lt;br /&gt;</w:t>
        <w:br/>
        <w:t>Як бескид, міцна стоїть.</w:t>
      </w:r>
    </w:p>
    <w:p>
      <w:r>
        <w:br/>
        <w:t>Буває таке мовчання&lt;br /&gt;</w:t>
        <w:br/>
        <w:t>Несподіване і страшне,&lt;br /&gt;</w:t>
        <w:br/>
        <w:t>Що тільки вибух ридання&lt;br /&gt;</w:t>
        <w:br/>
        <w:t>Від смерті рятує мене.</w:t>
      </w:r>
    </w:p>
    <w:p>
      <w:r>
        <w:br/>
        <w:t>Буває така година,&lt;br /&gt;</w:t>
        <w:br/>
        <w:t>Коли повертає глузд&lt;br /&gt;</w:t>
        <w:br/>
        <w:t>Моєму життю єдина&lt;br /&gt;</w:t>
        <w:br/>
        <w:t>Усмішка милих уст.</w:t>
      </w:r>
    </w:p>
    <w:p>
      <w:r>
        <w:br/>
        <w:t>***</w:t>
      </w:r>
    </w:p>
    <w:p>
      <w:r>
        <w:br/>
        <w:t>Ти – як дощ. А я – мов явір.&lt;br /&gt;</w:t>
        <w:br/>
        <w:t>Хочу листям тебе зловить.&lt;br /&gt;</w:t>
        <w:br/>
        <w:t>Але в кроні, як сни в уяві,&lt;br /&gt;</w:t>
        <w:br/>
        <w:t>Крапелини твої – лиш мить.</w:t>
      </w:r>
    </w:p>
    <w:p>
      <w:r>
        <w:br/>
        <w:t>Щоб листки мої, наче свічі,&lt;br /&gt;</w:t>
        <w:br/>
        <w:t>Твоїм світлом засяяли в млі,&lt;br /&gt;</w:t>
        <w:br/>
        <w:t>Ти повинна приходити двічі:&lt;br /&gt;</w:t>
        <w:br/>
        <w:t>Спершу – з неба, а вдруге – з землі.</w:t>
      </w:r>
    </w:p>
    <w:p>
      <w:r>
        <w:br/>
        <w:t>***</w:t>
      </w:r>
    </w:p>
    <w:p>
      <w:r>
        <w:br/>
        <w:t>Не пригадуй, що було! Не треба&lt;br /&gt;</w:t>
        <w:br/>
        <w:t>Дотикатись до заглухлих ран.&lt;br /&gt;</w:t>
        <w:br/>
        <w:t>Вже душа не б’ється в креші неба,&lt;br /&gt;</w:t>
        <w:br/>
        <w:t>Як розбитий громом океан.</w:t>
      </w:r>
    </w:p>
    <w:p>
      <w:r>
        <w:br/>
        <w:t>Благодать зійшла на темні води,&lt;br /&gt;</w:t>
        <w:br/>
        <w:t>Втихомиривсь і затихнув я.&lt;br /&gt;</w:t>
        <w:br/>
        <w:t>Безпощадний блиск твоєї вроди&lt;br /&gt;</w:t>
        <w:br/>
        <w:t>Лагідно в душі моїй сія.</w:t>
      </w:r>
    </w:p>
    <w:p>
      <w:r>
        <w:br/>
        <w:t>Може, хвилі встануть ще, як піки,&lt;br /&gt;</w:t>
        <w:br/>
        <w:t>І полинуть радо на загин,&lt;br /&gt;</w:t>
        <w:br/>
        <w:t>Але я люблю тебе навіки&lt;br /&gt;</w:t>
        <w:br/>
        <w:t>Мовчазною силою глибин!</w:t>
      </w:r>
    </w:p>
    <w:p>
      <w:r>
        <w:br/>
        <w:t>***</w:t>
      </w:r>
    </w:p>
    <w:p>
      <w:r>
        <w:br/>
        <w:t>В моїх повіках напівсонних&lt;br /&gt;</w:t>
        <w:br/>
        <w:t>Застигло сонце молоде.&lt;br /&gt;</w:t>
        <w:br/>
        <w:t>Як бджолами покритий сонях,&lt;br /&gt;</w:t>
        <w:br/>
        <w:t>Воно так міниться й гуде.</w:t>
      </w:r>
    </w:p>
    <w:p>
      <w:r>
        <w:br/>
        <w:t>Між сновидінням і явою,&lt;br /&gt;</w:t>
        <w:br/>
        <w:t>В моїй сльозі стоїш і ти,&lt;br /&gt;</w:t>
        <w:br/>
        <w:t>І над твоєю головою&lt;br /&gt;</w:t>
        <w:br/>
        <w:t>Палають соняшні світи.</w:t>
      </w:r>
    </w:p>
    <w:p>
      <w:r>
        <w:br/>
        <w:t>***</w:t>
      </w:r>
    </w:p>
    <w:p>
      <w:r>
        <w:br/>
        <w:t>Горить суницями поляна,&lt;br /&gt;</w:t>
        <w:br/>
        <w:t>Як запаска. Гуде бджола&lt;br /&gt;</w:t>
        <w:br/>
        <w:t>І так літає, наче п’яна&lt;br /&gt;</w:t>
        <w:br/>
        <w:t>Від запахущості й тепла.</w:t>
      </w:r>
    </w:p>
    <w:p>
      <w:r>
        <w:br/>
        <w:t>Сховавшись у гілля зелене,&lt;br /&gt;</w:t>
        <w:br/>
        <w:t>Чекаю на своє дівча.&lt;br /&gt;</w:t>
        <w:br/>
        <w:t>Воно вже йде, вже серце з мене&lt;br /&gt;</w:t>
        <w:br/>
        <w:t>Виймає, як гніздо з куща.</w:t>
      </w:r>
    </w:p>
    <w:p>
      <w:r>
        <w:br/>
        <w:t>***</w:t>
      </w:r>
    </w:p>
    <w:p>
      <w:r>
        <w:br/>
        <w:t>Твоя душа звіздаста і смаглява,&lt;br /&gt;</w:t>
        <w:br/>
        <w:t>Як ніч, що світер віхоли зняла.&lt;br /&gt;</w:t>
        <w:br/>
        <w:t>Твоє волосся пахне, як отава&lt;br /&gt;</w:t>
        <w:br/>
        <w:t>З-під скатерті різдвяного стола.</w:t>
      </w:r>
    </w:p>
    <w:p>
      <w:r>
        <w:br/>
        <w:t>В моє житло ти з неба прилетіла,&lt;br /&gt;</w:t>
        <w:br/>
        <w:t>Закрив я очі в радості німій,&lt;br /&gt;</w:t>
        <w:br/>
        <w:t>Щоб у вогні твого сяйного тіла&lt;br /&gt;</w:t>
        <w:br/>
        <w:t>Не спопелів гріховний погляд мій.</w:t>
      </w:r>
    </w:p>
    <w:p>
      <w:r>
        <w:br/>
        <w:t>***</w:t>
      </w:r>
    </w:p>
    <w:p>
      <w:r>
        <w:br/>
        <w:t>Щось у мені тремтить,&lt;br /&gt;</w:t>
        <w:br/>
        <w:t>Як зимове повітря.&lt;br /&gt;</w:t>
        <w:br/>
        <w:t>Несхопне, наче мить,&lt;br /&gt;</w:t>
        <w:br/>
        <w:t>Студене, наче вістря.</w:t>
      </w:r>
    </w:p>
    <w:p>
      <w:r>
        <w:br/>
        <w:t>То я тобою вщерть&lt;br /&gt;</w:t>
        <w:br/>
        <w:t>Наповнив душу, мила,&lt;br /&gt;</w:t>
        <w:br/>
        <w:t>Ти ж думала про смерть,&lt;br /&gt;</w:t>
        <w:br/>
        <w:t>Коли мене любила.</w:t>
      </w:r>
    </w:p>
    <w:p>
      <w:r>
        <w:br/>
        <w:t>***</w:t>
      </w:r>
    </w:p>
    <w:p>
      <w:r>
        <w:br/>
        <w:t>Червоні яблука в кімнатах&lt;br /&gt;</w:t>
        <w:br/>
        <w:t>Насипані, що ніде стать.&lt;br /&gt;</w:t>
        <w:br/>
        <w:t>Це нашого кохання надих&lt;br /&gt;</w:t>
        <w:br/>
        <w:t>Зійшов на яблуневу стать.</w:t>
      </w:r>
    </w:p>
    <w:p>
      <w:r>
        <w:br/>
        <w:t>Це ми передали деревам&lt;br /&gt;</w:t>
        <w:br/>
        <w:t>Жагу і пристрасть молоду.&lt;br /&gt;</w:t>
        <w:br/>
        <w:t>Як, палені вогнем травневим,&lt;br /&gt;</w:t>
        <w:br/>
        <w:t>Любилися в твоїм саду.</w:t>
      </w:r>
    </w:p>
    <w:p>
      <w:r>
        <w:br/>
        <w:t>Знов зірка кличе, мов суниця,&lt;br /&gt;</w:t>
        <w:br/>
        <w:t>Ходімо на озимину, –&lt;br /&gt;</w:t>
        <w:br/>
        <w:t>Хай морем золотим пшениця&lt;br /&gt;</w:t>
        <w:br/>
        <w:t>Затопить землю кам’яну.</w:t>
      </w:r>
    </w:p>
    <w:p>
      <w:r>
        <w:br/>
        <w:t>***</w:t>
      </w:r>
    </w:p>
    <w:p>
      <w:r>
        <w:br/>
        <w:t>Я пригадав собі один стіжок у горах.&lt;br /&gt;</w:t>
        <w:br/>
        <w:t>З молодика сідав на нього срібний порох,&lt;br /&gt;</w:t>
        <w:br/>
        <w:t>А я лежав на нім тихенько, наче звір,&lt;br /&gt;</w:t>
        <w:br/>
        <w:t>І поглядом ловив сліди падущих зір.&lt;br /&gt;</w:t>
        <w:br/>
        <w:t>Я ждав, коли прийде косуля їсти сіно,&lt;br /&gt;</w:t>
        <w:br/>
        <w:t>Вона приходила щоночі неодмінно,&lt;br /&gt;</w:t>
        <w:br/>
        <w:t>Тремтяча, як зоря, що впала в темнику!&lt;br /&gt;</w:t>
        <w:br/>
        <w:t>Я ж оглядав її, рожеву й боязку…&lt;br /&gt;</w:t>
        <w:br/>
        <w:t>Хотів би я побуть ще раз на тому стозі,&lt;br /&gt;</w:t>
        <w:br/>
        <w:t>Діждатися й тебе в закоханій тривозі,&lt;br /&gt;</w:t>
        <w:br/>
        <w:t>Почути, як прийдеш, як скинеш киптаря,&lt;br /&gt;</w:t>
        <w:br/>
        <w:t>Як затремтиш, немов та сарна чи зоря…</w:t>
      </w:r>
    </w:p>
    <w:p>
      <w:r>
        <w:br/>
        <w:t>***</w:t>
      </w:r>
    </w:p>
    <w:p>
      <w:r>
        <w:br/>
        <w:t>Мріє, наче сніг здалека,&lt;br /&gt;</w:t>
        <w:br/>
        <w:t>Ночі літньої блакить.&lt;br /&gt;</w:t>
        <w:br/>
        <w:t>З ватри голуба смерека&lt;br /&gt;</w:t>
        <w:br/>
        <w:t>Виростає і шумить.</w:t>
      </w:r>
    </w:p>
    <w:p>
      <w:r>
        <w:br/>
        <w:t>На пахучім сріблі сіна&lt;br /&gt;</w:t>
        <w:br/>
        <w:t>Чарка любощів терпка.&lt;br /&gt;</w:t>
        <w:br/>
        <w:t>Дико блиснули коліна,&lt;br /&gt;</w:t>
        <w:br/>
        <w:t>Як зіниці хижака.</w:t>
      </w:r>
    </w:p>
    <w:p>
      <w:r>
        <w:br/>
        <w:t>Покотилася крисаня,&lt;br /&gt;</w:t>
        <w:br/>
        <w:t>Як зоря з небесних бань,&lt;br /&gt;</w:t>
        <w:br/>
        <w:t>Сивіє сльоза кохання,&lt;br /&gt;</w:t>
        <w:br/>
        <w:t>Ніби попеліє грань.</w:t>
      </w:r>
    </w:p>
    <w:p>
      <w:r>
        <w:br/>
        <w:t>Об’їдають коні чалі&lt;br /&gt;</w:t>
        <w:br/>
        <w:t>Місяць, наче сніп вівса.&lt;br /&gt;</w:t>
        <w:br/>
        <w:t>В давній золотій печалі&lt;br /&gt;</w:t>
        <w:br/>
        <w:t>Лебедіють небеса.</w:t>
      </w:r>
    </w:p>
    <w:p>
      <w:r>
        <w:br/>
        <w:t>***</w:t>
      </w:r>
    </w:p>
    <w:p>
      <w:r>
        <w:br/>
        <w:t>Дівчино, дівчино, де твої крильця?&lt;br /&gt;</w:t>
        <w:br/>
        <w:t>Небо весняне в сяйві іскриться.&lt;br /&gt;</w:t>
        <w:br/>
        <w:t>Чи не пора нам летіти, маленька,&lt;br /&gt;</w:t>
        <w:br/>
        <w:t>В ярій пшениці шукати гнізденька?</w:t>
      </w:r>
    </w:p>
    <w:p>
      <w:r>
        <w:br/>
        <w:t>Буде в колоссі воно, як у сонці,&lt;br /&gt;</w:t>
        <w:br/>
        <w:t>Буде гойдаться в моїй колисоньці,&lt;br /&gt;</w:t>
        <w:br/>
        <w:t>Я ж над тобою спинюся в блакиті,&lt;br /&gt;</w:t>
        <w:br/>
        <w:t>Співи свої розпочну дзвонковиті.</w:t>
      </w:r>
    </w:p>
    <w:p>
      <w:r>
        <w:br/>
        <w:t>Всі літаки, всі літаючі блюдця,&lt;br /&gt;</w:t>
        <w:br/>
        <w:t>Всі вертольоти круг мене зберуться.&lt;br /&gt;</w:t>
        <w:br/>
        <w:t>– Слухайте, – скажуть залізні і ниці, –&lt;br /&gt;</w:t>
        <w:br/>
        <w:t>Жайвір співає для жайворониці!</w:t>
      </w:r>
    </w:p>
    <w:p>
      <w:r>
        <w:br/>
        <w:t>***</w:t>
      </w:r>
    </w:p>
    <w:p>
      <w:r>
        <w:br/>
        <w:t>Радуйся, дівчино, разом зі мною&lt;br /&gt;</w:t>
        <w:br/>
        <w:t>Сонцем і ясною голубизною,&lt;br /&gt;</w:t>
        <w:br/>
        <w:t>Ласкою леготу, листям на кленах,&lt;br /&gt;</w:t>
        <w:br/>
        <w:t>Білою стежкою в травах зелених.</w:t>
      </w:r>
    </w:p>
    <w:p>
      <w:r>
        <w:br/>
        <w:t>Радуйся, дівчино, болем кохання,&lt;br /&gt;</w:t>
        <w:br/>
        <w:t>Смутком ціловання до зомлівання,&lt;br /&gt;</w:t>
        <w:br/>
        <w:t>Голосом матері в серці твоєму –&lt;br /&gt;</w:t>
        <w:br/>
        <w:t>Кільчику ясному в тьмі чорнозему.</w:t>
      </w:r>
    </w:p>
    <w:p>
      <w:r>
        <w:br/>
        <w:t>***</w:t>
      </w:r>
    </w:p>
    <w:p>
      <w:r>
        <w:br/>
        <w:t>Вночі ти входила в море –&lt;br /&gt;</w:t>
        <w:br/>
        <w:t>Під місяця оком вовчим,&lt;br /&gt;</w:t>
        <w:br/>
        <w:t>І море ставало деревом,&lt;br /&gt;</w:t>
        <w:br/>
        <w:t>А ти – забороненим овочем.</w:t>
      </w:r>
    </w:p>
    <w:p>
      <w:r>
        <w:br/>
        <w:t>Я хвилю твою колихливу&lt;br /&gt;</w:t>
        <w:br/>
        <w:t>До себе горнув, як галузь.&lt;br /&gt;</w:t>
        <w:br/>
        <w:t>І бризками золотими,&lt;br /&gt;</w:t>
        <w:br/>
        <w:t>Як листям, ти затулялась.</w:t>
      </w:r>
    </w:p>
    <w:p>
      <w:r>
        <w:br/>
        <w:t>Та море, як мудра яблуня,&lt;br /&gt;</w:t>
        <w:br/>
        <w:t>Само, нахилившись долі,&lt;br /&gt;</w:t>
        <w:br/>
        <w:t>Поклало тебе коло мене&lt;br /&gt;</w:t>
        <w:br/>
        <w:t>На кам’янім суходолі.</w:t>
      </w:r>
    </w:p>
    <w:p>
      <w:r>
        <w:br/>
        <w:t>Довго над нами шуміла&lt;br /&gt;</w:t>
        <w:br/>
        <w:t>Його потемніла крона.&lt;br /&gt;</w:t>
        <w:br/>
        <w:t>Вкривала наш поцілунок&lt;br /&gt;</w:t>
        <w:br/>
        <w:t>Пелюстка прозора й солона.</w:t>
      </w:r>
    </w:p>
    <w:p>
      <w:r>
        <w:br/>
        <w:t>***</w:t>
      </w:r>
    </w:p>
    <w:p>
      <w:r>
        <w:br/>
        <w:t>Скинь одежу свою,&lt;br /&gt;</w:t>
        <w:br/>
        <w:t>Увійди&lt;br /&gt;</w:t>
        <w:br/>
        <w:t>В річку рук моїх –&lt;br /&gt;</w:t>
        <w:br/>
        <w:t>Уже літо,&lt;br /&gt;</w:t>
        <w:br/>
        <w:t>Від джерела аж до моря&lt;br /&gt;</w:t>
        <w:br/>
        <w:t>Замліває ріка, а над нею&lt;br /&gt;</w:t>
        <w:br/>
        <w:t>Заметіль сонця шумить.</w:t>
      </w:r>
    </w:p>
    <w:p>
      <w:r>
        <w:br/>
        <w:t>***</w:t>
      </w:r>
    </w:p>
    <w:p>
      <w:r>
        <w:br/>
        <w:t>Біла черешня в небі&lt;br /&gt;</w:t>
        <w:br/>
        <w:t>Над селом проплива,&lt;br /&gt;</w:t>
        <w:br/>
        <w:t>Ніби заснулий лебідь,&lt;br /&gt;</w:t>
        <w:br/>
        <w:t>Під крилом – голова.</w:t>
      </w:r>
    </w:p>
    <w:p>
      <w:r>
        <w:br/>
        <w:t>Дівчина жде на мене,&lt;br /&gt;</w:t>
        <w:br/>
        <w:t>Де бринять ячмені,&lt;br /&gt;</w:t>
        <w:br/>
        <w:t>Веселим брилем ромену&lt;br /&gt;</w:t>
        <w:br/>
        <w:t>Махає вона мені.</w:t>
      </w:r>
    </w:p>
    <w:p>
      <w:r>
        <w:br/>
        <w:t>Мрієм про дні прийдешні,&lt;br /&gt;</w:t>
        <w:br/>
        <w:t>Про те, як станем людьми.&lt;br /&gt;</w:t>
        <w:br/>
        <w:t>Втім, чуємо, як черешня&lt;br /&gt;</w:t>
        <w:br/>
        <w:t>Залопотіла крильми.</w:t>
      </w:r>
    </w:p>
    <w:p>
      <w:r>
        <w:br/>
        <w:t>***</w:t>
      </w:r>
    </w:p>
    <w:p>
      <w:r>
        <w:br/>
        <w:t>Хочу тебе цілувати. Рятунок&lt;br /&gt;</w:t>
        <w:br/>
        <w:t>Є в поцілунках від смерті. Бери&lt;br /&gt;</w:t>
        <w:br/>
        <w:t>Келех негайно, бо звітріє трунок –&lt;br /&gt;</w:t>
        <w:br/>
        <w:t>Більше на нього не буде пори.</w:t>
      </w:r>
    </w:p>
    <w:p>
      <w:r>
        <w:br/>
        <w:t>Це невагомість. Легкі і прозорі&lt;br /&gt;</w:t>
        <w:br/>
        <w:t>Стали печалі й турботи. Земля&lt;br /&gt;</w:t>
        <w:br/>
        <w:t>Нас відпустила. Ми вийшли між зорі,&lt;br /&gt;</w:t>
        <w:br/>
        <w:t>Мов космонавти із корабля.</w:t>
      </w:r>
    </w:p>
    <w:p>
      <w:r>
        <w:br/>
        <w:t>Не відпускай мене. Зоряна пуща&lt;br /&gt;</w:t>
        <w:br/>
        <w:t>Може поглинути. Дай же уста!&lt;br /&gt;</w:t>
        <w:br/>
        <w:t>Ти в поцілунках така невсипуща,&lt;br /&gt;</w:t>
        <w:br/>
        <w:t>Як у роботі бджола золота.</w:t>
      </w:r>
    </w:p>
    <w:p>
      <w:r>
        <w:br/>
        <w:t>***</w:t>
      </w:r>
    </w:p>
    <w:p>
      <w:r>
        <w:br/>
        <w:t>Дівочих непорочних ліній&lt;br /&gt;</w:t>
        <w:br/>
        <w:t>Довершеність – літак і лук.&lt;br /&gt;</w:t>
        <w:br/>
        <w:t>Вона прийшла у день осінній,&lt;br /&gt;</w:t>
        <w:br/>
        <w:t>Вся повна чародійних мук.</w:t>
      </w:r>
    </w:p>
    <w:p>
      <w:r>
        <w:br/>
        <w:t>На грудях, на стрункому лоні&lt;br /&gt;</w:t>
        <w:br/>
        <w:t>Одежу тихо розпина.&lt;br /&gt;</w:t>
        <w:br/>
        <w:t>Неначе куля на долоні,&lt;br /&gt;</w:t>
        <w:br/>
        <w:t>Лежить прекрасна і страшна.</w:t>
      </w:r>
    </w:p>
    <w:p>
      <w:r>
        <w:br/>
        <w:t>***</w:t>
      </w:r>
    </w:p>
    <w:p>
      <w:r>
        <w:br/>
        <w:t>Так гарно ти снилась мені:&lt;br /&gt;</w:t>
        <w:br/>
        <w:t>Не руки, не очі, лиш голос,&lt;br /&gt;</w:t>
        <w:br/>
        <w:t>Лиш голос, як день у вікні,&lt;br /&gt;</w:t>
        <w:br/>
        <w:t>Як вітру знадлива голість.</w:t>
      </w:r>
    </w:p>
    <w:p>
      <w:r>
        <w:br/>
        <w:t>Наче в блакиті зоря,&lt;br /&gt;</w:t>
        <w:br/>
        <w:t>Ти в слові замерехтіла.&lt;br /&gt;</w:t>
        <w:br/>
        <w:t>Зринали, як блиск янтаря,&lt;br /&gt;</w:t>
        <w:br/>
        <w:t>Згини твойого тіла.</w:t>
      </w:r>
    </w:p>
    <w:p>
      <w:r>
        <w:br/>
        <w:t>Зринали й зникали вмить&lt;br /&gt;</w:t>
        <w:br/>
        <w:t>Хвилею золотою.&lt;br /&gt;</w:t>
        <w:br/>
        <w:t>І серце хотів я вмить&lt;br /&gt;</w:t>
        <w:br/>
        <w:t>Тим світлом і чистотою.</w:t>
      </w:r>
    </w:p>
    <w:p>
      <w:r>
        <w:br/>
        <w:t>Раптом – пробудження грім.&lt;br /&gt;</w:t>
        <w:br/>
        <w:t>Де ж ти пропала, ноче?&lt;br /&gt;</w:t>
        <w:br/>
        <w:t>Метелик у серці моїм&lt;br /&gt;</w:t>
        <w:br/>
        <w:t>Вогкими крильми тріпоче.</w:t>
      </w:r>
    </w:p>
    <w:p>
      <w:r>
        <w:br/>
        <w:t>***</w:t>
      </w:r>
    </w:p>
    <w:p>
      <w:r>
        <w:br/>
        <w:t>При стрічі мене поклич,&lt;br /&gt;</w:t>
        <w:br/>
        <w:t>Посміхнися бодай.&lt;br /&gt;</w:t>
        <w:br/>
        <w:t>Або відвернись і, як ніч,&lt;br /&gt;</w:t>
        <w:br/>
        <w:t>Голосно заридай.</w:t>
      </w:r>
    </w:p>
    <w:p>
      <w:r>
        <w:br/>
        <w:t>Так, щоб тремтіли зірки,&lt;br /&gt;</w:t>
        <w:br/>
        <w:t>Плачучи в небесах.&lt;br /&gt;</w:t>
        <w:br/>
        <w:t>Так, щоб носив я віки&lt;br /&gt;</w:t>
        <w:br/>
        <w:t>Серце твоє в сльозах.</w:t>
      </w:r>
    </w:p>
    <w:p>
      <w:r>
        <w:br/>
        <w:t>Тільки, як тінь по стіні,&lt;br /&gt;</w:t>
        <w:br/>
        <w:t>Мовчкома не проходь,&lt;br /&gt;</w:t>
        <w:br/>
        <w:t>Бо серце затисне мені&lt;br /&gt;</w:t>
        <w:br/>
        <w:t>Смерті туга оброть.</w:t>
      </w:r>
    </w:p>
    <w:p>
      <w:r>
        <w:br/>
        <w:t>***</w:t>
      </w:r>
    </w:p>
    <w:p>
      <w:r>
        <w:br/>
        <w:t>Твоя протилежність – пісок,&lt;br /&gt;</w:t>
        <w:br/>
        <w:t>Пустиня безплідна й сумна.&lt;br /&gt;</w:t>
        <w:br/>
        <w:t>Ти народжуєш колосок,&lt;br /&gt;</w:t>
        <w:br/>
        <w:t>Наче нива, з мого зерна.</w:t>
      </w:r>
    </w:p>
    <w:p>
      <w:r>
        <w:br/>
        <w:t>Ти плекаєш його сама,&lt;br /&gt;</w:t>
        <w:br/>
        <w:t>Ти даєш йому мови дар,&lt;br /&gt;</w:t>
        <w:br/>
        <w:t>Безконечну могуть ума,&lt;br /&gt;</w:t>
        <w:br/>
        <w:t>Плоті й долі земної тягар.</w:t>
      </w:r>
    </w:p>
    <w:p>
      <w:r>
        <w:br/>
        <w:t>Як вода, ти блищиш і течеш&lt;br /&gt;</w:t>
        <w:br/>
        <w:t>В руслах рік і слідах підків.&lt;br /&gt;</w:t>
        <w:br/>
        <w:t>Я тебе малював би все ж,&lt;br /&gt;</w:t>
        <w:br/>
        <w:t>Наче марево серед пісків.</w:t>
      </w:r>
    </w:p>
    <w:p>
      <w:r>
        <w:br/>
        <w:t>***</w:t>
      </w:r>
    </w:p>
    <w:p>
      <w:r>
        <w:br/>
        <w:t>Перегорів я й перетлів,&lt;br /&gt;</w:t>
        <w:br/>
        <w:t>Як ті книжки Кумрана*,&lt;br /&gt;</w:t>
        <w:br/>
        <w:t>Та ще в мені багато слів&lt;br /&gt;</w:t>
        <w:br/>
        <w:t>Ти віднайдеш кохана.</w:t>
      </w:r>
    </w:p>
    <w:p>
      <w:r>
        <w:br/>
        <w:t>Ти з них легесенько здмухнеш&lt;br /&gt;</w:t>
        <w:br/>
        <w:t>Пісок і потеруху,&lt;br /&gt;</w:t>
        <w:br/>
        <w:t>Вони задзвонять, ніби креш&lt;br /&gt;</w:t>
        <w:br/>
        <w:t>Невщербленого духу.</w:t>
      </w:r>
    </w:p>
    <w:p>
      <w:r>
        <w:br/>
        <w:t>Вони засвітять, наче міст&lt;br /&gt;</w:t>
        <w:br/>
        <w:t>Вночі понад рікою.&lt;br /&gt;</w:t>
        <w:br/>
        <w:t>Відкриється таємний зміст&lt;br /&gt;</w:t>
        <w:br/>
        <w:t>Під ніжною рукою.</w:t>
      </w:r>
    </w:p>
    <w:p>
      <w:r>
        <w:br/>
        <w:t>Відчуєш, як болить мені&lt;br /&gt;</w:t>
        <w:br/>
        <w:t>Мойого предка рана.&lt;br /&gt;</w:t>
        <w:br/>
        <w:t>Вцілів я у землі й вогні,&lt;br /&gt;</w:t>
        <w:br/>
        <w:t>Як ті книжки Кумрана.</w:t>
      </w:r>
    </w:p>
    <w:p>
      <w:r>
        <w:br/>
        <w:t>***</w:t>
      </w:r>
    </w:p>
    <w:p>
      <w:r>
        <w:br/>
        <w:t>___________</w:t>
      </w:r>
    </w:p>
    <w:p>
      <w:r>
        <w:br/>
        <w:t>*Кумранські рукописи – древні&lt;br /&gt;</w:t>
        <w:br/>
        <w:t>релігійні тексти, знайдені в пе-&lt;br /&gt;</w:t>
        <w:br/>
        <w:t>чері на березі Мертвого моря,&lt;br /&gt;</w:t>
        <w:br/>
        <w:t>періоду ІІ-І ст. до н.е.&lt;br /&gt;</w:t>
        <w:br/>
        <w:t>(прим. автора)</w:t>
      </w:r>
    </w:p>
    <w:p>
      <w:r>
        <w:br/>
        <w:t>* * *</w:t>
      </w:r>
    </w:p>
    <w:p>
      <w:r>
        <w:br/>
        <w:t>Були ми в натовпі. Не знаю, як це сталось,&lt;br /&gt;</w:t>
        <w:br/>
        <w:t>Що люди роз’єднали нас. Тебе за руку&lt;br /&gt;</w:t>
        <w:br/>
        <w:t>Тримав я міцно, та лиця твого не бачив.&lt;br /&gt;</w:t>
        <w:br/>
        <w:t>Почувши раптом крик, я випустив долоню;&lt;br /&gt;</w:t>
        <w:br/>
        <w:t>Можливо, ти від болю скрикнула? Даремно&lt;br /&gt;</w:t>
        <w:br/>
        <w:t>Я намагавсь тебе знайти в тісняві. Люди&lt;br /&gt;</w:t>
        <w:br/>
        <w:t>На мене почали недобре поглядати,&lt;br /&gt;</w:t>
        <w:br/>
        <w:t>Бо я хапав за руки їх. А ти пропала.&lt;br /&gt;</w:t>
        <w:br/>
        <w:t>Нарешті хтось мене піймав за лікоть. "Злодій,&lt;br /&gt;</w:t>
        <w:br/>
        <w:t>Дивіться, злодій тут орудує!" – він рявкнув.&lt;br /&gt;</w:t>
        <w:br/>
        <w:t>Я перестав тебе шукати. Мені на очі,&lt;br /&gt;</w:t>
        <w:br/>
        <w:t>Такі смішні в день празника, набігли сльози…</w:t>
      </w:r>
    </w:p>
    <w:p>
      <w:r>
        <w:br/>
        <w:t>***</w:t>
      </w:r>
    </w:p>
    <w:p>
      <w:r>
        <w:br/>
        <w:t>Коли мені не допоможуть вірші,&lt;br /&gt;</w:t>
        <w:br/>
        <w:t>То вже не допоможуть лікарі.&lt;br /&gt;</w:t>
        <w:br/>
        <w:t>У сни свої благословенні й віщі&lt;br /&gt;</w:t>
        <w:br/>
        <w:t>Я відійду самотньо на зорі.</w:t>
      </w:r>
    </w:p>
    <w:p>
      <w:r>
        <w:br/>
        <w:t>Тоді прийди, кохана, кроком тіні,&lt;br /&gt;</w:t>
        <w:br/>
        <w:t>Та серця ти за тим собі не рви,&lt;br /&gt;</w:t>
        <w:br/>
        <w:t>Що все життя віддав я Україні,&lt;br /&gt;</w:t>
        <w:br/>
        <w:t>Тобі ж – пучок могильної трави.</w:t>
      </w:r>
    </w:p>
    <w:p>
      <w:r>
        <w:br/>
        <w:t>Я знаю, мила, це несправедливо,&lt;br /&gt;</w:t>
        <w:br/>
        <w:t>Та поділить інакше я не міг,&lt;br /&gt;</w:t>
        <w:br/>
        <w:t>Бо й ця трава – так само вічне диво,&lt;br /&gt;</w:t>
        <w:br/>
        <w:t>Як дивина найкращих днів моїх.</w:t>
      </w:r>
    </w:p>
    <w:p>
      <w:r>
        <w:br/>
        <w:t>***</w:t>
      </w:r>
    </w:p>
    <w:p>
      <w:r>
        <w:br/>
        <w:t>Я буду на світі,&lt;br /&gt;</w:t>
        <w:br/>
        <w:t>Допоки незнане світло&lt;br /&gt;</w:t>
        <w:br/>
        <w:t>І обличчі твоєму світить.</w:t>
      </w:r>
    </w:p>
    <w:p>
      <w:r>
        <w:br/>
        <w:t>Я житиму доти,&lt;br /&gt;</w:t>
        <w:br/>
        <w:t>Допоки горіти буде&lt;br /&gt;</w:t>
        <w:br/>
        <w:t>Долоні твоєї дотик.</w:t>
      </w:r>
    </w:p>
    <w:p>
      <w:r>
        <w:br/>
        <w:t>***</w:t>
      </w:r>
    </w:p>
    <w:p>
      <w:r>
        <w:br/>
        <w:t>Ще днів моїх багато за горою,&lt;br /&gt;</w:t>
        <w:br/>
        <w:t>За зорями в небесній глибині.&lt;br /&gt;</w:t>
        <w:br/>
        <w:t>Все, що було, згубилось уві сні,&lt;br /&gt;</w:t>
        <w:br/>
        <w:t>Лиш те, що буде, володіє мною.</w:t>
      </w:r>
    </w:p>
    <w:p>
      <w:r>
        <w:br/>
        <w:t>Опалене жагою весняною,&lt;br /&gt;</w:t>
        <w:br/>
        <w:t>Чуття будущини живе в мені.&lt;br /&gt;</w:t>
        <w:br/>
        <w:t>В моєму серці, наче в стремені,&lt;br /&gt;</w:t>
        <w:br/>
        <w:t>Нога часу з острогою тугою.</w:t>
      </w:r>
    </w:p>
    <w:p>
      <w:r>
        <w:br/>
        <w:t>Та є на світі лагідна рука,&lt;br /&gt;</w:t>
        <w:br/>
        <w:t>Яка в мої думки і сподівання&lt;br /&gt;</w:t>
        <w:br/>
        <w:t>Вливається, як в озеро ріка.</w:t>
      </w:r>
    </w:p>
    <w:p>
      <w:r>
        <w:br/>
        <w:t>Вона дає моїй душі сіяння&lt;br /&gt;</w:t>
        <w:br/>
        <w:t>І дбає, щоб не згаснула зарання&lt;br /&gt;</w:t>
        <w:br/>
        <w:t>Відлита в слові кров моя дзвінка.</w:t>
      </w:r>
    </w:p>
    <w:p>
      <w:r>
        <w:br/>
        <w:t>***</w:t>
      </w:r>
    </w:p>
    <w:p>
      <w:r>
        <w:br/>
        <w:t>Так, ти одна, моя любове,&lt;br /&gt;</w:t>
        <w:br/>
        <w:t>Даєш мені снагу обнови,&lt;br /&gt;</w:t>
        <w:br/>
        <w:t>Народжуєш мене щодня&lt;br /&gt;</w:t>
        <w:br/>
        <w:t>Інакшим, іншим, ніби з дна&lt;br /&gt;</w:t>
        <w:br/>
        <w:t>Душі кремнистої моєї&lt;br /&gt;</w:t>
        <w:br/>
        <w:t>Виборсуєш нові камеї&lt;br /&gt;</w:t>
        <w:br/>
        <w:t>З моїм обличчям… Боже мій,&lt;br /&gt;</w:t>
        <w:br/>
        <w:t>Мене ти змінюй, та не смій&lt;br /&gt;</w:t>
        <w:br/>
        <w:t>Своє натхнення на забаву&lt;br /&gt;</w:t>
        <w:br/>
        <w:t>Перевести, смішну й лукаву,&lt;br /&gt;</w:t>
        <w:br/>
        <w:t>І, творячи немовби в сні,&lt;br /&gt;</w:t>
        <w:br/>
        <w:t>Чужі прикмети дать мені!&lt;br /&gt;</w:t>
        <w:br/>
        <w:t>Живу я правдою тією,&lt;br /&gt;</w:t>
        <w:br/>
        <w:t>Що птах не може стать змією,&lt;br /&gt;</w:t>
        <w:br/>
        <w:t>Що маску будь-яку лакей&lt;br /&gt;</w:t>
        <w:br/>
        <w:t>Бере, бо все йому о’кей!&lt;br /&gt;</w:t>
        <w:br/>
        <w:t>А я не раб, не хитрий служка,&lt;br /&gt;</w:t>
        <w:br/>
        <w:t>Чия натура, як подушка,&lt;br /&gt;</w:t>
        <w:br/>
        <w:t>Податдива й м’яка! Мені&lt;br /&gt;</w:t>
        <w:br/>
        <w:t>Пасують риси кам’яні.&lt;br /&gt;</w:t>
        <w:br/>
        <w:t>То звершуй переміни диво,&lt;br /&gt;</w:t>
        <w:br/>
        <w:t>Але поважно і правдиво,&lt;br /&gt;</w:t>
        <w:br/>
        <w:t>Щоб не оліп і не оглух&lt;br /&gt;</w:t>
        <w:br/>
        <w:t>В чужому образі мій дух.</w:t>
      </w:r>
    </w:p>
    <w:p>
      <w:r>
        <w:br/>
        <w:t>***</w:t>
      </w:r>
    </w:p>
    <w:p>
      <w:r>
        <w:br/>
        <w:t>Біжить під зливою лошиця,&lt;br /&gt;</w:t>
        <w:br/>
        <w:t>Крізь темні хащі – напролом;&lt;br /&gt;</w:t>
        <w:br/>
        <w:t>Дощ прогинається, ятриться&lt;br /&gt;</w:t>
        <w:br/>
        <w:t>Крильми над золотим хребтом.</w:t>
      </w:r>
    </w:p>
    <w:p>
      <w:r>
        <w:br/>
        <w:t>Вона, мов блискавка червона,&lt;br /&gt;</w:t>
        <w:br/>
        <w:t>Летить крізь памороку віт.&lt;br /&gt;</w:t>
        <w:br/>
        <w:t>Вода звисає, як попона,&lt;br /&gt;</w:t>
        <w:br/>
        <w:t>І б’ється об тугий живіт.</w:t>
      </w:r>
    </w:p>
    <w:p>
      <w:r>
        <w:br/>
        <w:t>Гуркочуть брили грому в скалах,&lt;br /&gt;</w:t>
        <w:br/>
        <w:t>Мов неба колеться горіх;&lt;br /&gt;</w:t>
        <w:br/>
        <w:t>Полум’яніє гриви спалах&lt;br /&gt;</w:t>
        <w:br/>
        <w:t>Над сполохом очей і ніг.</w:t>
      </w:r>
    </w:p>
    <w:p>
      <w:r>
        <w:br/>
        <w:t>Вона стрясає дотик тучі,&lt;br /&gt;</w:t>
        <w:br/>
        <w:t>Води, що в пахи затекла;&lt;br /&gt;</w:t>
        <w:br/>
        <w:t>А як же їй знести палючі,&lt;br /&gt;</w:t>
        <w:br/>
        <w:t>Нещадні лоскоти сідла?!</w:t>
      </w:r>
    </w:p>
    <w:p>
      <w:r>
        <w:br/>
        <w:t>Як винести залізну ласку&lt;br /&gt;</w:t>
        <w:br/>
        <w:t>Вудил, що розпинають рот,&lt;br /&gt;</w:t>
        <w:br/>
        <w:t>Слухняності й вуздечки маску&lt;br /&gt;</w:t>
        <w:br/>
        <w:t>І світ у шорах, наче грот?!</w:t>
      </w:r>
    </w:p>
    <w:p>
      <w:r>
        <w:br/>
        <w:t>Як може покоритись потім&lt;br /&gt;</w:t>
        <w:br/>
        <w:t>Душа бентежна і нага&lt;br /&gt;</w:t>
        <w:br/>
        <w:t>Колючим шпорам, і чоботям,&lt;br /&gt;</w:t>
        <w:br/>
        <w:t>І блискавиці батога?!</w:t>
      </w:r>
    </w:p>
    <w:p>
      <w:r>
        <w:br/>
        <w:t>Це я питаюсь – і за спину&lt;br /&gt;</w:t>
        <w:br/>
        <w:t>Ховаю мокрі ремінці.&lt;br /&gt;</w:t>
        <w:br/>
        <w:t>А цукру білу каменину&lt;br /&gt;</w:t>
        <w:br/>
        <w:t>Несу в простягнутій руці.</w:t>
      </w:r>
    </w:p>
    <w:p>
      <w:r>
        <w:br/>
        <w:t>Ні, відступитися не змога,&lt;br /&gt;</w:t>
        <w:br/>
        <w:t>А лиш благати: "На, візьми!"&lt;br /&gt;</w:t>
        <w:br/>
        <w:t>Вона ж моя, ця тонконога&lt;br /&gt;</w:t>
        <w:br/>
        <w:t>Кониця з білими крильми!</w:t>
      </w:r>
    </w:p>
    <w:p>
      <w:r>
        <w:br/>
        <w:t>***</w:t>
      </w:r>
    </w:p>
    <w:p>
      <w:r>
        <w:br/>
        <w:t>Ти пахнеш, як листя весняне,&lt;br /&gt;</w:t>
        <w:br/>
        <w:t>Як дитинство моє полотняне,&lt;br /&gt;</w:t>
        <w:br/>
        <w:t>Як тепла малинова стежка,&lt;br /&gt;</w:t>
        <w:br/>
        <w:t>Як мамина срібна сережка.</w:t>
      </w:r>
    </w:p>
    <w:p>
      <w:r>
        <w:br/>
        <w:t>Ти пахнеш, як пломінь живиці,&lt;br /&gt;</w:t>
        <w:br/>
        <w:t>Як біленький дзвінок медуниці,&lt;br /&gt;</w:t>
        <w:br/>
        <w:t>Як вулик, де сховане сонце,&lt;br /&gt;</w:t>
        <w:br/>
        <w:t>Як маминих мрій волоконце.</w:t>
      </w:r>
    </w:p>
    <w:p>
      <w:r>
        <w:br/>
        <w:t>Ти пахнеш, як виспане море,&lt;br /&gt;</w:t>
        <w:br/>
        <w:t>Як жіноче невидиме горе,&lt;br /&gt;</w:t>
        <w:br/>
        <w:t>Як пилок на пшеничній ниві,&lt;br /&gt;</w:t>
        <w:br/>
        <w:t>Як мамині руки сяйливі.</w:t>
      </w:r>
    </w:p>
    <w:p>
      <w:r>
        <w:br/>
        <w:t>Ти пахнеш, як роси на житі,&lt;br /&gt;</w:t>
        <w:br/>
        <w:t>Як столи, рушниками накриті,&lt;br /&gt;</w:t>
        <w:br/>
        <w:t>Як співаюча стружка ялова,&lt;br /&gt;</w:t>
        <w:br/>
        <w:t>Як мамина лагідна мова.</w:t>
      </w:r>
    </w:p>
    <w:p>
      <w:r>
        <w:br/>
        <w:t>***</w:t>
      </w:r>
    </w:p>
    <w:p>
      <w:r>
        <w:br/>
        <w:t>Море з моря ткалось гладко,&lt;br /&gt;</w:t>
        <w:br/>
        <w:t>Шовком слалося до стіп.&lt;br /&gt;</w:t>
        <w:br/>
        <w:t>А по ньому йшло дівчатко,&lt;br /&gt;</w:t>
        <w:br/>
        <w:t>Голе й чисте, наче хліб.</w:t>
      </w:r>
    </w:p>
    <w:p>
      <w:r>
        <w:br/>
        <w:t>Море крила піднімало,&lt;br /&gt;</w:t>
        <w:br/>
        <w:t>Відлітало в ніч, як птах.&lt;br /&gt;</w:t>
        <w:br/>
        <w:t>Я відчув журби немало&lt;br /&gt;</w:t>
        <w:br/>
        <w:t>На зцілованих устах.</w:t>
      </w:r>
    </w:p>
    <w:p>
      <w:r>
        <w:br/>
        <w:t>Море падало на скелі&lt;br /&gt;</w:t>
        <w:br/>
        <w:t>І кричало, мов Ікар.&lt;br /&gt;</w:t>
        <w:br/>
        <w:t>Як дві зірки невеселі,&lt;br /&gt;</w:t>
        <w:br/>
        <w:t>Ми тулились поміж хмар.</w:t>
      </w:r>
    </w:p>
    <w:p>
      <w:r>
        <w:br/>
        <w:t>Море вранці шелестіло,&lt;br /&gt;</w:t>
        <w:br/>
        <w:t>Тліло, як осінній ліс.&lt;br /&gt;</w:t>
        <w:br/>
        <w:t>Наче хліб, дівоче тіло&lt;br /&gt;</w:t>
        <w:br/>
        <w:t>Мало присмак сонця й сліз.</w:t>
      </w:r>
    </w:p>
    <w:p>
      <w:r>
        <w:br/>
        <w:t>***</w:t>
      </w:r>
    </w:p>
    <w:p>
      <w:r>
        <w:br/>
        <w:t>Дівчино моя мила,&lt;br /&gt;</w:t>
        <w:br/>
        <w:t>Ти блискавкою брови&lt;br /&gt;</w:t>
        <w:br/>
        <w:t>Сонце мені затьмила.</w:t>
      </w:r>
    </w:p>
    <w:p>
      <w:r>
        <w:br/>
        <w:t>Глянь, чаклування дівчаче, –&lt;br /&gt;</w:t>
        <w:br/>
        <w:t>Шукає поводиря&lt;br /&gt;</w:t>
        <w:br/>
        <w:t>Серце моє незряче.</w:t>
      </w:r>
    </w:p>
    <w:p>
      <w:r>
        <w:br/>
        <w:t>Може, на переходах&lt;br /&gt;</w:t>
        <w:br/>
        <w:t>Ти руку йому даси,&lt;br /&gt;</w:t>
        <w:br/>
        <w:t>Ніжну й легку, як подих.</w:t>
      </w:r>
    </w:p>
    <w:p>
      <w:r>
        <w:br/>
        <w:t>Доти життя, допоки&lt;br /&gt;</w:t>
        <w:br/>
        <w:t>Ти будеш його вести –&lt;br /&gt;</w:t>
        <w:br/>
        <w:t>Хоч би й чотири кроки!</w:t>
      </w:r>
    </w:p>
    <w:p>
      <w:r>
        <w:br/>
        <w:t>***</w:t>
      </w:r>
    </w:p>
    <w:p>
      <w:r>
        <w:br/>
        <w:t>Ніч була ясна, я стежками біг.&lt;br /&gt;</w:t>
        <w:br/>
        <w:t>Стопи опікав кам’яний моріг.</w:t>
      </w:r>
    </w:p>
    <w:p>
      <w:r>
        <w:br/>
        <w:t>Линула зоря на круті плаї,&lt;br /&gt;</w:t>
        <w:br/>
        <w:t>Як метелика, я впіймав її.</w:t>
      </w:r>
    </w:p>
    <w:p>
      <w:r>
        <w:br/>
        <w:t>Під вікном твоїм я відкрив кулак,&lt;br /&gt;</w:t>
        <w:br/>
        <w:t>Показав зорю, мов червоний мак.</w:t>
      </w:r>
    </w:p>
    <w:p>
      <w:r>
        <w:br/>
        <w:t>Та не вийшла ти, тільки у вікні&lt;br /&gt;</w:t>
        <w:br/>
        <w:t>Стала й знак дала – геть іти мені.</w:t>
      </w:r>
    </w:p>
    <w:p>
      <w:r>
        <w:br/>
        <w:t>Я назад помчав темним путівцем,&lt;br /&gt;</w:t>
        <w:br/>
        <w:t>Біжачи крізь ніч, плакав я тихцем.</w:t>
      </w:r>
    </w:p>
    <w:p>
      <w:r>
        <w:br/>
        <w:t>Я в руці стискав, наче бите скло,&lt;br /&gt;</w:t>
        <w:br/>
        <w:t>Мертвої зорі неживе крило.</w:t>
      </w:r>
    </w:p>
    <w:p>
      <w:r>
        <w:br/>
        <w:t>Ніч була ясна, я відкрив кулак,&lt;br /&gt;</w:t>
        <w:br/>
        <w:t>Ах, моя рука – мов червоний мак.</w:t>
      </w:r>
    </w:p>
    <w:p>
      <w:r>
        <w:br/>
        <w:t>***</w:t>
      </w:r>
    </w:p>
    <w:p>
      <w:r>
        <w:br/>
        <w:t>Та мить, яка надходить після болю,&lt;br /&gt;</w:t>
        <w:br/>
        <w:t>Тобою завданого, – ніжна мить…&lt;br /&gt;</w:t>
        <w:br/>
        <w:t>Я все стерплю, я все тобі дозволю –&lt;br /&gt;</w:t>
        <w:br/>
        <w:t>Не бійсь боляче серце надломить.</w:t>
      </w:r>
    </w:p>
    <w:p>
      <w:r>
        <w:br/>
        <w:t>Надламане, воно смачніше буде,&lt;br /&gt;</w:t>
        <w:br/>
        <w:t>Як хліб, що їсться з голоду й злоби;&lt;br /&gt;</w:t>
        <w:br/>
        <w:t>Заходь, як у світлицю, в мої груди&lt;br /&gt;</w:t>
        <w:br/>
        <w:t>І все, що заманеться, там роби.</w:t>
      </w:r>
    </w:p>
    <w:p>
      <w:r>
        <w:br/>
        <w:t>В тій хаті на підлозі, як у пущі,&lt;br /&gt;</w:t>
        <w:br/>
        <w:t>Клади вогонь, пали нужденний рай,&lt;br /&gt;</w:t>
        <w:br/>
        <w:t>Чи, мов зерня з твердої шкаралущі,&lt;br /&gt;</w:t>
        <w:br/>
        <w:t>Розбиту душу з мене видирай.</w:t>
      </w:r>
    </w:p>
    <w:p>
      <w:r>
        <w:br/>
        <w:t>Я відновлюсь, я оживу, кохана,&lt;br /&gt;</w:t>
        <w:br/>
        <w:t>Хоч сто разів од рук твоїх згорю,&lt;br /&gt;</w:t>
        <w:br/>
        <w:t>Благословенна та найглибша рана,&lt;br /&gt;</w:t>
        <w:br/>
        <w:t>Що звільна обертається в зорю!</w:t>
      </w:r>
    </w:p>
    <w:p>
      <w:r>
        <w:br/>
        <w:t>***</w:t>
      </w:r>
    </w:p>
    <w:p>
      <w:r>
        <w:br/>
        <w:t>Я стужився мила, за тобою,&lt;br /&gt;</w:t>
        <w:br/>
        <w:t>З туги оберувся мимохіть&lt;br /&gt;</w:t>
        <w:br/>
        <w:t>В явора, що, палений журбою,&lt;br /&gt;</w:t>
        <w:br/>
        <w:t>Сам один між буками стоїть.</w:t>
      </w:r>
    </w:p>
    <w:p>
      <w:r>
        <w:br/>
        <w:t>Грає листя на веснянім сонці,&lt;br /&gt;</w:t>
        <w:br/>
        <w:t>А в душі – печаль, як небеса.&lt;br /&gt;</w:t>
        <w:br/>
        <w:t>Він росте й співає явороньці,&lt;br /&gt;</w:t>
        <w:br/>
        <w:t>І згорає від сльози роса.</w:t>
      </w:r>
    </w:p>
    <w:p>
      <w:r>
        <w:br/>
        <w:t>Сніг летить колючий, ніби трина,&lt;br /&gt;</w:t>
        <w:br/>
        <w:t>Йде зима й бескидами гуде.&lt;br /&gt;</w:t>
        <w:br/>
        <w:t>Яворові сниться яворина&lt;br /&gt;</w:t>
        <w:br/>
        <w:t>Та її кохання молоде.</w:t>
      </w:r>
    </w:p>
    <w:p>
      <w:r>
        <w:br/>
        <w:t>Він не знає, що надійдуть люди,&lt;br /&gt;</w:t>
        <w:br/>
        <w:t>Зміряють його на поруби,&lt;br /&gt;</w:t>
        <w:br/>
        <w:t>Розітнуть йому печальні груди,&lt;br /&gt;</w:t>
        <w:br/>
        <w:t>Скрипку зроблять із його журби.</w:t>
      </w:r>
    </w:p>
    <w:p>
      <w:r>
        <w:br/>
        <w:t>***</w:t>
      </w:r>
    </w:p>
    <w:p>
      <w:r>
        <w:br/>
        <w:t>Не знаю, хто мене зробив орлом,&lt;br /&gt;</w:t>
        <w:br/>
        <w:t>Хто кігті дав і дзьоб тяжкий, мов лом,&lt;br /&gt;</w:t>
        <w:br/>
        <w:t>Хто наказав летіти в темну хлань,&lt;br /&gt;</w:t>
        <w:br/>
        <w:t>В безодню, повну стогону й волань…&lt;br /&gt;</w:t>
        <w:br/>
        <w:t>Як Прометей, прикута до скали,&lt;br /&gt;</w:t>
        <w:br/>
        <w:t>Біліла жінка в кублищах імли.&lt;br /&gt;</w:t>
        <w:br/>
        <w:t>І загуділо в дебрі кам’яній:&lt;br /&gt;</w:t>
        <w:br/>
        <w:t>"Лети до неї й вирви серце їй!"&lt;br /&gt;</w:t>
        <w:br/>
        <w:t>Я зрозумів, що обрано мене&lt;br /&gt;</w:t>
        <w:br/>
        <w:t>На діло помсти, люте й страшне;&lt;br /&gt;</w:t>
        <w:br/>
        <w:t>Затих у пропастях наказу гул,&lt;br /&gt;</w:t>
        <w:br/>
        <w:t>Я підлетів до жінки навпритул –&lt;br /&gt;</w:t>
        <w:br/>
        <w:t>Вона була обдерта до наги,&lt;br /&gt;</w:t>
        <w:br/>
        <w:t>На ній висіли тільки ланцюги.&lt;br /&gt;</w:t>
        <w:br/>
        <w:t>На мить мені здалося, що вона&lt;br /&gt;</w:t>
        <w:br/>
        <w:t>Була неначе лялька льодяна.&lt;br /&gt;</w:t>
        <w:br/>
        <w:t>Дивилася, немовби синій страх&lt;br /&gt;</w:t>
        <w:br/>
        <w:t>Замерз в її зіницях на вітрах.&lt;br /&gt;</w:t>
        <w:br/>
        <w:t>Та в стогонах я розпізнав слова&lt;br /&gt;</w:t>
        <w:br/>
        <w:t>І зрозумів – вона жива, жива!&lt;br /&gt;</w:t>
        <w:br/>
        <w:t>О, той, хто десь гукав собі вгорі,&lt;br /&gt;</w:t>
        <w:br/>
        <w:t>Хто дав мені клювак і пазурі,&lt;br /&gt;</w:t>
        <w:br/>
        <w:t>Хоч скільки прикладав жаги й завзять,&lt;br /&gt;</w:t>
        <w:br/>
        <w:t>Не зміг у мене серце людське взять!&lt;br /&gt;</w:t>
        <w:br/>
        <w:t>Її крильми широкими я вкрив –&lt;br /&gt;</w:t>
        <w:br/>
        <w:t>І впали з неї ланцюги в обрив,&lt;br /&gt;</w:t>
        <w:br/>
        <w:t>І на її обличчі сніг розтав –&lt;br /&gt;</w:t>
        <w:br/>
        <w:t>Я в ній свою кохану розпізнав…&lt;br /&gt;</w:t>
        <w:br/>
        <w:t>Мене збудив мій одчайдушний крик,&lt;br /&gt;</w:t>
        <w:br/>
        <w:t>Химерний сон з душі злетів і зник,&lt;br /&gt;</w:t>
        <w:br/>
        <w:t>А та, що важко снилася мені,&lt;br /&gt;</w:t>
        <w:br/>
        <w:t>Лежала біля мене в тихім сні.&lt;br /&gt;</w:t>
        <w:br/>
        <w:t>"Пробач, – до неї мовив я крізь плач, –&lt;br /&gt;</w:t>
        <w:br/>
        <w:t>За все, що ти пережила, пробач!"&lt;br /&gt;</w:t>
        <w:br/>
        <w:t>І хоч вона щасливою була,&lt;br /&gt;</w:t>
        <w:br/>
        <w:t>Хоч я не завдавав їй болю й зла, –&lt;br /&gt;</w:t>
        <w:br/>
        <w:t>Цей сон, що засвітився крізь віки,&lt;br /&gt;</w:t>
        <w:br/>
        <w:t>Палив моє сумління і думки;&lt;br /&gt;</w:t>
        <w:br/>
        <w:t>Благословив я днину мовчкома,&lt;br /&gt;</w:t>
        <w:br/>
        <w:t>Що кликала мене, як та сурма,&lt;br /&gt;</w:t>
        <w:br/>
        <w:t>В нові турботи і знімала з пліч&lt;br /&gt;</w:t>
        <w:br/>
        <w:t>Тягар провин, навіяних за ніч.</w:t>
      </w:r>
    </w:p>
    <w:p>
      <w:r>
        <w:br/>
        <w:t>***</w:t>
      </w:r>
    </w:p>
    <w:p>
      <w:r>
        <w:br/>
        <w:t>За вивіркою золотою&lt;br /&gt;</w:t>
        <w:br/>
        <w:t>Я біг вершинами смерік,&lt;br /&gt;</w:t>
        <w:br/>
        <w:t>Провалювавсь у темну хвою,&lt;br /&gt;</w:t>
        <w:br/>
        <w:t>Як у вогонь, що серце пік.</w:t>
      </w:r>
    </w:p>
    <w:p>
      <w:r>
        <w:br/>
        <w:t>Я обдирався об ялиці,&lt;br /&gt;</w:t>
        <w:br/>
        <w:t>Та знову біг через руні,&lt;br /&gt;</w:t>
        <w:br/>
        <w:t>Мов краплі чорної живиці,&lt;br /&gt;</w:t>
        <w:br/>
        <w:t>Кров запікалась на мені.</w:t>
      </w:r>
    </w:p>
    <w:p>
      <w:r>
        <w:br/>
        <w:t>Я біг, і падав з високості,&lt;br /&gt;</w:t>
        <w:br/>
        <w:t>І піднімався нашвидку,&lt;br /&gt;</w:t>
        <w:br/>
        <w:t>Не відав, чи ламались кості,&lt;br /&gt;</w:t>
        <w:br/>
        <w:t>Чи хмиз тріщав у темнику.</w:t>
      </w:r>
    </w:p>
    <w:p>
      <w:r>
        <w:br/>
        <w:t>Чого вона тікала в пущу&lt;br /&gt;</w:t>
        <w:br/>
        <w:t>Від мене, ніби від хортів,&lt;br /&gt;</w:t>
        <w:br/>
        <w:t>Таж я ту білку проклятущу&lt;br /&gt;</w:t>
        <w:br/>
        <w:t>Лишень погладити хотів!</w:t>
      </w:r>
    </w:p>
    <w:p>
      <w:r>
        <w:br/>
        <w:t>***</w:t>
      </w:r>
    </w:p>
    <w:p>
      <w:r>
        <w:br/>
        <w:t>Моє дівча, не вір,&lt;br /&gt;</w:t>
        <w:br/>
        <w:t>Що вмре твоя краса,&lt;br /&gt;</w:t>
        <w:br/>
        <w:t>Погасне скронь яса,&lt;br /&gt;</w:t>
        <w:br/>
        <w:t>Запопелиться зір,&lt;br /&gt;</w:t>
        <w:br/>
        <w:t>Брів ластів’ячих лет&lt;br /&gt;</w:t>
        <w:br/>
        <w:t>Заб’ється в зморщок сіть,&lt;br /&gt;</w:t>
        <w:br/>
        <w:t>Розм’якне тіла мідь,&lt;br /&gt;</w:t>
        <w:br/>
        <w:t>Покривиться хребет!&lt;br /&gt;</w:t>
        <w:br/>
        <w:t>Це все ілюзія,&lt;br /&gt;</w:t>
        <w:br/>
        <w:t>Ознака сліпоти.&lt;br /&gt;</w:t>
        <w:br/>
        <w:t>З твоєї ліпоти&lt;br /&gt;</w:t>
        <w:br/>
        <w:t>Встрає любов моя.&lt;br /&gt;</w:t>
        <w:br/>
        <w:t>Твоє чоло ясне,&lt;br /&gt;</w:t>
        <w:br/>
        <w:t>Очей і рук нестрим –&lt;br /&gt;</w:t>
        <w:br/>
        <w:t>Це той вогонь, котрим&lt;br /&gt;</w:t>
        <w:br/>
        <w:t>Ти сповнила мене.&lt;br /&gt;</w:t>
        <w:br/>
        <w:t>Горів я, не згорів,&lt;br /&gt;</w:t>
        <w:br/>
        <w:t>Довіку не згорю&lt;br /&gt;</w:t>
        <w:br/>
        <w:t>І серце, як зорю,&lt;br /&gt;</w:t>
        <w:br/>
        <w:t>Ношу в долонях слів.</w:t>
      </w:r>
    </w:p>
    <w:p>
      <w:r>
        <w:br/>
        <w:t>***</w:t>
      </w:r>
    </w:p>
    <w:p>
      <w:r>
        <w:br/>
        <w:t>Що я для тебе маю?&lt;br /&gt;</w:t>
        <w:br/>
        <w:t>Серце! Руки! Уста!&lt;br /&gt;</w:t>
        <w:br/>
        <w:t>Так, моя сумноока,&lt;br /&gt;</w:t>
        <w:br/>
        <w:t>Так, моя золота.</w:t>
      </w:r>
    </w:p>
    <w:p>
      <w:r>
        <w:br/>
        <w:t>Руками тебе обгорну,&lt;br /&gt;</w:t>
        <w:br/>
        <w:t>Поцілунками обів’ю,&lt;br /&gt;</w:t>
        <w:br/>
        <w:t>А серце! А в серце своє&lt;br /&gt;</w:t>
        <w:br/>
        <w:t>Заховаю печаль твою.</w:t>
      </w:r>
    </w:p>
    <w:p>
      <w:r>
        <w:br/>
        <w:t>***</w:t>
      </w:r>
    </w:p>
    <w:p>
      <w:r>
        <w:br/>
        <w:t>Напав я на тебе раптом&lt;br /&gt;</w:t>
        <w:br/>
        <w:t>На стежці посеред степу,&lt;br /&gt;</w:t>
        <w:br/>
        <w:t>Нахлинув, як дощ краплистий,&lt;br /&gt;</w:t>
        <w:br/>
        <w:t>Як виливень буревійний,&lt;br /&gt;</w:t>
        <w:br/>
        <w:t>Липневий джигун-музика,&lt;br /&gt;</w:t>
        <w:br/>
        <w:t>Просяяний блискавками,&lt;br /&gt;</w:t>
        <w:br/>
        <w:t>Співаючий дощ любові.&lt;br /&gt;</w:t>
        <w:br/>
        <w:t>Ти кинулася тікати,&lt;br /&gt;</w:t>
        <w:br/>
        <w:t>А я танцював навколо,&lt;br /&gt;</w:t>
        <w:br/>
        <w:t>Шаліючи від натхнення,&lt;br /&gt;</w:t>
        <w:br/>
        <w:t>Від певності, що нікуди&lt;br /&gt;</w:t>
        <w:br/>
        <w:t>Сховатися ти не годна;&lt;br /&gt;</w:t>
        <w:br/>
        <w:t>На ста сопілках одразу&lt;br /&gt;</w:t>
        <w:br/>
        <w:t>Я грав, щоб тебе зманити,&lt;br /&gt;</w:t>
        <w:br/>
        <w:t>Принадити звуком бурі;&lt;br /&gt;</w:t>
        <w:br/>
        <w:t>А потім я взяв цимбали,&lt;br /&gt;</w:t>
        <w:br/>
        <w:t>Поклав їх сторчма на землю,&lt;br /&gt;</w:t>
        <w:br/>
        <w:t>До неба ходив по струнах –&lt;br /&gt;</w:t>
        <w:br/>
        <w:t>Тебе чарував я звільна&lt;br /&gt;</w:t>
        <w:br/>
        <w:t>Своїм сатанинським танцем.</w:t>
      </w:r>
    </w:p>
    <w:p>
      <w:r>
        <w:br/>
        <w:t>Ти бігла і розглядалась&lt;br /&gt;</w:t>
        <w:br/>
        <w:t>Налякано в тому полі,&lt;br /&gt;</w:t>
        <w:br/>
        <w:t>Де схову нема від грому,&lt;br /&gt;</w:t>
        <w:br/>
        <w:t>Від зливи в від кохання.&lt;br /&gt;</w:t>
        <w:br/>
        <w:t>Ти краплі, немов долоні&lt;br /&gt;</w:t>
        <w:br/>
        <w:t>Мої безсоромні й спраглі,&lt;br /&gt;</w:t>
        <w:br/>
        <w:t>Долонями відбивала,&lt;br /&gt;</w:t>
        <w:br/>
        <w:t>Та в мене було без ліку&lt;br /&gt;</w:t>
        <w:br/>
        <w:t>Тих рук, що тебе ловили,&lt;br /&gt;</w:t>
        <w:br/>
        <w:t>В обіймах стискали ніжно,&lt;br /&gt;</w:t>
        <w:br/>
        <w:t>Наповнювали поволі&lt;br /&gt;</w:t>
        <w:br/>
        <w:t>Твоє невтоленне тіло,&lt;br /&gt;</w:t>
        <w:br/>
        <w:t>Неначе водою землю,&lt;br /&gt;</w:t>
        <w:br/>
        <w:t>Піснями з безодні світу.</w:t>
      </w:r>
    </w:p>
    <w:p>
      <w:r>
        <w:br/>
        <w:t>Як змокла ти вся до нитки,&lt;br /&gt;</w:t>
        <w:br/>
        <w:t>Повільніше стала бігти,&lt;br /&gt;</w:t>
        <w:br/>
        <w:t>Спинилася й засміялась,&lt;br /&gt;</w:t>
        <w:br/>
        <w:t>До неба вознесла руки, –&lt;br /&gt;</w:t>
        <w:br/>
        <w:t>Так, ніби просила більше&lt;br /&gt;</w:t>
        <w:br/>
        <w:t>Потоків рвучкого світла&lt;br /&gt;</w:t>
        <w:br/>
        <w:t>І музики з-під блакиті.</w:t>
      </w:r>
    </w:p>
    <w:p>
      <w:r>
        <w:br/>
        <w:t>***</w:t>
      </w:r>
    </w:p>
    <w:p>
      <w:r>
        <w:br/>
        <w:t>Ми різко зійшлися в танці –&lt;br /&gt;</w:t>
        <w:br/>
        <w:t>Аж гудзики відірвались&lt;br /&gt;</w:t>
        <w:br/>
        <w:t>Од плаття твого тонкого,&lt;br /&gt;</w:t>
        <w:br/>
        <w:t>Відскочили й засвітили&lt;br /&gt;</w:t>
        <w:br/>
        <w:t>Над полем, немов ракети,&lt;br /&gt;</w:t>
        <w:br/>
        <w:t>Які провіщають наступ.&lt;br /&gt;</w:t>
        <w:br/>
        <w:t>Ти скинула одежину,&lt;br /&gt;</w:t>
        <w:br/>
        <w:t>Важку від води і грому&lt;br /&gt;</w:t>
        <w:br/>
        <w:t>І, зрешною, непотрібну&lt;br /&gt;</w:t>
        <w:br/>
        <w:t>В танку із дощем липневим.&lt;br /&gt;</w:t>
        <w:br/>
        <w:t>Я ж був тобі за одежу&lt;br /&gt;</w:t>
        <w:br/>
        <w:t>Єдвабну і за намиста,&lt;br /&gt;</w:t>
        <w:br/>
        <w:t>Я краплями діамантів&lt;br /&gt;</w:t>
        <w:br/>
        <w:t>Освітлював темні звиви&lt;br /&gt;</w:t>
        <w:br/>
        <w:t>І персні твого волосся,&lt;br /&gt;</w:t>
        <w:br/>
        <w:t>Спливав між грудьми твоїми&lt;br /&gt;</w:t>
        <w:br/>
        <w:t>Струмком, як ланцюг зі срібла.</w:t>
      </w:r>
    </w:p>
    <w:p>
      <w:r>
        <w:br/>
        <w:t>Втім – райдуга стала в полі,&lt;br /&gt;</w:t>
        <w:br/>
        <w:t>І ти увійшла під синє&lt;br /&gt;</w:t>
        <w:br/>
        <w:t>Склепіння небес, як сонце,&lt;br /&gt;</w:t>
        <w:br/>
        <w:t>Засліплена власним сяйвом;&lt;br /&gt;</w:t>
        <w:br/>
        <w:t>А я, оп’янілий, в далеч,&lt;br /&gt;</w:t>
        <w:br/>
        <w:t>Затемнену хмаровинням,&lt;br /&gt;</w:t>
        <w:br/>
        <w:t>Відходив – не дощ, а хлопець,&lt;br /&gt;</w:t>
        <w:br/>
        <w:t>І запах твоєї плоті&lt;br /&gt;</w:t>
        <w:br/>
        <w:t>Я ніс, наче воду, в жмені.</w:t>
      </w:r>
    </w:p>
    <w:p>
      <w:r>
        <w:br/>
        <w:t>***</w:t>
      </w:r>
    </w:p>
    <w:p>
      <w:r>
        <w:br/>
        <w:t>Акації.Бджолині дзвони.&lt;br /&gt;</w:t>
        <w:br/>
        <w:t>Пшениці колихливий лан.&lt;br /&gt;</w:t>
        <w:br/>
        <w:t>І маків полотно червоне,&lt;br /&gt;</w:t>
        <w:br/>
        <w:t>Рвучке і ніжне, мов талан.</w:t>
      </w:r>
    </w:p>
    <w:p>
      <w:r>
        <w:br/>
        <w:t>Гніздо в колоссі, мов колиска,&lt;br /&gt;</w:t>
        <w:br/>
        <w:t>Очей твоїх знадливий ляк;&lt;br /&gt;</w:t>
        <w:br/>
        <w:t>Як шпиль блідого обеліска,&lt;br /&gt;</w:t>
        <w:br/>
        <w:t>В блакить, застромлений літак.</w:t>
      </w:r>
    </w:p>
    <w:p>
      <w:r>
        <w:br/>
        <w:t>Цілунки стишені й неситі,&lt;br /&gt;</w:t>
        <w:br/>
        <w:t>Полови сонячна луска;&lt;br /&gt;</w:t>
        <w:br/>
        <w:t>Як пальма слід на антрациті,&lt;br /&gt;</w:t>
        <w:br/>
        <w:t>На спині слід від колоска.</w:t>
      </w:r>
    </w:p>
    <w:p>
      <w:r>
        <w:br/>
        <w:t>***</w:t>
      </w:r>
    </w:p>
    <w:p>
      <w:r>
        <w:br/>
        <w:t>Повітря нічне до рання&lt;br /&gt;</w:t>
        <w:br/>
        <w:t>З неба текло й ряхтіло.&lt;br /&gt;</w:t>
        <w:br/>
        <w:t>Радощами кохання&lt;br /&gt;</w:t>
        <w:br/>
        <w:t>Світилося твоє тіло.</w:t>
      </w:r>
    </w:p>
    <w:p>
      <w:r>
        <w:br/>
        <w:t>Місяць, як повноголосся&lt;br /&gt;</w:t>
        <w:br/>
        <w:t>Твоєї душі золотої,&lt;br /&gt;</w:t>
        <w:br/>
        <w:t>Сяяв, а чорне волосся&lt;br /&gt;</w:t>
        <w:br/>
        <w:t>Цвіло ароматами хвої.</w:t>
      </w:r>
    </w:p>
    <w:p>
      <w:r>
        <w:br/>
        <w:t>Не розуміючи знаків&lt;br /&gt;</w:t>
        <w:br/>
        <w:t>Зір на небеснім узвишші,&lt;br /&gt;</w:t>
        <w:br/>
        <w:t>Я ревно від щастя плакав&lt;br /&gt;</w:t>
        <w:br/>
        <w:t>У кіс твоїх темній тиші.</w:t>
      </w:r>
    </w:p>
    <w:p>
      <w:r>
        <w:br/>
        <w:t>***</w:t>
      </w:r>
    </w:p>
    <w:p>
      <w:r>
        <w:br/>
        <w:t>Відходив поїзд. У вікні&lt;br /&gt;</w:t>
        <w:br/>
        <w:t>Махала дівчинка рукою&lt;br /&gt;</w:t>
        <w:br/>
        <w:t>І плакала. Нащо мені&lt;br /&gt;</w:t>
        <w:br/>
        <w:t>Її сльози й несупокою –&lt;br /&gt;</w:t>
        <w:br/>
        <w:t>Я ж з іншою прощався там,&lt;br /&gt;</w:t>
        <w:br/>
        <w:t>Я проводжав дівча веселе;&lt;br /&gt;</w:t>
        <w:br/>
        <w:t>Чого ж це над моїм життям&lt;br /&gt;</w:t>
        <w:br/>
        <w:t>Чужа печаль полотна стеле?!&lt;br /&gt;</w:t>
        <w:br/>
        <w:t>Чого це я забув давно&lt;br /&gt;</w:t>
        <w:br/>
        <w:t>Свою товаришку погожу,&lt;br /&gt;</w:t>
        <w:br/>
        <w:t>А те заплакане вікно&lt;br /&gt;</w:t>
        <w:br/>
        <w:t>Забути я ніяк не можу?!&lt;br /&gt;</w:t>
        <w:br/>
        <w:t>Чия душа, як сирота,&lt;br /&gt;</w:t>
        <w:br/>
        <w:t>Зверталася до незнайомих,&lt;br /&gt;</w:t>
        <w:br/>
        <w:t>Куди ж то кличе крізь літа&lt;br /&gt;</w:t>
        <w:br/>
        <w:t>Її руки прощальний помах?!</w:t>
      </w:r>
    </w:p>
    <w:p>
      <w:r>
        <w:br/>
        <w:t>***</w:t>
      </w:r>
    </w:p>
    <w:p>
      <w:r>
        <w:br/>
        <w:t>Стояли ми на темній оболоні,&lt;br /&gt;</w:t>
        <w:br/>
        <w:t>Немов два дерева в однім гіллі.&lt;br /&gt;</w:t>
        <w:br/>
        <w:t>Мої долоні на твоєму лоні&lt;br /&gt;</w:t>
        <w:br/>
        <w:t>Тремтіли, мов на лампі мотилі.</w:t>
      </w:r>
    </w:p>
    <w:p>
      <w:r>
        <w:br/>
        <w:t>Лампада сонця в молодому тілі&lt;br /&gt;</w:t>
        <w:br/>
        <w:t>Принаджувала жителів темнот.&lt;br /&gt;</w:t>
        <w:br/>
        <w:t>Метелики згоряли очманілі&lt;br /&gt;</w:t>
        <w:br/>
        <w:t>І налітали, спалені стокрот.</w:t>
      </w:r>
    </w:p>
    <w:p>
      <w:r>
        <w:br/>
        <w:t>О, попелом вони не розсипались,&lt;br /&gt;</w:t>
        <w:br/>
        <w:t>Лиш очищались од вогнистих сфер…&lt;br /&gt;</w:t>
        <w:br/>
        <w:t>Єретиком ставав мій кожен палець –&lt;br /&gt;</w:t>
        <w:br/>
        <w:t>Готовим вийти вдруге на костер,</w:t>
      </w:r>
    </w:p>
    <w:p>
      <w:r>
        <w:br/>
        <w:t>Готовим знести найлютіші муки&lt;br /&gt;</w:t>
        <w:br/>
        <w:t>За світло, що зринає з темноти…&lt;br /&gt;</w:t>
        <w:br/>
        <w:t>Безсмертними ставали мої руки&lt;br /&gt;</w:t>
        <w:br/>
        <w:t>На пагорбах сяйливої мети.</w:t>
      </w:r>
    </w:p>
    <w:p>
      <w:r>
        <w:br/>
        <w:t>Так, ніби відкривав небесні далі&lt;br /&gt;</w:t>
        <w:br/>
        <w:t>Незайманості непорочний гріх&lt;br /&gt;</w:t>
        <w:br/>
        <w:t>На тих стежках біблійної печалі,&lt;br /&gt;</w:t>
        <w:br/>
        <w:t>На тих дорогах радощів моїх.</w:t>
      </w:r>
    </w:p>
    <w:p>
      <w:r>
        <w:br/>
        <w:t>***</w:t>
      </w:r>
    </w:p>
    <w:p>
      <w:r>
        <w:br/>
        <w:t>Сріблиться дощ в тоненькому тумані,&lt;br /&gt;</w:t>
        <w:br/>
        <w:t>Як ниточка в прозорім полотні.&lt;br /&gt;</w:t>
        <w:br/>
        <w:t>А сонце по його бличкучій грані&lt;br /&gt;</w:t>
        <w:br/>
        <w:t>Тече і душу сповнює мені.</w:t>
      </w:r>
    </w:p>
    <w:p>
      <w:r>
        <w:br/>
        <w:t>Зустрінь мене. Я повен пожадання&lt;br /&gt;</w:t>
        <w:br/>
        <w:t>Блакитної, мов сон, далечини.&lt;br /&gt;</w:t>
        <w:br/>
        <w:t>Моїх очей неголосне страждання&lt;br /&gt;</w:t>
        <w:br/>
        <w:t>Ти поглядом ласкавим зупини.</w:t>
      </w:r>
    </w:p>
    <w:p>
      <w:r>
        <w:br/>
        <w:t>Моя печаль тебе не поневолить,&lt;br /&gt;</w:t>
        <w:br/>
        <w:t>А тільки радісний розбудить щем,&lt;br /&gt;</w:t>
        <w:br/>
        <w:t>Немов цього туману срібна волоть,&lt;br /&gt;</w:t>
        <w:br/>
        <w:t>Замаєна і сонцем, і дощем.</w:t>
      </w:r>
    </w:p>
    <w:p>
      <w:r>
        <w:br/>
        <w:t>***</w:t>
      </w:r>
    </w:p>
    <w:p>
      <w:r>
        <w:br/>
        <w:t>Розплелись, розсипались, розпалились,&lt;br /&gt;</w:t>
        <w:br/>
        <w:t>Наче коси, вересневі дні.&lt;br /&gt;</w:t>
        <w:br/>
        <w:t>Ми з тобою ще не накупались,&lt;br /&gt;</w:t>
        <w:br/>
        <w:t>А вже грає осінь у вікні.</w:t>
      </w:r>
    </w:p>
    <w:p>
      <w:r>
        <w:br/>
        <w:t>Віднесла вода ласкаві зорі,&lt;br /&gt;</w:t>
        <w:br/>
        <w:t>Що все літо кликали в ріку.&lt;br /&gt;</w:t>
        <w:br/>
        <w:t>З птицями на білій крутогорі&lt;br /&gt;</w:t>
        <w:br/>
        <w:t>Горобину пробуєм гірку.</w:t>
      </w:r>
    </w:p>
    <w:p>
      <w:r>
        <w:br/>
        <w:t>Може б, нам полинути у вирій –&lt;br /&gt;</w:t>
        <w:br/>
        <w:t>За літами молодості вслід.&lt;br /&gt;</w:t>
        <w:br/>
        <w:t>Чом же крила в позолоті щирій&lt;br /&gt;</w:t>
        <w:br/>
        <w:t>Важко піднімати на політ?</w:t>
      </w:r>
    </w:p>
    <w:p>
      <w:r>
        <w:br/>
        <w:t>Я тобі зимові дні сріблясті&lt;br /&gt;</w:t>
        <w:br/>
        <w:t>Заплету в сивіючу косу;&lt;br /&gt;</w:t>
        <w:br/>
        <w:t>Тільки зорі, викупані в щасті,&lt;br /&gt;</w:t>
        <w:br/>
        <w:t>З моря я назад не принесу.</w:t>
      </w:r>
    </w:p>
    <w:p>
      <w:r>
        <w:br/>
        <w:t>***</w:t>
      </w:r>
    </w:p>
    <w:p>
      <w:r>
        <w:br/>
        <w:t>Не раз мені здається,&lt;br /&gt;</w:t>
        <w:br/>
        <w:t>що я прожив тисячу років.&lt;br /&gt;</w:t>
        <w:br/>
        <w:t>Заглядаючи в криницю свого життя,&lt;br /&gt;</w:t>
        <w:br/>
        <w:t>я не бачу маленького дзеркальця води,&lt;br /&gt;</w:t>
        <w:br/>
        <w:t>так далеко воно від моїх очей.&lt;br /&gt;</w:t>
        <w:br/>
        <w:t>Та коли я, закривши очі, хочу згадати,&lt;br /&gt;</w:t>
        <w:br/>
        <w:t>що найглибше запало в душу мою, –&lt;br /&gt;</w:t>
        <w:br/>
        <w:t>Бачу твій образ, моя дівчинко,&lt;br /&gt;</w:t>
        <w:br/>
        <w:t>моя перша любове.&lt;br /&gt;</w:t>
        <w:br/>
        <w:t>Навіть моє дитинство погасне в пам’яті,&lt;br /&gt;</w:t>
        <w:br/>
        <w:t>навіть стежка, якою я бігав до школи, заросте,&lt;br /&gt;</w:t>
        <w:br/>
        <w:t>навіть сам я зникну за перелазом життя,&lt;br /&gt;</w:t>
        <w:br/>
        <w:t>але ти, моя дівчинко,&lt;br /&gt;</w:t>
        <w:br/>
        <w:t>моя перша любове, житимеш у моїх словах вічно.</w:t>
      </w:r>
    </w:p>
    <w:p>
      <w:r>
        <w:br/>
        <w:t>***</w:t>
      </w:r>
    </w:p>
    <w:p>
      <w:r>
        <w:br/>
        <w:t>На трибуні ти говорила&lt;br /&gt;</w:t>
        <w:br/>
        <w:t>схвильовано, але якось інакше,&lt;br /&gt;</w:t>
        <w:br/>
        <w:t>якось краще ти хвилювалась&lt;br /&gt;</w:t>
        <w:br/>
        <w:t>перед очима народу.&lt;br /&gt;</w:t>
        <w:br/>
        <w:t>Я відкрив тебе знов сьогодні,&lt;br /&gt;</w:t>
        <w:br/>
        <w:t>як зорю, яку пам’ятаю з дитинства.&lt;br /&gt;</w:t>
        <w:br/>
        <w:t>Ти говорила правду. Ти завжди&lt;br /&gt;</w:t>
        <w:br/>
        <w:t>була відвертою й чесною, але&lt;br /&gt;</w:t>
        <w:br/>
        <w:t>перед очима народу&lt;br /&gt;</w:t>
        <w:br/>
        <w:t>правда твоя стала ще кращою.&lt;br /&gt;</w:t>
        <w:br/>
        <w:t>Ти сама стала ще кращою&lt;br /&gt;</w:t>
        <w:br/>
        <w:t>від слова правдивого, що розлилося&lt;br /&gt;</w:t>
        <w:br/>
        <w:t>хвилею молодості по жилах твоїх.&lt;br /&gt;</w:t>
        <w:br/>
        <w:t>Благословенне будь, молоде серце,&lt;br /&gt;</w:t>
        <w:br/>
        <w:t>бунтарське серце, в грудях людини&lt;br /&gt;</w:t>
        <w:br/>
        <w:t>з чолом, овіяним сивиною!&lt;br /&gt;</w:t>
        <w:br/>
        <w:t>Я люблю тебе! Ти на трибуні,&lt;br /&gt;</w:t>
        <w:br/>
        <w:t>де, буває, старіють люди від мислі&lt;br /&gt;</w:t>
        <w:br/>
        <w:t>заштампованої, нецікавої,&lt;br /&gt;</w:t>
        <w:br/>
        <w:t>помолоділа від правди,&lt;br /&gt;</w:t>
        <w:br/>
        <w:t>що в тобі не згасала ніколи.</w:t>
      </w:r>
    </w:p>
    <w:p>
      <w:r>
        <w:br/>
        <w:t>***</w:t>
      </w:r>
    </w:p>
    <w:p>
      <w:r>
        <w:br/>
        <w:t>Я пригорнувсь до тебе&lt;br /&gt;</w:t>
        <w:br/>
        <w:t>Серцем і небесами,&lt;br /&gt;</w:t>
        <w:br/>
        <w:t>Плечима пагорбів рідних&lt;br /&gt;</w:t>
        <w:br/>
        <w:t>І доріг поясами.&lt;br /&gt;</w:t>
        <w:br/>
        <w:t>Я пригорнусь до тебе&lt;br /&gt;</w:t>
        <w:br/>
        <w:t>Мислею і землею,&lt;br /&gt;</w:t>
        <w:br/>
        <w:t>Темнотами чернозему&lt;br /&gt;</w:t>
        <w:br/>
        <w:t>І туманами глею.&lt;br /&gt;</w:t>
        <w:br/>
        <w:t>Я пригорнусь до тебе&lt;br /&gt;</w:t>
        <w:br/>
        <w:t>Піснею і яворами,&lt;br /&gt;</w:t>
        <w:br/>
        <w:t>Золотими крильми пшениці,&lt;br /&gt;</w:t>
        <w:br/>
        <w:t>Тінявими ярами.&lt;br /&gt;</w:t>
        <w:br/>
        <w:t>Я пригорнусь до тебе&lt;br /&gt;</w:t>
        <w:br/>
        <w:t>Подихом лісу і полем,&lt;br /&gt;</w:t>
        <w:br/>
        <w:t>Рокотанням козацького маршу,&lt;br /&gt;</w:t>
        <w:br/>
        <w:t>Тарасовим ореолом.&lt;br /&gt;</w:t>
        <w:br/>
        <w:t>Я пригорнусь до тебе&lt;br /&gt;</w:t>
        <w:br/>
        <w:t>Срібними віями хвої,&lt;br /&gt;</w:t>
        <w:br/>
        <w:t>Невмирущими голосами&lt;br /&gt;</w:t>
        <w:br/>
        <w:t>України вічно живої.&lt;br /&gt;</w:t>
        <w:br/>
        <w:t>Я пригорнусь до тебе&lt;br /&gt;</w:t>
        <w:br/>
        <w:t>Світлом і далечиною&lt;br /&gt;</w:t>
        <w:br/>
        <w:t>Багряних зірниць, що вічно&lt;br /&gt;</w:t>
        <w:br/>
        <w:t>Світитимуть наді мною.&lt;br /&gt;</w:t>
        <w:br/>
        <w:t>В моєму тілі почуєш&lt;br /&gt;</w:t>
        <w:br/>
        <w:t>Гомін смереки, і рути,&lt;br /&gt;</w:t>
        <w:br/>
        <w:t>І того, що ніколи тліном&lt;br /&gt;</w:t>
        <w:br/>
        <w:t>Не було і не може бути.</w:t>
      </w:r>
    </w:p>
    <w:p>
      <w:r>
        <w:br/>
        <w:t>***</w:t>
      </w:r>
    </w:p>
    <w:p>
      <w:r>
        <w:br/>
        <w:t>Ти оживаєш у мені&lt;br /&gt;</w:t>
        <w:br/>
        <w:t>як голос весни&lt;br /&gt;</w:t>
        <w:br/>
        <w:t>в деревині</w:t>
      </w:r>
    </w:p>
    <w:p>
      <w:r>
        <w:br/>
        <w:t>я не можу тебе забути&lt;br /&gt;</w:t>
        <w:br/>
        <w:t>як не може забути дерево&lt;br /&gt;</w:t>
        <w:br/>
        <w:t>вкритися листям</w:t>
      </w:r>
    </w:p>
    <w:p>
      <w:r>
        <w:br/>
        <w:t>коли ти відлітаєш&lt;br /&gt;</w:t>
        <w:br/>
        <w:t>я махаю багряними крилами&lt;br /&gt;</w:t>
        <w:br/>
        <w:t>щоб за тобою злетіти</w:t>
      </w:r>
    </w:p>
    <w:p>
      <w:r>
        <w:br/>
        <w:t>але коріння моє міцніше&lt;br /&gt;</w:t>
        <w:br/>
        <w:t>за мої крила</w:t>
      </w:r>
    </w:p>
    <w:p>
      <w:r>
        <w:br/>
        <w:t>вони відкриваються&lt;br /&gt;</w:t>
        <w:br/>
        <w:t>летять за тобою&lt;br /&gt;</w:t>
        <w:br/>
        <w:t>без мене</w:t>
      </w:r>
    </w:p>
    <w:p>
      <w:r>
        <w:br/>
        <w:t>болять мені&lt;br /&gt;</w:t>
        <w:br/>
        <w:t>рани любові&lt;br /&gt;</w:t>
        <w:br/>
        <w:t>рани нездійсненного польоту</w:t>
      </w:r>
    </w:p>
    <w:p>
      <w:r>
        <w:br/>
        <w:t>та з них виростають&lt;br /&gt;</w:t>
        <w:br/>
        <w:t>нові пагони&lt;br /&gt;</w:t>
        <w:br/>
        <w:t>нові брості</w:t>
      </w:r>
    </w:p>
    <w:p>
      <w:r>
        <w:br/>
        <w:t>і голос весни&lt;br /&gt;</w:t>
        <w:br/>
        <w:t>в моїм серці&lt;br /&gt;</w:t>
        <w:br/>
        <w:t>гучніше лунає.</w:t>
      </w:r>
    </w:p>
    <w:p>
      <w:r>
        <w:br/>
        <w:t>***</w:t>
      </w:r>
    </w:p>
    <w:p>
      <w:r>
        <w:br/>
        <w:t>Твого погляду вітер&lt;br /&gt;</w:t>
        <w:br/>
        <w:t>піднімає з землі моє серце&lt;br /&gt;</w:t>
        <w:br/>
        <w:t>наче кленовий листок&lt;br /&gt;</w:t>
        <w:br/>
        <w:t>і я вже лечу над світом&lt;br /&gt;</w:t>
        <w:br/>
        <w:t>і лоскотно мені від польоту&lt;br /&gt;</w:t>
        <w:br/>
        <w:t>та в мереживі ранку хмари&lt;br /&gt;</w:t>
        <w:br/>
        <w:t>як пір’я крилатого моря&lt;br /&gt;</w:t>
        <w:br/>
        <w:t>проламуються піді мною&lt;br /&gt;</w:t>
        <w:br/>
        <w:t>і я падаю&lt;br /&gt;</w:t>
        <w:br/>
        <w:t>падаю&lt;br /&gt;</w:t>
        <w:br/>
        <w:t>на мене летять полотна&lt;br /&gt;</w:t>
        <w:br/>
        <w:t>колючих стерень&lt;br /&gt;</w:t>
        <w:br/>
        <w:t>дзеркала ставів&lt;br /&gt;</w:t>
        <w:br/>
        <w:t>плетениці стежок&lt;br /&gt;</w:t>
        <w:br/>
        <w:t>отари осіннього лісу&lt;br /&gt;</w:t>
        <w:br/>
        <w:t>леза колій&lt;br /&gt;</w:t>
        <w:br/>
        <w:t>тарелі стадіонів&lt;br /&gt;</w:t>
        <w:br/>
        <w:t>брили будинків&lt;br /&gt;</w:t>
        <w:br/>
        <w:t>і кранів краби&lt;br /&gt;</w:t>
        <w:br/>
        <w:t>де ж білі дзвіниці грудей твоїх&lt;br /&gt;</w:t>
        <w:br/>
        <w:t>щоб я розбитися лагідно міг?</w:t>
      </w:r>
    </w:p>
    <w:p>
      <w:r>
        <w:br/>
        <w:t>***</w:t>
      </w:r>
    </w:p>
    <w:p>
      <w:r>
        <w:br/>
        <w:t>Я прилітав до тебе&lt;br /&gt;</w:t>
        <w:br/>
        <w:t>як бджола&lt;br /&gt;</w:t>
        <w:br/>
        <w:t>до черешні розквітлої&lt;br /&gt;</w:t>
        <w:br/>
        <w:t>я від сяйва й запаху&lt;br /&gt;</w:t>
        <w:br/>
        <w:t>крони твоєї&lt;br /&gt;</w:t>
        <w:br/>
        <w:t>знесилено падав&lt;br /&gt;</w:t>
        <w:br/>
        <w:t>я сліпнув од радості&lt;br /&gt;</w:t>
        <w:br/>
        <w:t>квітучого простору&lt;br /&gt;</w:t>
        <w:br/>
        <w:t>і важко було мені&lt;br /&gt;</w:t>
        <w:br/>
        <w:t>перелітати з квітки на квітку&lt;br /&gt;</w:t>
        <w:br/>
        <w:t>та ще важче було мені&lt;br /&gt;</w:t>
        <w:br/>
        <w:t>знати&lt;br /&gt;</w:t>
        <w:br/>
        <w:t>що ти неосяжна&lt;br /&gt;</w:t>
        <w:br/>
        <w:t>відкрита для мене&lt;br /&gt;</w:t>
        <w:br/>
        <w:t>для інших бджіл&lt;br /&gt;</w:t>
        <w:br/>
        <w:t>а також для ос&lt;br /&gt;</w:t>
        <w:br/>
        <w:t>для джмелів&lt;br /&gt;</w:t>
        <w:br/>
        <w:t>для шершнів&lt;br /&gt;</w:t>
        <w:br/>
        <w:t>що ти не почуєш ніколи&lt;br /&gt;</w:t>
        <w:br/>
        <w:t>крил моїх&lt;br /&gt;</w:t>
        <w:br/>
        <w:t>кожною своєю пелюсткою&lt;br /&gt;</w:t>
        <w:br/>
        <w:t>що я не зможу ніколи&lt;br /&gt;</w:t>
        <w:br/>
        <w:t>в кожну квітку твою заглянути&lt;br /&gt;</w:t>
        <w:br/>
        <w:t>бо коротка весна&lt;br /&gt;</w:t>
        <w:br/>
        <w:t>а ти безконечна як всесвіт</w:t>
      </w:r>
    </w:p>
    <w:p>
      <w:r>
        <w:br/>
        <w:t>***</w:t>
      </w:r>
    </w:p>
    <w:p>
      <w:r>
        <w:br/>
        <w:t>Між нами завжди той повинен бути,&lt;br /&gt;</w:t>
        <w:br/>
        <w:t>Хто навидить тебе чи навпаки…&lt;br /&gt;</w:t>
        <w:br/>
        <w:t>Він з нами п’є і крадькома в чарки&lt;br /&gt;</w:t>
        <w:br/>
        <w:t>Нам підливає доброї отрути.</w:t>
      </w:r>
    </w:p>
    <w:p>
      <w:r>
        <w:br/>
        <w:t>Від неї ми п’янієм, як рекрути,&lt;br /&gt;</w:t>
        <w:br/>
        <w:t>Свою любов б’ємо на черепки,&lt;br /&gt;</w:t>
        <w:br/>
        <w:t>А потім їх, як ті материки,&lt;br /&gt;</w:t>
        <w:br/>
        <w:t>Складаємо, щоб цілість їм вернути.</w:t>
      </w:r>
    </w:p>
    <w:p>
      <w:r>
        <w:br/>
        <w:t>Яке то щастя – із болючих плить&lt;br /&gt;</w:t>
        <w:br/>
        <w:t>Знов будувати форму нездоланну,&lt;br /&gt;</w:t>
        <w:br/>
        <w:t>Єднати гори, втоплені в блакить,</w:t>
      </w:r>
    </w:p>
    <w:p>
      <w:r>
        <w:br/>
        <w:t>Знаходити в безмежжі океану&lt;br /&gt;</w:t>
        <w:br/>
        <w:t>Той острівець, що затуляє рану&lt;br /&gt;</w:t>
        <w:br/>
        <w:t>В планеті серця й солодко болить.</w:t>
      </w:r>
    </w:p>
    <w:p>
      <w:r>
        <w:br/>
        <w:t>***</w:t>
      </w:r>
    </w:p>
    <w:p>
      <w:r>
        <w:br/>
        <w:t>Цього не видно з найвищої вежі,&lt;br /&gt;</w:t>
        <w:br/>
        <w:t>А тільки з окопу старого&lt;br /&gt;</w:t>
        <w:br/>
        <w:t>Чи з ями під гаражем&lt;br /&gt;</w:t>
        <w:br/>
        <w:t>Можна побачити, що небеса –&lt;br /&gt;</w:t>
        <w:br/>
        <w:t>Це тиша твоєї душі,&lt;br /&gt;</w:t>
        <w:br/>
        <w:t>Роздягненої вітрами,&lt;br /&gt;</w:t>
        <w:br/>
        <w:t>Найжаданіша тиша буття!</w:t>
      </w:r>
    </w:p>
    <w:p>
      <w:r>
        <w:br/>
        <w:t>***</w:t>
      </w:r>
    </w:p>
    <w:p>
      <w:r>
        <w:br/>
        <w:t>Ти навчаєш ходить легкома&lt;br /&gt;</w:t>
        <w:br/>
        <w:t>Попід хмари навислі&lt;br /&gt;</w:t>
        <w:br/>
        <w:t>І гасити бентежність ума&lt;br /&gt;</w:t>
        <w:br/>
        <w:t>Клоунадою мислі.</w:t>
      </w:r>
    </w:p>
    <w:p>
      <w:r>
        <w:br/>
        <w:t>Не приймаю веселих наук,&lt;br /&gt;</w:t>
        <w:br/>
        <w:t>Що гіркі, мов оливи…&lt;br /&gt;</w:t>
        <w:br/>
        <w:t>Он життя виривається з рук,&lt;br /&gt;</w:t>
        <w:br/>
        <w:t>Як лоша полохливе.</w:t>
      </w:r>
    </w:p>
    <w:p>
      <w:r>
        <w:br/>
        <w:t>Он обламаний кущик бузку&lt;br /&gt;</w:t>
        <w:br/>
        <w:t>Виростає, і квітне,&lt;br /&gt;</w:t>
        <w:br/>
        <w:t>І ховає в сльозу боязку&lt;br /&gt;</w:t>
        <w:br/>
        <w:t>Безконеччя блакитне.</w:t>
      </w:r>
    </w:p>
    <w:p>
      <w:r>
        <w:br/>
        <w:t>Он підноситься небо, як жаль,&lt;br /&gt;</w:t>
        <w:br/>
        <w:t>Понад сонця бриндушу,&lt;br /&gt;</w:t>
        <w:br/>
        <w:t>І любові щаслива печаль&lt;br /&gt;</w:t>
        <w:br/>
        <w:t>Переповнює душу.</w:t>
      </w:r>
    </w:p>
    <w:p>
      <w:r>
        <w:br/>
        <w:t>***</w:t>
      </w:r>
    </w:p>
    <w:p>
      <w:r>
        <w:br/>
        <w:t>У хмарах бозу, що висить, як грона,&lt;br /&gt;</w:t>
        <w:br/>
        <w:t>Над позолотою старих церков,&lt;br /&gt;</w:t>
        <w:br/>
        <w:t>Є затишок один – зелений схов&lt;br /&gt;</w:t>
        <w:br/>
        <w:t>Для крові, що палає, мов корона.</w:t>
      </w:r>
    </w:p>
    <w:p>
      <w:r>
        <w:br/>
        <w:t>Ти там була, знадлива й безборонна,&lt;br /&gt;</w:t>
        <w:br/>
        <w:t>І голову свою з важких заков&lt;br /&gt;</w:t>
        <w:br/>
        <w:t>Я увільнив і в серці поборов&lt;br /&gt;</w:t>
        <w:br/>
        <w:t>Безумство беркута й злобу дракона.</w:t>
      </w:r>
    </w:p>
    <w:p>
      <w:r>
        <w:br/>
        <w:t>До тебе підійшов я без крила;&lt;br /&gt;</w:t>
        <w:br/>
        <w:t>Що ж ти, знімівши в показній покорі,&lt;br /&gt;</w:t>
        <w:br/>
        <w:t>В мені шукала – змія чи орла?!</w:t>
      </w:r>
    </w:p>
    <w:p>
      <w:r>
        <w:br/>
        <w:t>Чому, пізнавши в збайдужілім зорі&lt;br /&gt;</w:t>
        <w:br/>
        <w:t>Душі моєї пристрасті суворі,&lt;br /&gt;</w:t>
        <w:br/>
        <w:t>Мене безумно й люто обняла?!</w:t>
      </w:r>
    </w:p>
    <w:p>
      <w:r>
        <w:br/>
        <w:t>***</w:t>
      </w:r>
    </w:p>
    <w:p>
      <w:r>
        <w:br/>
        <w:t>Стерня, наче сніг, біліла&lt;br /&gt;</w:t>
        <w:br/>
        <w:t>В сяйві молодика.&lt;br /&gt;</w:t>
        <w:br/>
        <w:t>Нечутна, мов переболіла,&lt;br /&gt;</w:t>
        <w:br/>
        <w:t>Текла біля нас ріка.</w:t>
      </w:r>
    </w:p>
    <w:p>
      <w:r>
        <w:br/>
        <w:t>Зоря, вклоняючись небу,&lt;br /&gt;</w:t>
        <w:br/>
        <w:t>Падала в комиші.&lt;br /&gt;</w:t>
        <w:br/>
        <w:t>Земля відчувала потребу&lt;br /&gt;</w:t>
        <w:br/>
        <w:t>Лягати під лемеші.</w:t>
      </w:r>
    </w:p>
    <w:p>
      <w:r>
        <w:br/>
        <w:t>Ніч над полями стояла&lt;br /&gt;</w:t>
        <w:br/>
        <w:t>Смугла, аж золота.&lt;br /&gt;</w:t>
        <w:br/>
        <w:t>А ти мене так цілувала,&lt;br /&gt;</w:t>
        <w:br/>
        <w:t>Як мати, в очі й уста.</w:t>
      </w:r>
    </w:p>
    <w:p>
      <w:r>
        <w:br/>
        <w:t>Прогнав я думки тверезі,&lt;br /&gt;</w:t>
        <w:br/>
        <w:t>Вірячи в цей навіт,&lt;br /&gt;</w:t>
        <w:br/>
        <w:t>Що в лузі, та ще й при березі,&lt;br /&gt;</w:t>
        <w:br/>
        <w:t>Вдихнула ти в мене світ.</w:t>
      </w:r>
    </w:p>
    <w:p>
      <w:r>
        <w:br/>
        <w:t>Що в серце, ліплене з глини,&lt;br /&gt;</w:t>
        <w:br/>
        <w:t>Світло внесла ясне,&lt;br /&gt;</w:t>
        <w:br/>
        <w:t>Так, ніби з куща калини&lt;br /&gt;</w:t>
        <w:br/>
        <w:t>Вичарувала мене.</w:t>
      </w:r>
    </w:p>
    <w:p>
      <w:r>
        <w:br/>
        <w:t>***</w:t>
      </w:r>
    </w:p>
    <w:p>
      <w:r>
        <w:br/>
        <w:t>Твоїх долонь сяйлива лодь&lt;br /&gt;</w:t>
        <w:br/>
        <w:t>Несе в космічному просторі&lt;br /&gt;</w:t>
        <w:br/>
        <w:t>Моєї мислі дивну плоть,&lt;br /&gt;</w:t>
        <w:br/>
        <w:t>Мов блиск вітрильника на морі.</w:t>
      </w:r>
    </w:p>
    <w:p>
      <w:r>
        <w:br/>
        <w:t>А на землі, як ночі сміх,&lt;br /&gt;</w:t>
        <w:br/>
        <w:t>Пожежа в лісі заряхтіла:&lt;br /&gt;</w:t>
        <w:br/>
        <w:t>То іскри дотиків твоїх&lt;br /&gt;</w:t>
        <w:br/>
        <w:t>Звіває вітер з мого тіла.</w:t>
      </w:r>
    </w:p>
    <w:p>
      <w:r>
        <w:br/>
        <w:t>***</w:t>
      </w:r>
    </w:p>
    <w:p>
      <w:r>
        <w:br/>
        <w:t>Сонце намальоване циноброю,&lt;br /&gt;</w:t>
        <w:br/>
        <w:t>На вітрилах вечора пливло.&lt;br /&gt;</w:t>
        <w:br/>
        <w:t>В золотій спечаленості обрію&lt;br /&gt;</w:t>
        <w:br/>
        <w:t>Ти світилась, як небесне тло.</w:t>
      </w:r>
    </w:p>
    <w:p>
      <w:r>
        <w:br/>
        <w:t>За зорею рідною й далекою&lt;br /&gt;</w:t>
        <w:br/>
        <w:t>Ти тужила на моїм крилі,&lt;br /&gt;</w:t>
        <w:br/>
        <w:t>Ніби не принесена лелекою,&lt;br /&gt;</w:t>
        <w:br/>
        <w:t>А прибула в світ на кораблі.</w:t>
      </w:r>
    </w:p>
    <w:p>
      <w:r>
        <w:br/>
        <w:t>Ми стояли в придніпровській обочі,&lt;br /&gt;</w:t>
        <w:br/>
        <w:t>Ми вдивлялись, наче діти, в путь,&lt;br /&gt;</w:t>
        <w:br/>
        <w:t>По якій твої космічні родичі&lt;br /&gt;</w:t>
        <w:br/>
        <w:t>Надпливуть чи просто надійдуть…</w:t>
      </w:r>
    </w:p>
    <w:p>
      <w:r>
        <w:br/>
        <w:t>***</w:t>
      </w:r>
    </w:p>
    <w:p>
      <w:r>
        <w:br/>
        <w:t>Пахне хлібом трава,&lt;br /&gt;</w:t>
        <w:br/>
        <w:t>Що купала мене з дитяти,&lt;br /&gt;</w:t>
        <w:br/>
        <w:t>Пахнуть хлібом слова,&lt;br /&gt;</w:t>
        <w:br/>
        <w:t>Що мене їх навчила мати.</w:t>
      </w:r>
    </w:p>
    <w:p>
      <w:r>
        <w:br/>
        <w:t>Пахне хлібом терпка&lt;br /&gt;</w:t>
        <w:br/>
        <w:t>Пісня батькової стодоли,&lt;br /&gt;</w:t>
        <w:br/>
        <w:t>Пахне хлібом рука,&lt;br /&gt;</w:t>
        <w:br/>
        <w:t>Що водила мене до школи.</w:t>
      </w:r>
    </w:p>
    <w:p>
      <w:r>
        <w:br/>
        <w:t>Пахнуть хлібом гаї,&lt;br /&gt;</w:t>
        <w:br/>
        <w:t>Де кохалися ми до згуби,&lt;br /&gt;</w:t>
        <w:br/>
        <w:t>Пахнуть хлібом твої&lt;br /&gt;</w:t>
        <w:br/>
        <w:t>Груди, очі, долоні, губи.</w:t>
      </w:r>
    </w:p>
    <w:p>
      <w:r>
        <w:br/>
        <w:t>Пахне хлібом маля,&lt;br /&gt;</w:t>
        <w:br/>
        <w:t>Що любов його народила.&lt;br /&gt;</w:t>
        <w:br/>
        <w:t>Пахне хлібом земля,&lt;br /&gt;</w:t>
        <w:br/>
        <w:t>Що дала мені сонце й крила.</w:t>
      </w:r>
    </w:p>
    <w:p>
      <w:r>
        <w:br/>
        <w:t>***</w:t>
      </w:r>
    </w:p>
    <w:p>
      <w:r>
        <w:br/>
        <w:t>Як почну сповідатися&lt;br /&gt;</w:t>
        <w:br/>
        <w:t>На руки твої єдвабні,&lt;br /&gt;</w:t>
        <w:br/>
        <w:t>Не матимеш з того радості,&lt;br /&gt;</w:t>
        <w:br/>
        <w:t>Легкої, мов пух кульбаби.</w:t>
      </w:r>
    </w:p>
    <w:p>
      <w:r>
        <w:br/>
        <w:t>Буде важко тобі дослухати,&lt;br /&gt;</w:t>
        <w:br/>
        <w:t>Дочекатись нової години:&lt;br /&gt;</w:t>
        <w:br/>
        <w:t>Слова мої, наче ті слупи,&lt;br /&gt;</w:t>
        <w:br/>
        <w:t>Обвуглені, щоб не гнити.</w:t>
      </w:r>
    </w:p>
    <w:p>
      <w:r>
        <w:br/>
        <w:t>Обгорілі вони й закопані&lt;br /&gt;</w:t>
        <w:br/>
        <w:t>В землю, – а над землею,&lt;br /&gt;</w:t>
        <w:br/>
        <w:t>Як щогли вільні високо,&lt;br /&gt;</w:t>
        <w:br/>
        <w:t>Підносять сонячні леза.</w:t>
      </w:r>
    </w:p>
    <w:p>
      <w:r>
        <w:br/>
        <w:t>Стою, проводи тримаючи,&lt;br /&gt;</w:t>
        <w:br/>
        <w:t>І, може, аж від Тараса&lt;br /&gt;</w:t>
        <w:br/>
        <w:t>Біжить моє світло майське,&lt;br /&gt;</w:t>
        <w:br/>
        <w:t>Моя неподільна радість.</w:t>
      </w:r>
    </w:p>
    <w:p>
      <w:r>
        <w:br/>
        <w:t>Будь же мені підпорою,&lt;br /&gt;</w:t>
        <w:br/>
        <w:t>Та не в кам’янім поліні;&lt;br /&gt;</w:t>
        <w:br/>
        <w:t>Будь ластівкою на дроті&lt;br /&gt;</w:t>
        <w:br/>
        <w:t>Непоборної лінії!</w:t>
      </w:r>
    </w:p>
    <w:p>
      <w:r>
        <w:br/>
        <w:t>***</w:t>
      </w:r>
    </w:p>
    <w:p>
      <w:r>
        <w:br/>
        <w:t>Все не те, коли нема любові.&lt;br /&gt;</w:t>
        <w:br/>
        <w:t>Почуття й слова – тріски дубові,&lt;br /&gt;</w:t>
        <w:br/>
        <w:t>Дні – болящі, немічні старці,&lt;br /&gt;</w:t>
        <w:br/>
        <w:t>Магістралі – темні манівці,&lt;br /&gt;</w:t>
        <w:br/>
        <w:t>Яблуневий цвіт – зола летюча,&lt;br /&gt;</w:t>
        <w:br/>
        <w:t>Небеса – асфальтна сіра туча,&lt;br /&gt;</w:t>
        <w:br/>
        <w:t>Сміх – петля на горлі, булка – глей,&lt;br /&gt;</w:t>
        <w:br/>
        <w:t>Пісня – хоч бери і сам заблей!</w:t>
      </w:r>
    </w:p>
    <w:p>
      <w:r>
        <w:br/>
        <w:t>Ось – любов! Дими – дихання липи,&lt;br /&gt;</w:t>
        <w:br/>
        <w:t>Почування й слово – смолоскипи,&lt;br /&gt;</w:t>
        <w:br/>
        <w:t>Дні – невтомні, ясні юнаки,&lt;br /&gt;</w:t>
        <w:br/>
        <w:t>Манівці – між зорями стежки,&lt;br /&gt;</w:t>
        <w:br/>
        <w:t>Попіл – крила золотої птиці,&lt;br /&gt;</w:t>
        <w:br/>
        <w:t>Хмара – поле стиглої пшениці,&lt;br /&gt;</w:t>
        <w:br/>
        <w:t>Плач – знімає з з голосу петлю,&lt;br /&gt;</w:t>
        <w:br/>
        <w:t>Пісня й хліб волають: "Я люблю!"</w:t>
      </w:r>
    </w:p>
    <w:p>
      <w:r>
        <w:br/>
        <w:t>***</w:t>
      </w:r>
    </w:p>
    <w:p>
      <w:r>
        <w:br/>
        <w:t>Наша любов&lt;br /&gt;</w:t>
        <w:br/>
        <w:t>як літак&lt;br /&gt;</w:t>
        <w:br/>
        <w:t>здатна нести&lt;br /&gt;</w:t>
        <w:br/>
        <w:t>тягарі величезні&lt;br /&gt;</w:t>
        <w:br/>
        <w:t>ніжно передані їй&lt;br /&gt;</w:t>
        <w:br/>
        <w:t>на землі&lt;br /&gt;</w:t>
        <w:br/>
        <w:t>тільки не здатна&lt;br /&gt;</w:t>
        <w:br/>
        <w:t>дотик чужого крила&lt;br /&gt;</w:t>
        <w:br/>
        <w:t>витерпіти в польоті&lt;br /&gt;</w:t>
        <w:br/>
        <w:t>незаймана&lt;br /&gt;</w:t>
        <w:br/>
        <w:t>незалежна&lt;br /&gt;</w:t>
        <w:br/>
        <w:t>висока&lt;br /&gt;</w:t>
        <w:br/>
        <w:t>впасти&lt;br /&gt;</w:t>
        <w:br/>
        <w:t>згоріти&lt;br /&gt;</w:t>
        <w:br/>
        <w:t>загинути&lt;br /&gt;</w:t>
        <w:br/>
        <w:t>ладна в ту ж мить&lt;br /&gt;</w:t>
        <w:br/>
        <w:t>любить вона небеса&lt;br /&gt;</w:t>
        <w:br/>
        <w:t>та все ж повертається&lt;br /&gt;</w:t>
        <w:br/>
        <w:t>на землю&lt;br /&gt;</w:t>
        <w:br/>
        <w:t>і кожен раз&lt;br /&gt;</w:t>
        <w:br/>
        <w:t>крила здригаються з болю&lt;br /&gt;</w:t>
        <w:br/>
        <w:t>іскра влітає в бетон&lt;br /&gt;</w:t>
        <w:br/>
        <w:t>ніби земля приймає&lt;br /&gt;</w:t>
        <w:br/>
        <w:t>на спочин короткий ту силу&lt;br /&gt;</w:t>
        <w:br/>
        <w:t>що в крові нашій гримить.</w:t>
      </w:r>
    </w:p>
    <w:p>
      <w:r>
        <w:br/>
        <w:t>***</w:t>
      </w:r>
    </w:p>
    <w:p>
      <w:r>
        <w:br/>
        <w:t>Я – зернятко, а ти – зоря осіння,&lt;br /&gt;</w:t>
        <w:br/>
        <w:t>Навіки в полі поєднались ми.&lt;br /&gt;</w:t>
        <w:br/>
        <w:t>Виношу з глибини, з важкої тьми&lt;br /&gt;</w:t>
        <w:br/>
        <w:t>Твоє сіяння в промені насіння.</w:t>
      </w:r>
    </w:p>
    <w:p>
      <w:r>
        <w:br/>
        <w:t>Велиш ти кільчику в передвесіння&lt;br /&gt;</w:t>
        <w:br/>
        <w:t>Пробити шкаралущу й страх зими…&lt;br /&gt;</w:t>
        <w:br/>
        <w:t>Втім колосок з колючими крильми&lt;br /&gt;</w:t>
        <w:br/>
        <w:t>Злітає, наче світла вознесіння.</w:t>
      </w:r>
    </w:p>
    <w:p>
      <w:r>
        <w:br/>
        <w:t>Ти прагнеш повернуться в небеса,&lt;br /&gt;</w:t>
        <w:br/>
        <w:t>Мене ж не відпускає рідна нива,&lt;br /&gt;</w:t>
        <w:br/>
        <w:t>В ногах кайданами дзвенить роса.</w:t>
      </w:r>
    </w:p>
    <w:p>
      <w:r>
        <w:br/>
        <w:t>Так ми застигли в злеті, повні дива,&lt;br /&gt;</w:t>
        <w:br/>
        <w:t>Не зірка й не зерно – душа сяйлива,&lt;br /&gt;</w:t>
        <w:br/>
        <w:t>Що ні в землі, ні в небі не згаса.</w:t>
      </w:r>
    </w:p>
    <w:p>
      <w:r>
        <w:br/>
        <w:t>***</w:t>
      </w:r>
    </w:p>
    <w:p>
      <w:r>
        <w:br/>
        <w:t>На цій землі жили ми споконвік,&lt;br /&gt;</w:t>
        <w:br/>
        <w:t>Лише обличчя змінювали трохи.&lt;br /&gt;</w:t>
        <w:br/>
        <w:t>(Так змінює своє русло потік,&lt;br /&gt;</w:t>
        <w:br/>
        <w:t>Але вода клекоче крізь епохи&lt;br /&gt;</w:t>
        <w:br/>
        <w:t>Одна і та ж!) Одна і та ж душа&lt;br /&gt;</w:t>
        <w:br/>
        <w:t>Вела мене то під варязькі шатра&lt;br /&gt;</w:t>
        <w:br/>
        <w:t>(Там танець твій у люстрі палаша&lt;br /&gt;</w:t>
        <w:br/>
        <w:t>Виблискував і пригасав, як ватра),&lt;br /&gt;</w:t>
        <w:br/>
        <w:t>То під мечетей вилинялий крик&lt;br /&gt;</w:t>
        <w:br/>
        <w:t>(Там ти – в петлі, а може, і в намисті, –&lt;br /&gt;</w:t>
        <w:br/>
        <w:t>Хан ластився до тебе, мов арик,&lt;br /&gt;</w:t>
        <w:br/>
        <w:t>Свої дари приносячи нечисті),&lt;br /&gt;</w:t>
        <w:br/>
        <w:t>То під готичних знаків нагаї&lt;br /&gt;</w:t>
        <w:br/>
        <w:t>(Там ти ридала, нездоланна й горда,&lt;br /&gt;</w:t>
        <w:br/>
        <w:t>Там вигоріли кісники твої,&lt;br /&gt;</w:t>
        <w:br/>
        <w:t>В сивинах, як в огні, знамен когорта).&lt;br /&gt;</w:t>
        <w:br/>
        <w:t>Я впізнаю тебе. Ти наче птах.&lt;br /&gt;</w:t>
        <w:br/>
        <w:t>Нічого не лишилося з полону…&lt;br /&gt;</w:t>
        <w:br/>
        <w:t>Лише в сльозі, що згасла на вустах,&lt;br /&gt;</w:t>
        <w:br/>
        <w:t>Я вчув далінь палаючу й солону.</w:t>
      </w:r>
    </w:p>
    <w:p>
      <w:r>
        <w:br/>
        <w:t>***</w:t>
      </w:r>
    </w:p>
    <w:p>
      <w:r>
        <w:br/>
        <w:t>Твоя краса, як усміх сатани,&lt;br /&gt;</w:t>
        <w:br/>
        <w:t>Що богові показує в пустелі&lt;br /&gt;</w:t>
        <w:br/>
        <w:t>Майбутнього картини невеселі,&lt;br /&gt;</w:t>
        <w:br/>
        <w:t>Печальний дим над струпами війни.</w:t>
      </w:r>
    </w:p>
    <w:p>
      <w:r>
        <w:br/>
        <w:t>Але не відвертайся, а вжахни&lt;br /&gt;</w:t>
        <w:br/>
        <w:t>Мій дух, що потемнів на безджереллі;&lt;br /&gt;</w:t>
        <w:br/>
        <w:t>Яви в пречистих пелюстках морелі&lt;br /&gt;</w:t>
        <w:br/>
        <w:t>Золу й морозне сяйво сивини.</w:t>
      </w:r>
    </w:p>
    <w:p>
      <w:r>
        <w:br/>
        <w:t>Я затремчу в передчутті сумному,&lt;br /&gt;</w:t>
        <w:br/>
        <w:t>Побачивши за обрієм біду,&lt;br /&gt;</w:t>
        <w:br/>
        <w:t>Немов далеку блискавку без грому.</w:t>
      </w:r>
    </w:p>
    <w:p>
      <w:r>
        <w:br/>
        <w:t>Але в твої обійми я впаду&lt;br /&gt;</w:t>
        <w:br/>
        <w:t>І за тобою радісно піду&lt;br /&gt;</w:t>
        <w:br/>
        <w:t>Назустріч бурі – в сяючу содому.</w:t>
      </w:r>
    </w:p>
    <w:p>
      <w:r>
        <w:br/>
        <w:t>***</w:t>
      </w:r>
    </w:p>
    <w:p>
      <w:r>
        <w:br/>
        <w:t>Ніч осяяна цвітом яблуні,&lt;br /&gt;</w:t>
        <w:br/>
        <w:t>Затуманена, мов роса.&lt;br /&gt;</w:t>
        <w:br/>
        <w:t>Ми розкрилені і роз’ятрені&lt;br /&gt;</w:t>
        <w:br/>
        <w:t>Піднімалися в небеса.</w:t>
      </w:r>
    </w:p>
    <w:p>
      <w:r>
        <w:br/>
        <w:t>Понад зорями, понад водами&lt;br /&gt;</w:t>
        <w:br/>
        <w:t>Пролетіли ми три світи.&lt;br /&gt;</w:t>
        <w:br/>
        <w:t>А та яблуня за городами&lt;br /&gt;</w:t>
        <w:br/>
        <w:t>Все світилася з темноти.</w:t>
      </w:r>
    </w:p>
    <w:p>
      <w:r>
        <w:br/>
        <w:t>А на досвітку ми долинули&lt;br /&gt;</w:t>
        <w:br/>
        <w:t>До свойого ж таки села.&lt;br /&gt;</w:t>
        <w:br/>
        <w:t>А та яблуня в даль долинами,&lt;br /&gt;</w:t>
        <w:br/>
        <w:t>Як метелиця, відійшла.</w:t>
      </w:r>
    </w:p>
    <w:p>
      <w:r>
        <w:br/>
        <w:t>Де ж те сяєво, що сміялося,&lt;br /&gt;</w:t>
        <w:br/>
        <w:t>Де ціловані в снах слова?&lt;br /&gt;</w:t>
        <w:br/>
        <w:t>Все минулося, все розпалося,&lt;br /&gt;</w:t>
        <w:br/>
        <w:t>Наче гілочка снігова.</w:t>
      </w:r>
    </w:p>
    <w:p>
      <w:r>
        <w:br/>
        <w:t>***</w:t>
      </w:r>
    </w:p>
    <w:p>
      <w:r>
        <w:br/>
        <w:t>Над нашим вітом і під нашим світом&lt;br /&gt;</w:t>
        <w:br/>
        <w:t>Є ще світи великі і малі.&lt;br /&gt;</w:t>
        <w:br/>
        <w:t>Туди ми долітаєм тільки світлом&lt;br /&gt;</w:t>
        <w:br/>
        <w:t>І музикою темної хемлі.</w:t>
      </w:r>
    </w:p>
    <w:p>
      <w:r>
        <w:br/>
        <w:t>Туди мене хтось ненастанно кличе,&lt;br /&gt;</w:t>
        <w:br/>
        <w:t>Вистелює блакитом щемну путь,&lt;br /&gt;</w:t>
        <w:br/>
        <w:t>Так, ніби прагне в сяйво таємниче&lt;br /&gt;</w:t>
        <w:br/>
        <w:t>Душі моєї подих обернуть.</w:t>
      </w:r>
    </w:p>
    <w:p>
      <w:r>
        <w:br/>
        <w:t>Десь там у зорях мерехтить віола,&lt;br /&gt;</w:t>
        <w:br/>
        <w:t>Льняна коса, як нива осяйна,&lt;br /&gt;</w:t>
        <w:br/>
        <w:t>І кров моя бринить – палюча й гола, –&lt;br /&gt;</w:t>
        <w:br/>
        <w:t>Немов небес віддалена струна.</w:t>
      </w:r>
    </w:p>
    <w:p>
      <w:r>
        <w:br/>
        <w:t>Можливо, все, що пам’ятати треба&lt;br /&gt;</w:t>
        <w:br/>
        <w:t>Моїй душі серед страждань і втіх,&lt;br /&gt;</w:t>
        <w:br/>
        <w:t>Це – тільки карта зоряного неба&lt;br /&gt;</w:t>
        <w:br/>
        <w:t>І поклик безміру – з очей твоїх!</w:t>
      </w:r>
    </w:p>
    <w:p>
      <w:r>
        <w:br/>
        <w:t>***</w:t>
      </w:r>
    </w:p>
    <w:p>
      <w:r>
        <w:br/>
        <w:t>Посеред ночі дощ пішов,&lt;br /&gt;</w:t>
        <w:br/>
        <w:t>Зашелестів, як збіжжя, в полі.&lt;br /&gt;</w:t>
        <w:br/>
        <w:t>Ми вийшли під його покров&lt;br /&gt;</w:t>
        <w:br/>
        <w:t>З-під явора чи з-під тополі.</w:t>
      </w:r>
    </w:p>
    <w:p>
      <w:r>
        <w:br/>
        <w:t>Він увільнив нас від одеж –&lt;br /&gt;</w:t>
        <w:br/>
        <w:t>Зняв, як різьбяр, із плоті глину.&lt;br /&gt;</w:t>
        <w:br/>
        <w:t>Те, що при сонці не знайдеш,&lt;br /&gt;</w:t>
        <w:br/>
        <w:t>Знайшов наосліп за хвилину.</w:t>
      </w:r>
    </w:p>
    <w:p>
      <w:r>
        <w:br/>
        <w:t>Він лоскотав, мов колоски,&lt;br /&gt;</w:t>
        <w:br/>
        <w:t>Стелився, обвивав рамена.&lt;br /&gt;</w:t>
        <w:br/>
        <w:t>Вмивала душ сяйні листки&lt;br /&gt;</w:t>
        <w:br/>
        <w:t>Його теплінь благословенна.</w:t>
      </w:r>
    </w:p>
    <w:p>
      <w:r>
        <w:br/>
        <w:t>Тулились груди до груді,&lt;br /&gt;</w:t>
        <w:br/>
        <w:t>Вода збиралася між ними.&lt;br /&gt;</w:t>
        <w:br/>
        <w:t>Шугали риби в тій воді&lt;br /&gt;</w:t>
        <w:br/>
        <w:t>Із плавниками вогняними.</w:t>
      </w:r>
    </w:p>
    <w:p>
      <w:r>
        <w:br/>
        <w:t>Носився блискавки лилик&lt;br /&gt;</w:t>
        <w:br/>
        <w:t>Над нами, наче іскор жменя.&lt;br /&gt;</w:t>
        <w:br/>
        <w:t>І вперше твій дівочий лик&lt;br /&gt;</w:t>
        <w:br/>
        <w:t>Світив од щастя і натхнення.</w:t>
      </w:r>
    </w:p>
    <w:p>
      <w:r>
        <w:br/>
        <w:t>***</w:t>
      </w:r>
    </w:p>
    <w:p>
      <w:r>
        <w:br/>
        <w:t>Заснути так бодай на волосок,&lt;br /&gt;</w:t>
        <w:br/>
        <w:t>Щоб зорі сивини мені не ткали,&lt;br /&gt;</w:t>
        <w:br/>
        <w:t>Щоб сни мої неквапно протікали&lt;br /&gt;</w:t>
        <w:br/>
        <w:t>Між пальцями твоїми, як пісок.</w:t>
      </w:r>
    </w:p>
    <w:p>
      <w:r>
        <w:br/>
        <w:t>Заснути так під золотим крилом&lt;br /&gt;</w:t>
        <w:br/>
        <w:t>Коси твоєї, щоб у сновидінні&lt;br /&gt;</w:t>
        <w:br/>
        <w:t>Хрестатих танків не з’являлись тіні,&lt;br /&gt;</w:t>
        <w:br/>
        <w:t>Що йшли крізь наші села напролом.</w:t>
      </w:r>
    </w:p>
    <w:p>
      <w:r>
        <w:br/>
        <w:t>Заснути так, щоб не почути в сні&lt;br /&gt;</w:t>
        <w:br/>
        <w:t>Таємних землетрусів і розпуки,&lt;br /&gt;</w:t>
        <w:br/>
        <w:t>Яку несуть пісні та мужні руки,&lt;br /&gt;</w:t>
        <w:br/>
        <w:t>Обрубані катами на струні.</w:t>
      </w:r>
    </w:p>
    <w:p>
      <w:r>
        <w:br/>
        <w:t>Заснути так під подихом руки&lt;br /&gt;</w:t>
        <w:br/>
        <w:t>Твоєї полохливої й легкої,&lt;br /&gt;</w:t>
        <w:br/>
        <w:t>Щоб у моєму сні, немов левкої,&lt;br /&gt;</w:t>
        <w:br/>
        <w:t>Світили думи і материки.</w:t>
      </w:r>
    </w:p>
    <w:p>
      <w:r>
        <w:br/>
        <w:t>Заснути так, щоб колисання мрій&lt;br /&gt;</w:t>
        <w:br/>
        <w:t>Повільно оберталося в каміння,&lt;br /&gt;</w:t>
        <w:br/>
        <w:t>Та втім, немов на поклики сумління,&lt;br /&gt;</w:t>
        <w:br/>
        <w:t>Збудитися на тихий голос твій!</w:t>
      </w:r>
    </w:p>
    <w:p>
      <w:r>
        <w:br/>
        <w:t>***</w:t>
      </w:r>
    </w:p>
    <w:p>
      <w:r>
        <w:br/>
        <w:t>Якби могла прийти до мене цеї миті&lt;br /&gt;</w:t>
        <w:br/>
        <w:t>Та дівчинка моя, що в сяєві блакиті&lt;br /&gt;</w:t>
        <w:br/>
        <w:t>Приходила колись, весела, як струмок,&lt;br /&gt;</w:t>
        <w:br/>
        <w:t>І вся вливалася в ріку моїх думок,&lt;br /&gt;</w:t>
        <w:br/>
        <w:t>Просвітлюючи їх своєю чистотою&lt;br /&gt;</w:t>
        <w:br/>
        <w:t>Аж до самого дна, якби вона святою&lt;br /&gt;</w:t>
        <w:br/>
        <w:t>Дитинністю мене пойняла нині знов,&lt;br /&gt;</w:t>
        <w:br/>
        <w:t>Я б у собі згасив грімниць буремну кров,&lt;br /&gt;</w:t>
        <w:br/>
        <w:t>Пал невдоволення, за ідеалом тугу,&lt;br /&gt;</w:t>
        <w:br/>
        <w:t>Посвяти печію, ненависті напругу,&lt;br /&gt;</w:t>
        <w:br/>
        <w:t>Печаль обов’язку, зневагу до раба –&lt;br /&gt;</w:t>
        <w:br/>
        <w:t>Стлумив би я в собі! І знову голуба&lt;br /&gt;</w:t>
        <w:br/>
        <w:t>Моя душа була б, як та вода зі звора, –&lt;br /&gt;</w:t>
        <w:br/>
        <w:t>Та вже не прилетить моя любов прозора.&lt;br /&gt;</w:t>
        <w:br/>
        <w:t>І добре, що нема нікому вороття,&lt;br /&gt;</w:t>
        <w:br/>
        <w:t>Що на одну любов дано одно життя.&lt;br /&gt;</w:t>
        <w:br/>
        <w:t>А в той далекий час – я добре пам’ятаю –&lt;br /&gt;</w:t>
        <w:br/>
        <w:t>Рай принесла вона – зробив я пекло з раю,&lt;br /&gt;</w:t>
        <w:br/>
        <w:t>З її невинності я честь кував свою,&lt;br /&gt;</w:t>
        <w:br/>
        <w:t>А з кротості – той меч, що гостриться в бою,&lt;br /&gt;</w:t>
        <w:br/>
        <w:t>З незайманих зітхань суворі блискавиці&lt;br /&gt;</w:t>
        <w:br/>
        <w:t>Творив я і вганяв, як цвяхи, в чола ниці,&lt;br /&gt;</w:t>
        <w:br/>
        <w:t>З блаженних намірів робив я дзвін добра,&lt;br /&gt;</w:t>
        <w:br/>
        <w:t>Щоб він горлав – "ганьба" або кричав – "ура",&lt;br /&gt;</w:t>
        <w:br/>
        <w:t>Прозорість радісну я взяв на силу гніву,&lt;br /&gt;</w:t>
        <w:br/>
        <w:t>Я тінню світла став, дав правій – руку ліву,&lt;br /&gt;</w:t>
        <w:br/>
        <w:t>Я цілий світ любив у дівчинці моїй,&lt;br /&gt;</w:t>
        <w:br/>
        <w:t>Я сотворив себе з її дитячий мрій,&lt;br /&gt;</w:t>
        <w:br/>
        <w:t>І добре, що вона вже не прийде до мене,&lt;br /&gt;</w:t>
        <w:br/>
        <w:t>Не прояснить моє від почувань теменне,&lt;br /&gt;</w:t>
        <w:br/>
        <w:t>Від боротьби трудне й палюче єство,&lt;br /&gt;</w:t>
        <w:br/>
        <w:t>В якому дух життя справляє торжество.</w:t>
      </w:r>
    </w:p>
    <w:p>
      <w:r>
        <w:br/>
        <w:t>***</w:t>
      </w:r>
    </w:p>
    <w:p>
      <w:r>
        <w:br/>
        <w:t>Не раз мені здається,&lt;br /&gt;</w:t>
        <w:br/>
        <w:t>що я прожив тисячу років.&lt;br /&gt;</w:t>
        <w:br/>
        <w:t>Заглядаючи в криницю свого життя,&lt;br /&gt;</w:t>
        <w:br/>
        <w:t>я не бачу маленького дзеркальця води,&lt;br /&gt;</w:t>
        <w:br/>
        <w:t>так далеко воно від моїх очей.&lt;br /&gt;</w:t>
        <w:br/>
        <w:t>Та коли я, закривши очі, хочу згадати,&lt;br /&gt;</w:t>
        <w:br/>
        <w:t>що найглибше запало в душу мою, –&lt;br /&gt;</w:t>
        <w:br/>
        <w:t>Бачу твій образ, моя дівчинко,&lt;br /&gt;</w:t>
        <w:br/>
        <w:t>моя перша любове.&lt;br /&gt;</w:t>
        <w:br/>
        <w:t>Навіть моє дитинство погасне в пам’яті,&lt;br /&gt;</w:t>
        <w:br/>
        <w:t>навіть стежка, якою я бігав до школи, заросте,&lt;br /&gt;</w:t>
        <w:br/>
        <w:t>навіть сам я зникну за перелазом життя,&lt;br /&gt;</w:t>
        <w:br/>
        <w:t>але ти, моя дівчинко,&lt;br /&gt;</w:t>
        <w:br/>
        <w:t>моя перша любове, житимеш у моїх словах вічно.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Таємниця твого обличчя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