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Світлинки</w:t>
      </w:r>
    </w:p>
    <w:p>
      <w:r>
        <w:br/>
        <w:t xml:space="preserve"> &lt;p&gt;ВЕРБОВІ КОТИКИ</w:t>
      </w:r>
    </w:p>
    <w:p>
      <w:r>
        <w:br/>
        <w:t>Якось враз потепліло, потепліло, а Горинь набрякла і скинула кригу. Ринула вода берегами, городи затоплює, клекоче, плюскотить, у піняві вся.</w:t>
      </w:r>
    </w:p>
    <w:p>
      <w:r>
        <w:br/>
        <w:t>Люди з крутогору дивляться — не надивляться: просторінь така, що дух перехоплює. Тільки де-де по заплаві синіють вершечки вільх.</w:t>
      </w:r>
    </w:p>
    <w:p>
      <w:r>
        <w:br/>
        <w:t>Кроків за кілька від сухої коси визирає з води вербовий кущик. Невеличкий такий, а на ньому — котики. Пухнастенькі, жовтаво-зеленаві. Ніби табунець гусеняток примостився спочити на тонких галузках. І такі вони лагідні та безпомічні! Здається, де вже їм, беззахисним, утриматись на хисткому сідалі серед піняви і клекотіння!</w:t>
      </w:r>
    </w:p>
    <w:p>
      <w:r>
        <w:br/>
        <w:t>Коли це знайшовся сміливець: роззувся, підкачав холоші, цьоп-цьоп по воді — обламав вербичку. Жодного котика не лишив.</w:t>
      </w:r>
    </w:p>
    <w:p>
      <w:r>
        <w:br/>
        <w:t>І чомусь раптом здалося, що довкола стало порожньо-порожньо…</w:t>
      </w:r>
    </w:p>
    <w:p>
      <w:r>
        <w:br/>
        <w:t>ЧИСТОТА</w:t>
      </w:r>
    </w:p>
    <w:p>
      <w:r>
        <w:br/>
        <w:t>Від старезного моху дубові цямрини зелені, аж темні. Зате джерельний живчик вибрикує, мов молоде козеня. І сусіди — жовтці та осоки — зіп'ялися навшпиньки: заглядають, як він витанцьовує.</w:t>
      </w:r>
    </w:p>
    <w:p>
      <w:r>
        <w:br/>
        <w:t>— Тату, — запитує Інна, — а хто в криницю воду наливає?</w:t>
      </w:r>
    </w:p>
    <w:p>
      <w:r>
        <w:br/>
        <w:t>— Із землі, — відповідаю, — сама натікає.</w:t>
      </w:r>
    </w:p>
    <w:p>
      <w:r>
        <w:br/>
        <w:t>— А чого ж тоді вона не брудна?</w:t>
      </w:r>
    </w:p>
    <w:p>
      <w:r>
        <w:br/>
        <w:t>Намагаюсь пояснити:</w:t>
      </w:r>
    </w:p>
    <w:p>
      <w:r>
        <w:br/>
        <w:t>— Усе, що із землі народжується, завжди чисте. Он біля криниці у траві незабудки — бачиш, які голубі?</w:t>
      </w:r>
    </w:p>
    <w:p>
      <w:r>
        <w:br/>
        <w:t>— Угу… — киває Інна.</w:t>
      </w:r>
    </w:p>
    <w:p>
      <w:r>
        <w:br/>
        <w:t>А через хвилину вже показує:</w:t>
      </w:r>
    </w:p>
    <w:p>
      <w:r>
        <w:br/>
        <w:t>— Глянь, сьогодні небо теж із землі народилося…</w:t>
      </w:r>
    </w:p>
    <w:p>
      <w:r>
        <w:br/>
        <w:t>І криниця, і донька навперебій розсипають свій сміх по некошених травах.</w:t>
      </w:r>
    </w:p>
    <w:p>
      <w:r>
        <w:br/>
        <w:t>ЛА-ТА-ТА!</w:t>
      </w:r>
    </w:p>
    <w:p>
      <w:r>
        <w:br/>
        <w:t>По доріжці, по даху, по бузку безлистому: "Ла-та-та! Ла-та-та!"</w:t>
      </w:r>
    </w:p>
    <w:p>
      <w:r>
        <w:br/>
        <w:t>Дощ.</w:t>
      </w:r>
    </w:p>
    <w:p>
      <w:r>
        <w:br/>
        <w:t>Перший весняний дощ.</w:t>
      </w:r>
    </w:p>
    <w:p>
      <w:r>
        <w:br/>
        <w:t>Вийшов на ганок дід Іван — задивився, долоню підставив. Цвірінькають горобці — задоволені.</w:t>
      </w:r>
    </w:p>
    <w:p>
      <w:r>
        <w:br/>
        <w:t>Травичка біля доріжки вмилась, зазеленіла.</w:t>
      </w:r>
    </w:p>
    <w:p>
      <w:r>
        <w:br/>
        <w:t>"Ла-та-та! Ла-та-та!"</w:t>
      </w:r>
    </w:p>
    <w:p>
      <w:r>
        <w:br/>
        <w:t>По доріжці, по даху, по бузку безлистому..</w:t>
      </w:r>
    </w:p>
    <w:p>
      <w:r>
        <w:br/>
        <w:t>І все довкруг захоплено плеще в долоні: "Ла-та-та!.."</w:t>
      </w:r>
    </w:p>
    <w:p>
      <w:r>
        <w:br/>
        <w:t>ХТО НАЙПРИМІТНІШИЙ</w:t>
      </w:r>
    </w:p>
    <w:p>
      <w:r>
        <w:br/>
        <w:t>Тільки-но сонце весняно плюснулось на широкий вигін, що за селом, а мати-й-мачуха вже й затеплила свої жовті ліхтарики. І стала найпримітнішою на вигоні.</w:t>
      </w:r>
    </w:p>
    <w:p>
      <w:r>
        <w:br/>
        <w:t>Потім кропива, сердито розпихаючи пріле бадиляччя, кущисто погнала вгору. І вже найпримітнішою на вигоні стала вона.</w:t>
      </w:r>
    </w:p>
    <w:p>
      <w:r>
        <w:br/>
        <w:t>Згодом зазолотіли кульбаби, і всім здалося, що на вигоні тільки вони і ростуть.</w:t>
      </w:r>
    </w:p>
    <w:p>
      <w:r>
        <w:br/>
        <w:t>А ще потім вибуяв свічкастий коров’як. І було його видно здалеку.</w:t>
      </w:r>
    </w:p>
    <w:p>
      <w:r>
        <w:br/>
        <w:t>За такими вдатними сусідами куценькому споришеві ніяк і показатися. Та він і не пнеться. Примостився там, де вже інші рости не захотіли, та й кучерявиться тихенько при самій землі.</w:t>
      </w:r>
    </w:p>
    <w:p>
      <w:r>
        <w:br/>
        <w:t>Але саме до споришу тягнуться влітку корови, обминаючи його квітчастих сусідів. Саме за ним нишпорять вівці і кози. Цю травку-муравку і кури пощипують, і гуси поскубують. А восени поласувати споришевими зернятками-горішками злітаються цілі зграї дикого птаства — від шалапутних горобців до відлюдкуватих тетеруків.</w:t>
      </w:r>
    </w:p>
    <w:p>
      <w:r>
        <w:br/>
        <w:t>От і розберись, хто найпримітніший на вигоні.</w:t>
      </w:r>
    </w:p>
    <w:p>
      <w:r>
        <w:br/>
        <w:t>УСІХ ПРИГОЩАЄ</w:t>
      </w:r>
    </w:p>
    <w:p>
      <w:r>
        <w:br/>
        <w:t>Дятел підлетів до молодого клена: "Тук! Тук! Тук!.."</w:t>
      </w:r>
    </w:p>
    <w:p>
      <w:r>
        <w:br/>
        <w:t>Не годиться полохати птаху, зайняту своїми пташиними клопотами. І я стою, чекаю, поки вона перелетить на інше дерево.</w:t>
      </w:r>
    </w:p>
    <w:p>
      <w:r>
        <w:br/>
        <w:t>А дятел не поспішає — продовбав кору і ласує кленовим соком. Бач, який, знає, що кленовий сік не гірший од березового.</w:t>
      </w:r>
    </w:p>
    <w:p>
      <w:r>
        <w:br/>
        <w:t>Нарешті полетів. Та тієї ж миті де не візьмись два горобці. Вовтузяться біля клена, по черзі п’ють сік, задоволено цьвірінькають — дякують дятлові, що пригостив.</w:t>
      </w:r>
    </w:p>
    <w:p>
      <w:r>
        <w:br/>
        <w:t>Настала й моя черга. Відламав я галузку, встромив її у дірочку, що дятел продовбав. Сік по галузці кап, кап, кап…</w:t>
      </w:r>
    </w:p>
    <w:p>
      <w:r>
        <w:br/>
        <w:t>Пробую на язик — солодкий!</w:t>
      </w:r>
    </w:p>
    <w:p>
      <w:r>
        <w:br/>
        <w:t>Навесні дятел щедрий, усіх пригощає.</w:t>
      </w:r>
    </w:p>
    <w:p>
      <w:r>
        <w:br/>
        <w:t>ЯБЛУНЯ</w:t>
      </w:r>
    </w:p>
    <w:p>
      <w:r>
        <w:br/>
        <w:t>Сьогодні йду — а вона зацвіла…</w:t>
      </w:r>
    </w:p>
    <w:p>
      <w:r>
        <w:br/>
        <w:t>…Як на місці дерев’яної дядькової хати почали зводити з білої цегли великий багатоповерховий дім, яблуня стала всім на заваді. Водії бурчали, що об’їжджати її щоразу треба, кранівники — що незручно через неї переносити піддони, а зі слів виконроба виходило, що яблуня взагалі не дає належного простору для роботи.</w:t>
      </w:r>
    </w:p>
    <w:p>
      <w:r>
        <w:br/>
        <w:t>Перепадало яблуні від усіх. Могутній грузовик зачепив її бортом і відчахнув гілку. Кран черкнув піддоном по верхівці, і та знівечено обвисла. Виконроб розпорядився вирвати дерево з коренем. Але бульдозерний трос не витримав — тріснув, тільки глибоко в’ївся в стовбур і вирвав кусень кори аж до білого.</w:t>
      </w:r>
    </w:p>
    <w:p>
      <w:r>
        <w:br/>
        <w:t>У домі вже оселилися новосели. Але за клопотами ні в кого не знаходилося часу підрізати яблуню, замастити рани. Чи, може, здалося людям, що з неї вже все одно нічого не буде.</w:t>
      </w:r>
    </w:p>
    <w:p>
      <w:r>
        <w:br/>
        <w:t>А вона взяла та й зацвіла. І рясно-прерясно, ніби рожеву хустку пов’язала.</w:t>
      </w:r>
    </w:p>
    <w:p>
      <w:r>
        <w:br/>
        <w:t>Ось у кого повчитись би щедроти і приязні!</w:t>
      </w:r>
    </w:p>
    <w:p>
      <w:r>
        <w:br/>
        <w:t>ЧУДНІ</w:t>
      </w:r>
    </w:p>
    <w:p>
      <w:r>
        <w:br/>
        <w:t>Подумалось: гуси погубили пір’я — а то маргаритки.</w:t>
      </w:r>
    </w:p>
    <w:p>
      <w:r>
        <w:br/>
        <w:t>По всьому лузі біліють.</w:t>
      </w:r>
    </w:p>
    <w:p>
      <w:r>
        <w:br/>
        <w:t>Подумалось, чудні ці маргаритки: уже й трава вибуріла, уже сніжинки пролітають, а вони заповзялися цвісти.</w:t>
      </w:r>
    </w:p>
    <w:p>
      <w:r>
        <w:br/>
        <w:t>Подумалось тоді, пізньої осені…</w:t>
      </w:r>
    </w:p>
    <w:p>
      <w:r>
        <w:br/>
        <w:t>…Щойно схлинула весняна повінь. Бреду калюжистим лугом до річки, аж зирк — маргаритки… Цвітуть!</w:t>
      </w:r>
    </w:p>
    <w:p>
      <w:r>
        <w:br/>
        <w:t>Подумалось, чудні ці маргаритки: ще на всій-усій заплаві нічого й не проклюнулось, а вони біліють.</w:t>
      </w:r>
    </w:p>
    <w:p>
      <w:r>
        <w:br/>
        <w:t>Подумалось, як добре, що в на світі чудні квітки — маргаритки!</w:t>
      </w:r>
    </w:p>
    <w:p>
      <w:r>
        <w:br/>
        <w:t>ДОБРЕ ДІЛО</w:t>
      </w:r>
    </w:p>
    <w:p>
      <w:r>
        <w:br/>
        <w:t>Того дня ми стільки всього набачилися! Бо була весна, ліс прибрався, мов на оглядини. Мерехтіло в очах від розмаю квітів, приємно поморочилася голова від запахущого молодого листя, від пташиного пересвисту. У той день трапилася і ця зовсім незначна пригода. Як переходили видолинок, Інну щось шарпнуло за ногу. Глянули — а нога в сильці.</w:t>
      </w:r>
    </w:p>
    <w:p>
      <w:r>
        <w:br/>
        <w:t>Було сильце із тонкої линви. Років п’ять чи й більше тому якийсь браконьєр поставив його на заячій стежині, примотавши кінцем до дубка. Хтозна, чи потрапило коли в нього необачне звірятко, а от дубкові вийшла від того велика шкода: линва глибоко врізалась у стовбурець і не давала деревцю рости.</w:t>
      </w:r>
    </w:p>
    <w:p>
      <w:r>
        <w:br/>
        <w:t>Ми трохи поморочилися, але таки розмотали заплуту і пожбурили іржаву линву на дно ярка.</w:t>
      </w:r>
    </w:p>
    <w:p>
      <w:r>
        <w:br/>
        <w:t>От і вся пригода. Здавалось би, давно пора їй забутися. А Інна ні-ні та й сьогодні ще:</w:t>
      </w:r>
    </w:p>
    <w:p>
      <w:r>
        <w:br/>
        <w:t>— Пригадуєш, як дубка визволили?</w:t>
      </w:r>
    </w:p>
    <w:p>
      <w:r>
        <w:br/>
        <w:t>А все тому, що ми тоді не просто провели в лісі хороший весняний день, а зробили хоч маленьке, але добре діло.</w:t>
      </w:r>
    </w:p>
    <w:p>
      <w:r>
        <w:br/>
        <w:t>АНЕМОНА</w:t>
      </w:r>
    </w:p>
    <w:p>
      <w:r>
        <w:br/>
        <w:t>Якось ніс я з весняного лісу букет квітів.</w:t>
      </w:r>
    </w:p>
    <w:p>
      <w:r>
        <w:br/>
        <w:t>Була серед них і анемона: тонюсіньке стебельце, увінчане великим білим келихом-дзвінком. Такою ніжною, тендітною, беззахисно-боязкою здавалася ця квітка, що я увесь час боявся, чи ж донесу її додому.</w:t>
      </w:r>
    </w:p>
    <w:p>
      <w:r>
        <w:br/>
        <w:t>А таки доніс. Поставив букет у вазу з водою, як і належить.</w:t>
      </w:r>
    </w:p>
    <w:p>
      <w:r>
        <w:br/>
        <w:t>А тут — відрядження, повернувся аж через кілька днів. Поглянув на букет і очам не повірив: усі квітки зів’яли, пообтрушували пелюстки, тільки з тендітною анемоною нічого-нічогісінько не сталося — вона так само красувалась великим келихом-дзвінком і так само здавалась беззахисно-боязкою.</w:t>
      </w:r>
    </w:p>
    <w:p>
      <w:r>
        <w:br/>
        <w:t>БЕЗОДНЯ</w:t>
      </w:r>
    </w:p>
    <w:p>
      <w:r>
        <w:br/>
        <w:t>Можна під’їхати, тепер до села ходить автобус, але в таку духмяно-зелену теплінь чого гаяти час на зупинці?</w:t>
      </w:r>
    </w:p>
    <w:p>
      <w:r>
        <w:br/>
        <w:t>Вирушив пішки. Знаю: спочатку йтиму полем, потім через перелісок, а далі попід горою, де кучерявиться густий ліщиновий пояс. В тіні ліщинника — джерело. Безодня. Споконвіку це джерело так називають. Вода в ньому непроглядно-синя, аж чорна.</w:t>
      </w:r>
    </w:p>
    <w:p>
      <w:r>
        <w:br/>
        <w:t>Казали, ніби сюди впав з неба метеорит і це від нього утворилася безодня. А ми вірили, що звідси веде підземна протока аж до самого моря.</w:t>
      </w:r>
    </w:p>
    <w:p>
      <w:r>
        <w:br/>
        <w:t>В дитинстві ми боялися безодні, сторонилися її. Якось моторошно робилося від її таємничої теміні. І галаслива наша ватага, завзято обносячи горіхи в ліщиннику, ніколи не всідалась на спочинок біля цього джерела.</w:t>
      </w:r>
    </w:p>
    <w:p>
      <w:r>
        <w:br/>
        <w:t>…Поле… Перелісок… Гора…</w:t>
      </w:r>
    </w:p>
    <w:p>
      <w:r>
        <w:br/>
        <w:t>А де ж ліщинник?! Під горою голо-голісінько…</w:t>
      </w:r>
    </w:p>
    <w:p>
      <w:r>
        <w:br/>
        <w:t>Вже потім завважую: ні, тут зовсім не так уже й голо, на місці ліщинника тепер ряботять пагони кукурудзи.</w:t>
      </w:r>
    </w:p>
    <w:p>
      <w:r>
        <w:br/>
        <w:t>Збоку біля стежки — калюжа, напівзакидана усяким ломаччям. По тоненькій цівочці, що звідтіля в’юниться, здогадуюсь: десь на її дні тліє живець джерельця.</w:t>
      </w:r>
    </w:p>
    <w:p>
      <w:r>
        <w:br/>
        <w:t>Далі — знову кукурудзяні цибухи…</w:t>
      </w:r>
    </w:p>
    <w:p>
      <w:r>
        <w:br/>
        <w:t>А де ж безодня?</w:t>
      </w:r>
    </w:p>
    <w:p>
      <w:r>
        <w:br/>
        <w:t>Погляд мій ще раз зупиняється на жалюгідній калюжі. "Невже?!" — пронизує здогад.</w:t>
      </w:r>
    </w:p>
    <w:p>
      <w:r>
        <w:br/>
        <w:t>А тоненький струмочок сочиться по сірій зморшкуватій землі, мов сльоза на старечій щоці…</w:t>
      </w:r>
    </w:p>
    <w:p>
      <w:r>
        <w:br/>
        <w:t>ЩАСТЯ</w:t>
      </w:r>
    </w:p>
    <w:p>
      <w:r>
        <w:br/>
        <w:t>— Знайшов! Щастя знайшов! Глянь, мамо, яка гарна п’ятірочка!..</w:t>
      </w:r>
    </w:p>
    <w:p>
      <w:r>
        <w:br/>
        <w:t>Біжить хлоп’я через подвір’я, поспішає скоріше показати п'ятипелюсткове "щастячко", знайдене на квітучій бузковій гілці.</w:t>
      </w:r>
    </w:p>
    <w:p>
      <w:r>
        <w:br/>
        <w:t>І стільки тієї радості в голосі хлоп’яти!</w:t>
      </w:r>
    </w:p>
    <w:p>
      <w:r>
        <w:br/>
        <w:t>— Знайшов!..</w:t>
      </w:r>
    </w:p>
    <w:p>
      <w:r>
        <w:br/>
        <w:t>Як, можливо, було і в його прадіда сто років тому.</w:t>
      </w:r>
    </w:p>
    <w:p>
      <w:r>
        <w:br/>
        <w:t>Як, можливо, буде і в його правнука через сто років.</w:t>
      </w:r>
    </w:p>
    <w:p>
      <w:r>
        <w:br/>
        <w:t>Для щастя іноді так небагато треба…</w:t>
      </w:r>
    </w:p>
    <w:p>
      <w:r>
        <w:br/>
        <w:t>КРИЛА</w:t>
      </w:r>
    </w:p>
    <w:p>
      <w:r>
        <w:br/>
        <w:t>Травинка гойдалася просто перед моїми очима. І поки я обідав, по ній аж двоє пройшлося.</w:t>
      </w:r>
    </w:p>
    <w:p>
      <w:r>
        <w:br/>
        <w:t>Спочатку травинкою прочимчикувала чорна мураха. Ось вона дохопилася до вершечка, погойдалася, погойдалася — та й плюхнула додолу.</w:t>
      </w:r>
    </w:p>
    <w:p>
      <w:r>
        <w:br/>
        <w:t>А потім на травинку повільно почало здиратися сонечко — червона в чорну цяточку крапля. На вершечку сонечко так погойдалося-погойдалось — та й… полетіло.</w:t>
      </w:r>
    </w:p>
    <w:p>
      <w:r>
        <w:br/>
        <w:t>Що-то, коли є крила!</w:t>
      </w:r>
    </w:p>
    <w:p>
      <w:r>
        <w:br/>
        <w:t>ЗАЦВІЛИ СОСНИ</w:t>
      </w:r>
    </w:p>
    <w:p>
      <w:r>
        <w:br/>
        <w:t>Небо гуготіло, ревло, клекотало, біснувалося, сліпуче розверзало свої нетрі. А з тих нетрів падала водяна лавина, розплющувалась об асфальт, і вже на місці дороги неслася ціла річка, вся в піняві і ряботинні. Та ось потроху почало вщухати. Віддалилась громовиця, дощисько перейшов у дощ, дощ — у дощик, а там на пів-обрію здивовано вигнула брову райдуга. І тут раптом усі помітили на калюжах, на газонах, на асфальті жовту паволоку. Де вона взялася? Одні казали — сірка, інші — що десь у полі вихор підхопив купу міндобрива і розвіяв над містом.</w:t>
      </w:r>
    </w:p>
    <w:p>
      <w:r>
        <w:br/>
        <w:t>А виявилося, що то гроза принесла з лісу сосновий пилок, щоб нагадати заклопотаним людям, що вже травень і зацвіли сосни.</w:t>
      </w:r>
    </w:p>
    <w:p>
      <w:r>
        <w:br/>
        <w:t>ПРИЙОМНИЙ СИН</w:t>
      </w:r>
    </w:p>
    <w:p>
      <w:r>
        <w:br/>
        <w:t>Біля осики з сонячного боку проріс дубок. Зеленаво примружився від тепла і потягнувся вгору.</w:t>
      </w:r>
    </w:p>
    <w:p>
      <w:r>
        <w:br/>
        <w:t>Дерева в лісі тільки на перший погляд живуть в мирі та злагоді. Насправді ж вони постійно змагаються між собою за земельну ділянку, за повітряний простір, за світло. І яке відстане у змаганні — зачахне, пропаде. Такий лісовий закон.</w:t>
      </w:r>
    </w:p>
    <w:p>
      <w:r>
        <w:br/>
        <w:t>Проте осика, всупереч лісовому закону, не похопилася виживати юного сусіда. Візерунчасті дубкові листки приємно лоскотали її біляву кору, ласкавили стовбур. І вона не тільки не противилася непрошеному сусідству, а й почала турботливо затуляти малюка від холодних північних вітрів, наче прийомного сина.</w:t>
      </w:r>
    </w:p>
    <w:p>
      <w:r>
        <w:br/>
        <w:t>Минали роки. Осика росла, росла та й виросла. Потім постаріла, одряхліла, гілляки сохнути стали, обламуватись. Такою і тепер стоїть. Її ровесниць уже давно вітровіння позвалювало додолу, уже й порохню від них мурахи розточили. А ця стоїть.</w:t>
      </w:r>
    </w:p>
    <w:p>
      <w:r>
        <w:br/>
        <w:t>Бо поруч — молодий кучерявий дуб, прийомний син. Обхопив її двома одводинами, мов руками, під пахви і так тримає. Спробуй вітровінню повалити їх двох, коли в дуба сила так і буяє!</w:t>
      </w:r>
    </w:p>
    <w:p>
      <w:r>
        <w:br/>
        <w:t>ДИХАВ ТРАВЕНЬ</w:t>
      </w:r>
    </w:p>
    <w:p>
      <w:r>
        <w:br/>
        <w:t>Я так старався! Я добирав слово до слова, барву до барви — хотілося розповісти про цей зелений день, про цей молодий луг, про незабудку в осоці і рудого джмелика на незабудці. Була мить, коли здалося: схопив! І щось бентежне затіпалось в грудях. А товариш, з яким удвох рибалили, безцеремонно перервав мою розповідь:</w:t>
      </w:r>
    </w:p>
    <w:p>
      <w:r>
        <w:br/>
        <w:t>— Тш-ш-ш!.. Ти чуєш? Травень дихає…</w:t>
      </w:r>
    </w:p>
    <w:p>
      <w:r>
        <w:br/>
        <w:t>Бринів рудий джмелик на незабудці. Бринів молодий луг. Сміявся, вигравав, переливався міріадами іскорок, дихав до запаморочення п'янко і лоскітно зелений день.</w:t>
      </w:r>
    </w:p>
    <w:p>
      <w:r>
        <w:br/>
        <w:t>І мені болем заболів безпомічний шурхіт паперу в руці.</w:t>
      </w:r>
    </w:p>
    <w:p>
      <w:r>
        <w:br/>
        <w:t>БІЛЯ ВИТОКУ</w:t>
      </w:r>
    </w:p>
    <w:p>
      <w:r>
        <w:br/>
        <w:t>Талі води своє відгомоніли, а весняні вітри підсушили поле, і зараз на дні вижолобка тільки золотиться мати-й-мачуха. І йти тут до того приємно, що я так і прошкую вижолобком, нікуди не звертаючи. А він непомітно стає все глибшим і глибшим, і з-під торішньої посірілої трави починає все настійніше пробиватися зелень. А то враз усуціль зазеленіло, земля вкрилася пухнастою травою.</w:t>
      </w:r>
    </w:p>
    <w:p>
      <w:r>
        <w:br/>
        <w:t>Коли це відчуваю — під ногами мокро. Еге, так і є: он у траві калюжка сріблиться, а там друга, третя. Біля горбочка, на якому буйно кошлатиться торішня трава і сухе будяччя, брижиться мерехтлива смужечка, мов жива. І хоч вона одразу ж губиться у візерунчастих жовтцях, та через кілька кроків жваво вигулькує знову, а ще далі уже дзеркалиться суцільною стрічечкою.</w:t>
      </w:r>
    </w:p>
    <w:p>
      <w:r>
        <w:br/>
        <w:t>Я думав якраз про щось своє, і було вже пройшов без уваги далі, коли це зирк — а далеко попереду синіє знайома гора, а під горою біліють знайомі хати… Як же я одразу не здогадався: це ж тут починається наша річка Рудочка. І совісно стало: стільки річок бачив-перебачив, знаю, де бере початок Дніпро, Волга, а до витоку своєї рідної Рудочки оце тільки випадок привів.</w:t>
      </w:r>
    </w:p>
    <w:p>
      <w:r>
        <w:br/>
        <w:t>Схиляю голову, вклоняюся; прости мені, річко…</w:t>
      </w:r>
    </w:p>
    <w:p>
      <w:r>
        <w:br/>
        <w:t>Гущар пішов темний, ледь пролазний. І на крутосхилі глибочезного яру можна було втриматися, тільки вхопившись рукою за стовбур ліщини, грабочка чи ясенка.</w:t>
      </w:r>
    </w:p>
    <w:p>
      <w:r>
        <w:br/>
        <w:t>Саме в такому незручному місці і перестріло нас вигонисте дрібнолисте зело з разками пурпурово-синіх квітів, схожих на горохові. Перестріло та й зупинило біля себе надовго. Бо було якраз тим, заради якого ми й вирушили сьогодні в мандрівку по Острозькому лісі.</w:t>
      </w:r>
    </w:p>
    <w:p>
      <w:r>
        <w:br/>
        <w:t>Далі дертися гущаками не було потреби. І ми, знявши рюкзаки та вчепивши їх на грабових одводинах, сяк-так навкуцьки примощуємося біля дрібнолистого зела, розглядаємо його, балакаємо про своє.</w:t>
      </w:r>
    </w:p>
    <w:p>
      <w:r>
        <w:br/>
        <w:t>Балакати є про що. Іван Михайлович хвалиться ще одним знайомством: бабуся із ближнього села, виявляється, ось цим зіллям успішно лікує від жовтухи. Давно лікує, секрет від своєї матері перейняла. Не потаїлася, поділилася цим секретом і з Іваном Михайловичем.</w:t>
      </w:r>
    </w:p>
    <w:p>
      <w:r>
        <w:br/>
        <w:t>Носаль гортає блокнот, відшукуючи потрібні записи.</w:t>
      </w:r>
    </w:p>
    <w:p>
      <w:r>
        <w:br/>
        <w:t>А я згадую про недавні відвідини древнього Острозького замку, про те, як у вежі Мурованій за стінами триметрової товщини відчиняв ковані залізом двері колишньої князівської скарбниці, як на її крутих, вичовганих за довгі віки східцях екскурсовод розповідав мені билиці й небилиці давно відшумілих днів. Одна з розповідей екскурсовода теж стосувалася саме цього зілля. Вірніше, стосувалася таємничої історії його виникнення.</w:t>
      </w:r>
    </w:p>
    <w:p>
      <w:r>
        <w:br/>
        <w:t>…Липнева ніч коротка, таж треба було встигнути. І вони батожили коней, хоч ті й так були вже в милі, надсилу з крутогору на крутогір тягнучи тяжкі вози із окованими залізом колесами. Густе гілля сплелося над малоїждженою лісовою дорогою майже в суцільну темінь, листато хльоскало і коней, і погоничів, і супровідників-верхівців.</w:t>
      </w:r>
    </w:p>
    <w:p>
      <w:r>
        <w:br/>
        <w:t>Коли було вже далеко за північ, коли ледь означена на дні яру дорога звелася в зовсім ніщо і вперлася в урвище, передній верхівець зупинив коня:</w:t>
      </w:r>
    </w:p>
    <w:p>
      <w:r>
        <w:br/>
        <w:t>— Тут!</w:t>
      </w:r>
    </w:p>
    <w:p>
      <w:r>
        <w:br/>
        <w:t>З ним порівнявся другий, суворо запитав:</w:t>
      </w:r>
    </w:p>
    <w:p>
      <w:r>
        <w:br/>
        <w:t>— Ти це місце добре знаєш?</w:t>
      </w:r>
    </w:p>
    <w:p>
      <w:r>
        <w:br/>
        <w:t>— Тут, — повторив передній. — Пан лісничий розпорядився, щоб саме тут.</w:t>
      </w:r>
    </w:p>
    <w:p>
      <w:r>
        <w:br/>
        <w:t>— Дивись мені! — пригрозив йому другий, який був старший над усіма.</w:t>
      </w:r>
    </w:p>
    <w:p>
      <w:r>
        <w:br/>
        <w:t>Верхівці спішилися. Позлазили з возів і підступили погоничі. Глухо дзвякнули лопати. Прямо під урвищем почали конати одразу кілька ям.</w:t>
      </w:r>
    </w:p>
    <w:p>
      <w:r>
        <w:br/>
        <w:t>Працювали завзято, розгиналися тільки для того, щоб рукавом зітерти піт з чола.</w:t>
      </w:r>
    </w:p>
    <w:p>
      <w:r>
        <w:br/>
        <w:t>Липнева ніч у лісі темна, хоч в око стріль. Навіть зорі й ті запропали кудись — не то хмарою їх заступило, не то верхів’я дерев такі непроглядні. Копачі спотикалися, натикалися один на одного, тихцем чортихалися. Поспішали. Найдовіреніші слуги та особисті охоронці вельможної пані Анни-Алоїзи Ходкевич, княгині Острозької, прагнули якомога швидше надійно заховати скарби своєї повелительки, щоб їх, боронь боже, хоч не захопили оті підбурені Хмельницьким лайдаки, які насмілилися навіть добуватися до княжого замку.</w:t>
      </w:r>
    </w:p>
    <w:p>
      <w:r>
        <w:br/>
        <w:t>Звечора, як тільки смеркло, княгиня сіла в карету і під охороною довірників із власної надвірної хоругви чимдуж покотила із Острога до Дубна. А панові Домініку, своєму найпершому тілохранителеві, доручила потай вивезти багатства замкової скарбниці і закопати в дальньому лісі, щоб перележали якийсь час, поки отих непокірних лайдаків переловлять та пересаджають у в’язниці. Бо везти скарб із собою пані побоялася: а що, як десь у дорозі козаки чи підбурені холопи перехоплять? Так й серед своїх, уродзоних шляхтичів, розвелося зараз чимало похопних до грабунків. Княгині ризикувати не хотілося.</w:t>
      </w:r>
    </w:p>
    <w:p>
      <w:r>
        <w:br/>
        <w:t>Вивозити із замкової скарбниці було що! Адже князі Острозькі з діда-прадіда були багатшими від самого польського короля, їм належала третина всієї Волині, вони мали великі маєтності в Київському, Володимирському, Переяславському, Канівському, Білоцерківському, Богуславському та Черкаському староствах. Острозькі розпоряджалися двома мільйонами моргів землі, на яких було вісімдесят міст і містечок, 2760 сіл.</w:t>
      </w:r>
    </w:p>
    <w:p>
      <w:r>
        <w:br/>
        <w:t>Вивозити із замкової скарбниці було що: золотом, сріблом та іншими коштовностями навантажили десять возів. Допровадити валку до надійного місця мав сам пан князівський лісничий. З ним Анна-Алоїза особисто домовилася про сховок. Але в останню годину лісничий раптово захворів і прислав замість себе слугу. Із запискою прислав. Пан Домінік спочатку хотів було вигнати геть такого провідника — бракувало ще, щоб якийсь слуга-схизматик знав, де буде закопано скарб! Але передумав: нехай! Посилати за хворим лісничим уже немає часу, а слугу він все одно забере з собою — той буде неодлучно при ньому й княгині, як живий ключ від скарбниці. А якщо поведеться підозріло, то прикує ланцюгом до воза — куди він дінеться!</w:t>
      </w:r>
    </w:p>
    <w:p>
      <w:r>
        <w:br/>
        <w:t>Слуга виявився добрим провідником, орієнтувався в нічному лісі, як у власному домі. Он у яке густе і глухе хащовиння безпомильно допровадив.</w:t>
      </w:r>
    </w:p>
    <w:p>
      <w:r>
        <w:br/>
        <w:t>Пан Домінік єдиний з усієї валки не брався за лопату — ще чого! Його діло — дивитися, його діло — пильнувати за всім і всіма. Бо при такому скарбі на що завгодно можна сподіватися. Звичайно, люди надійні при ньому, перевірені не раз у ділі. Але ж то й коштовності! При таких навіть рідному батькові не довіряй. Таке багатство й не снилося нікому з тут присутніх. А що, коли раптом хтось візьме й спокуситься урвати собі щось із цього скарбу? Всього можна чекати.</w:t>
      </w:r>
    </w:p>
    <w:p>
      <w:r>
        <w:br/>
        <w:t>Пан Домінік раз у раз щупає рукою пістолі, які, заряджені, стримлять за широким поясом. Снує туди-сюди між возів, де чорно горбатяться мішки, бочечки, торби. Тонка, міцна кольчуга приємно тяжіє на плечах, додаючи певності.</w:t>
      </w:r>
    </w:p>
    <w:p>
      <w:r>
        <w:br/>
        <w:t>Знав би пан Домінік, що їхній провідник — зовсім не посланець пана князівського лісничого! Якби ж пан Домінік та це міг знати!..</w:t>
      </w:r>
    </w:p>
    <w:p>
      <w:r>
        <w:br/>
        <w:t>Тим часом провідник — лісоруб Сахно — мовчки вергав землю з ями, як і всі інші. Щоб не темінь, то пан Домінік помітив би, напевно ж помітив би, як загадкова усмішка блукає на його стомленому обличчі.</w:t>
      </w:r>
    </w:p>
    <w:p>
      <w:r>
        <w:br/>
        <w:t>О, це був великий час лісоруба Сахна! Довго він чекав його, ой довго — цілих дванадцять років. Від отого кривавого великодня чекав. Від отого 1636 року, коли княгиня Анна-Алоїза на догоду зайдам-єзуїтам вчинила розправу над непокірними жителями Острога.</w:t>
      </w:r>
    </w:p>
    <w:p>
      <w:r>
        <w:br/>
        <w:t>Тоді Сахно, ще безвусий парубійко, разом з матір’ю і батьком, з сестрою і молодшим братом, разом із сотнями інших міщан йшов із храму Богоявлення в Нове місто — один із кутків Острога. Щойно зійшли на міст через Вілію, як тут у кареті, запряженій шестериком коней, княгиня з розгону наїхала на людей. Коні — як звірі, а погоничі ще лютіші, батожищами по людських головах так і крешуть. Ой, що тоді робилося на тому мосту! Брат під кінські копита потрапив — затоптали коні до смерті. Матір теж упала, то її колесо переїхало, від того й досі калікою. А сестру зіштовхнули з мосту в річку, прямо в студену воду — довго хворіла від того сестра, так і померла. Батько, видячи таке, не стерпів, одломав поручень та потяг ним погонича... Озлилися люди, були б тоді роздерли княгиню, та наспіли гайдуки... А потім була люта розправа. Катували страшно. Тих, хто помирав від мук, прямо по землі волокли за місто і там залишали, щоб їх гризли собаки. Ховати не дозволяли. Лише згодом він, Сахно, загріб там свого батька піском — без труни, без обряду...</w:t>
      </w:r>
    </w:p>
    <w:p>
      <w:r>
        <w:br/>
        <w:t>Боліли Сахнові басамани, залишені на тілі гайдуками. Та стократ болючішою була душевна рана. Страшною клятвою поклявся він відомстити кривдникам. Дванадцять років чекав нагоди. І ось дочекався.</w:t>
      </w:r>
    </w:p>
    <w:p>
      <w:r>
        <w:br/>
        <w:t>Як острозькі повстанці перехопили пана князівського лісничого, той з переляку одразу ж зізнався, що поспішав до замку, аби показати панським слугам місце у лісі для сховку княжого скрабу. Отут лісоруб Сахно і зголосився піти в замок ніби від імені пана лісничого. Тим більше, що того не довелося довго вмовляти, щоб написав відповідну записку панові Домініку. А довколишні ліси Сахно знав, як свої п’ять пальців.</w:t>
      </w:r>
    </w:p>
    <w:p>
      <w:r>
        <w:br/>
        <w:t>Усміхався лісоруб Сахно: княгині Острозькій, певно, не думається й не гадається, що вона такий щедрий дарунок робить повстанцям Хмельницького. Вранці він, Сахно, приведе сюди своїх побратимів, хай поділять скарб між усіма бідаками, бо це ж таки їхня кривавиця…</w:t>
      </w:r>
    </w:p>
    <w:p>
      <w:r>
        <w:br/>
        <w:t>Та коли многоцінний вантаж було надійно сховано, коли нічною лісовою дорогою вивів усю валку на дубнівський шлях, коли та навздогін княгині щодуху дременула геть від чсрвонозагравистого Острога, він таки не стримався — розреготався вголос. Гучний і страшний то був регіт, аж луна покотилася лісом. Пан Домінік зло глипнув на нього:</w:t>
      </w:r>
    </w:p>
    <w:p>
      <w:r>
        <w:br/>
        <w:t>— Ти чого? Здурів, пся крев?!</w:t>
      </w:r>
    </w:p>
    <w:p>
      <w:r>
        <w:br/>
        <w:t>— Га-га-га!.. — невтримно реготав йому прямо в очі лісоруб Сахно. — Га-га-га!..</w:t>
      </w:r>
    </w:p>
    <w:p>
      <w:r>
        <w:br/>
        <w:t>Рвонув коня за повід, крутнув його назад та й помчав до Острога, де в загравах займалася ранкова зоря.</w:t>
      </w:r>
    </w:p>
    <w:p>
      <w:r>
        <w:br/>
        <w:t>— Га-га-га!.. — торжествував у лісі, над лісом, над цілим світом його сміх.</w:t>
      </w:r>
    </w:p>
    <w:p>
      <w:r>
        <w:br/>
        <w:t>І враз осікся…</w:t>
      </w:r>
    </w:p>
    <w:p>
      <w:r>
        <w:br/>
        <w:t>Кінь, втративши вершника, пробіг ще трохи та й зупинився.</w:t>
      </w:r>
    </w:p>
    <w:p>
      <w:r>
        <w:br/>
        <w:t>А пан Домінік, засовуючи розряджений пістоль за пояс, люто лаявся:</w:t>
      </w:r>
    </w:p>
    <w:p>
      <w:r>
        <w:br/>
        <w:t>— Пся крев!… Утікати надумав!..</w:t>
      </w:r>
    </w:p>
    <w:p>
      <w:r>
        <w:br/>
        <w:t>Вранішня зоря розгорялася, розгорялася. З боку Острога донеслися людські голоси, кінське іржання… Переховувати скарб уже було ніколи. Та й втрапити отак одразу на те місце без провідника — справа безнадійна. І пан Домінік пришпорив свого коня. Услід за ним вицвьохкуючи батогами, гупаючи важкими кованими залізом колесами — тільки на князівських возах колеса оковувалися залізом! — понеслася вся валка…</w:t>
      </w:r>
    </w:p>
    <w:p>
      <w:r>
        <w:br/>
        <w:t>Через довгі місяці повернулася княгиня Острозька до Острога. Але скільки не споряджала слуг шукати захований у лісі скарб, ті нічого так й не знайшли. Кажуть, пан Домінік сам літував і зимував з лопатою в лісі, всі рови і яри перекопав, поки у лісовій пущі десь і щез — чи звір якийсь загриз його, чи в якесь провалля шугнув необачно.</w:t>
      </w:r>
    </w:p>
    <w:p>
      <w:r>
        <w:br/>
        <w:t>Прочувши про захований скарб, шукали його жителі Острога та довколишніх сіл. Але теж марно. Запримітили тільки одне: в їхньому лісі з’явилося якесь досі не бачене зілля. Дивишся на нього, коли росте — воно зелене-зелене, а зірвеш і принесеш додому — воно вже й чорне. Незрозуміле такс зілля, ніби якусь таїну ховає в собі. Так його й назвали: чорнозілля. Здогадливіші висловлювали думку, що це, певно, запропалий скарб в отаке зело перекинувся.</w:t>
      </w:r>
    </w:p>
    <w:p>
      <w:r>
        <w:br/>
        <w:t>Відтоді й росте чорнозілля в острозьких лісах. Досі росте. Хто зустрічає його в лісі, тому воно знову і знову нагадує про таємничу історію зникнення багатств із княжого замку в Острозі, навіює спомин про давні перекази, в яких йдеться про криваву гонительку-єзуїтку Анну-Алоїзу і про помсту лісоруба Сахна.</w:t>
      </w:r>
    </w:p>
    <w:p>
      <w:r>
        <w:br/>
        <w:t>Протягом століть жила людська віра в те, що саме це зілля якимось чином таки допоможе колись віднайти захований скарб.</w:t>
      </w:r>
    </w:p>
    <w:p>
      <w:r>
        <w:br/>
        <w:t>Недарма жила та віра, зовсім недарма!</w:t>
      </w:r>
    </w:p>
    <w:p>
      <w:r>
        <w:br/>
        <w:t>…Ні, не шукав золота-срібла в Острозькому лісі Іван Михайлович Носаль. Та от майже через триста п’ятдесят років після подій, про які розповідалося вище, саме йому пощастило знайти. І на Першій республіканській конференції з медичної ботаніки, яка відбулася в Києві у жовтні 1984 року, Іван Михайлович оголосив: знайдені ним коштовності — це… саме чорнозілля! Бо, за його спостереженнями, ця рослина ефективно лікує цілий ряд тяжких недугів. І назвав ці недуги.</w:t>
      </w:r>
    </w:p>
    <w:p>
      <w:r>
        <w:br/>
        <w:t>Багато було запитань до Івана Михайловича на тій конференції, дуже багато. І все про чорнозілля. Бо фахівці розуміли, що ліки від названих Носалем хвороб — це скарб, якому просто навіть неможливо скласти справжню ціну.</w:t>
      </w:r>
    </w:p>
    <w:p>
      <w:r>
        <w:br/>
        <w:t>Звичайно, рослина далеко не одразу відкрила Іванові Михайловичу свої властивості. Роками розпитував він знаючих людей, розпитував тих, хто лікувався травами, спостерігав, співставляв, аналізував, робив висновки. До відкриття був шлях довгий, як і взагалі шлях до будь-якого відкриття…</w:t>
      </w:r>
    </w:p>
    <w:p>
      <w:r>
        <w:br/>
        <w:t>…Верхів’ям дерев пробігає пустун-вітерець. Зі свого гущавникового затишку ми чуємо його шелестливі кроки — вони віддаляються, віддаляються.</w:t>
      </w:r>
    </w:p>
    <w:p>
      <w:r>
        <w:br/>
        <w:t>Пора і нам.</w:t>
      </w:r>
    </w:p>
    <w:p>
      <w:r>
        <w:br/>
        <w:t>Стягуємо рюкзаки з грабових одводин, повільно спускаємося крутосхилом униз. Десь там, на дні яру, має бути стежка.</w:t>
      </w:r>
    </w:p>
    <w:p>
      <w:r>
        <w:br/>
        <w:t>Іван Михайлович знову заводить мову про те, що чорнозілля варто було б вирощувати на окремих ділянках, як ото вирощують валер’яну чи ромашку аптечну. Тоді скарб острозького лісу став би в пригоді не окремим людям, а всім, кому може прислужитися його цілюща сила.</w:t>
      </w:r>
    </w:p>
    <w:p>
      <w:r>
        <w:br/>
        <w:t>ГАРБУЗ</w:t>
      </w:r>
    </w:p>
    <w:p>
      <w:r>
        <w:br/>
        <w:t>От чудасія: гарбуз на яблуні! Ніхто не підсаджував — сам здерся.</w:t>
      </w:r>
    </w:p>
    <w:p>
      <w:r>
        <w:br/>
        <w:t>— Бач, примудрився! — каже Олег.</w:t>
      </w:r>
    </w:p>
    <w:p>
      <w:r>
        <w:br/>
        <w:t>Гарбуз величенький, як баняк, в якому баба Параска варить підсвинкові картоплю. Гілляка аж нагнулася під його вагою.</w:t>
      </w:r>
    </w:p>
    <w:p>
      <w:r>
        <w:br/>
        <w:t>— Як це він?</w:t>
      </w:r>
    </w:p>
    <w:p>
      <w:r>
        <w:br/>
        <w:t>Я мовчу. Кусаю соковите яблуко і мовчу. Та Олег і не чекав відповіді. Йому й так зрозуміло: гарбузиння спочатку сп’ялося на тин, потім дісталося нахиленої гілляки і повилося по ній. На гарбузинні зацвіла квітка, з якої і зав’язався гарбуз.</w:t>
      </w:r>
    </w:p>
    <w:p>
      <w:r>
        <w:br/>
        <w:t>А все ж незвично: серед білявих яблук отаке смугасте барильце.</w:t>
      </w:r>
    </w:p>
    <w:p>
      <w:r>
        <w:br/>
        <w:t>Олег сміється:</w:t>
      </w:r>
    </w:p>
    <w:p>
      <w:r>
        <w:br/>
        <w:t>— Хоч і виліз на яблуню, та яблуком не став.</w:t>
      </w:r>
    </w:p>
    <w:p>
      <w:r>
        <w:br/>
        <w:t>А мені щемно: це ж осінь уже завітала…</w:t>
      </w:r>
    </w:p>
    <w:p>
      <w:r>
        <w:br/>
        <w:t>ЧАР-ЗІЛЛЯ</w:t>
      </w:r>
    </w:p>
    <w:p>
      <w:r>
        <w:br/>
        <w:t>Розквашена вчорашнім дощем рілля присмоктувалася до чобіт, наливала їх свинцем. Тож коли вийшов на вибілений осінньою сльотою і вітрами берег дрімливої Стубли — наче від пут позбавився.</w:t>
      </w:r>
    </w:p>
    <w:p>
      <w:r>
        <w:br/>
        <w:t>Хоч і знав, що на такій лисині зайця не підніму, та повертатися знову в поле не хотілося. Почепив на плече рушницю та й почвалав понад річкою в напрямку села, що ген-ген виднілося.</w:t>
      </w:r>
    </w:p>
    <w:p>
      <w:r>
        <w:br/>
        <w:t>В одному місці Стубла окреслювала величенький гак. Я хотів було пуститися навпростець до наступного коліна, але… що це воно? На самісінькому згині річки багряніла якась цятка, ніби там в один віхоть зібралися всі промені великого червоного сонця, що якраз сідало на спочинок за даленіючі горби.</w:t>
      </w:r>
    </w:p>
    <w:p>
      <w:r>
        <w:br/>
        <w:t>Не хотілося волоктися зайві півкілометра, та цікавість перемогла.</w:t>
      </w:r>
    </w:p>
    <w:p>
      <w:r>
        <w:br/>
        <w:t>А це виявився маленький острівець. Довгастенький, з усіх боків пригладжений, він лежав на сизій стрічці води, наче скибка домашнього хліба на лляному рушнику. І густо рум’янився — здавалося, ось-ось вибухне клубком полум’я, розсипле іскри широко довкруг і від того спалахне солом’яниста оболона лугу.</w:t>
      </w:r>
    </w:p>
    <w:p>
      <w:r>
        <w:br/>
        <w:t>На острівці росла… червона рута. Ота, яку знав тільки із материної казки — там" вечорами шукала бідна дівчина, щоб приворожити Івана-царевича.</w:t>
      </w:r>
    </w:p>
    <w:p>
      <w:r>
        <w:br/>
        <w:t>Я розумів: це осінь почервонила руту. Звичайнісіньку, сто раз бачену руту. Але ж у вицвілий осінній день так хочеться незвичайності!..</w:t>
      </w:r>
    </w:p>
    <w:p>
      <w:r>
        <w:br/>
        <w:t>Таки перебрів на острівець. Хоч для вимощування замуленого дна довелося назбирати на заплаві цілу купу хмизу та бадилля, зате перебрів. І в моїх руках незабаром опинився букет чар-зілля, стебла і листочки якого бумі наче кров’ю налиті.</w:t>
      </w:r>
    </w:p>
    <w:p>
      <w:r>
        <w:br/>
        <w:t>...Добирався додому пізно ввечері. Примостився зі своїм мисливським причандаллям аж у самому хвості автобуса, намірився навіть задрімати, адже їхати близько двох годин. Та тут трапилася пригода. Юнак, який поруч, несподівано кинув:</w:t>
      </w:r>
    </w:p>
    <w:p>
      <w:r>
        <w:br/>
        <w:t>— Що ж ви, дядьку, не зайця, а віника дружині везете?</w:t>
      </w:r>
    </w:p>
    <w:p>
      <w:r>
        <w:br/>
        <w:t>А я візьми та й скажи:</w:t>
      </w:r>
    </w:p>
    <w:p>
      <w:r>
        <w:br/>
        <w:t>— Не віника, а червону руту.</w:t>
      </w:r>
    </w:p>
    <w:p>
      <w:r>
        <w:br/>
        <w:t>І не гадав, що мої слова викличуть стільки зацікавлення в усіх без винятку пасажирів. Одразу ж посипалося:</w:t>
      </w:r>
    </w:p>
    <w:p>
      <w:r>
        <w:br/>
        <w:t>— Хіба вона буває червоною?</w:t>
      </w:r>
    </w:p>
    <w:p>
      <w:r>
        <w:br/>
        <w:t>— А мо’, цвіт папороті?</w:t>
      </w:r>
    </w:p>
    <w:p>
      <w:r>
        <w:br/>
        <w:t>— Покажіть, будь ласка…</w:t>
      </w:r>
    </w:p>
    <w:p>
      <w:r>
        <w:br/>
        <w:t>Я відламував пахучі гілочки, тикав у простягнені руки:</w:t>
      </w:r>
    </w:p>
    <w:p>
      <w:r>
        <w:br/>
        <w:t>— Візьміть! Подивіться!</w:t>
      </w:r>
    </w:p>
    <w:p>
      <w:r>
        <w:br/>
        <w:t>І розквітали усмішки довкола, ясніли очі. Тільки хлопець, який щойно кепкував з мене, ніяково потупився. Але я зовсім на нього не образився, дав і йому гілочку…</w:t>
      </w:r>
    </w:p>
    <w:p>
      <w:r>
        <w:br/>
        <w:t>Потім я нерідко натрапляв на осінню руту. Але такої червоної більше не бачив. Навіть на тому острівці, хоч навідувався до нього уже кілька разів.</w:t>
      </w:r>
    </w:p>
    <w:p>
      <w:r>
        <w:br/>
        <w:t>РАНКОВА ПЕРЕВІРКА</w:t>
      </w:r>
    </w:p>
    <w:p>
      <w:r>
        <w:br/>
        <w:t>Ластівки ладнаються в дорогу. Пробують і швидкість лету, і міцність крила: то у високості проносяться, то над річкою, над самісінькою водою шуг та шуг. До вирію далеко, а серпень ось-ось віджнивує — не загаятися б з тренуванням!</w:t>
      </w:r>
    </w:p>
    <w:p>
      <w:r>
        <w:br/>
        <w:t>Спозаранку вожак скликає зграю на чергову перевірку. Він за всіх в одвіті, тож, певно, хоче ще раз полічити підопічних, оглянути молоді виводки, розпорядитися.</w:t>
      </w:r>
    </w:p>
    <w:p>
      <w:r>
        <w:br/>
        <w:t>— Шикуйсь! — лунає його команда.</w:t>
      </w:r>
    </w:p>
    <w:p>
      <w:r>
        <w:br/>
        <w:t>— Шикуйсь! Шикуйсь!.. — повторюють сотні пташиних голосів.</w:t>
      </w:r>
    </w:p>
    <w:p>
      <w:r>
        <w:br/>
        <w:t>Розбуджений гамором, підхоплююся з ліжка, зацікавлено визираю у відчинене вікно: на дротах ближньої електролінії вишикувалися три довгі шеренги ластівок…</w:t>
      </w:r>
    </w:p>
    <w:p>
      <w:r>
        <w:br/>
        <w:t>ВЕРЕС</w:t>
      </w:r>
    </w:p>
    <w:p>
      <w:r>
        <w:br/>
        <w:t>Якщо хтось скаже, що в передосінні дні є щось краще від розливу квітучого вересу, то він просто школи не бував у нас на Поліссі. Бо вересове поле з його медовим духом і бджолиним дзвоном, з його неповторною синню-ясінню, — то таки вересове поле! Немає його з чим порівняти.</w:t>
      </w:r>
    </w:p>
    <w:p>
      <w:r>
        <w:br/>
        <w:t>Як випаде на таку пору вільний день-другий і стану я безпросвітним грибником, то ходжу-ходжу по вересі — не можу ні находитися, ні надивитися. Бо до красивого ніяк не звикну — і все тут! Красиве завжди приворожує.</w:t>
      </w:r>
    </w:p>
    <w:p>
      <w:r>
        <w:br/>
        <w:t>Буває, бачиш щось здалеку — подобається, а додивишся пильніше — то вже воно й не таке. Буває і навпаки. А на верес як не подивишся — чи то розпросторений на сотні метрів суцільний килим, чи то перед самими очима низочка мініатюрних рожево-фіолетових дзвіночків та кілька строго-візерунчастих листочків — верес однаково гарний.</w:t>
      </w:r>
    </w:p>
    <w:p>
      <w:r>
        <w:br/>
        <w:t>Як усе моє Полісся.</w:t>
      </w:r>
    </w:p>
    <w:p>
      <w:r>
        <w:br/>
        <w:t>ОСІНЬ</w:t>
      </w:r>
    </w:p>
    <w:p>
      <w:r>
        <w:br/>
        <w:t>Приходжу до знайомого лісу і вражено зупиняюся:</w:t>
      </w:r>
    </w:p>
    <w:p>
      <w:r>
        <w:br/>
        <w:t>— О!..</w:t>
      </w:r>
    </w:p>
    <w:p>
      <w:r>
        <w:br/>
        <w:t>І немає слів, щоб виразити захоплення.</w:t>
      </w:r>
    </w:p>
    <w:p>
      <w:r>
        <w:br/>
        <w:t>А ліс і собі ні шелесть. Дерева, стомившись протягом весни і літа тягнутися наввипередки до сонця, раптом зупинилися, опустили руки, оглядають одне одного, дивуються з власної краси:</w:t>
      </w:r>
    </w:p>
    <w:p>
      <w:r>
        <w:br/>
        <w:t>— О!..</w:t>
      </w:r>
    </w:p>
    <w:p>
      <w:r>
        <w:br/>
        <w:t>Тиша-тиша.</w:t>
      </w:r>
    </w:p>
    <w:p>
      <w:r>
        <w:br/>
        <w:t>Тут звідкілясь об’явився невсида-вітерець: шш-шуг!.. Та дуби на нього невдоволено зашикали: "Тш-ш-ш!.. Тш-ш-ш!.."</w:t>
      </w:r>
    </w:p>
    <w:p>
      <w:r>
        <w:br/>
        <w:t>І вітрець слухняно принишк, притулившись до стовбура уже безлистої осики.</w:t>
      </w:r>
    </w:p>
    <w:p>
      <w:r>
        <w:br/>
        <w:t>ДОРІЖКА</w:t>
      </w:r>
    </w:p>
    <w:p>
      <w:r>
        <w:br/>
        <w:t>Набурмосився сивий дощ та й не просвітляє. І ця доріжка в парку аж до самого краю тиха й безлюдна.</w:t>
      </w:r>
    </w:p>
    <w:p>
      <w:r>
        <w:br/>
        <w:t>А дарма! Бо якраз тепер доріжка найбільш показна, саме зараз настав її зоряний час: на ній лапато розпласталися мокрі кленові зорі. Так і відлискують щирим золотом та багрянцем на невідбіленому полотні грунтівки.</w:t>
      </w:r>
    </w:p>
    <w:p>
      <w:r>
        <w:br/>
        <w:t>Ступаю по такій, зірчастій…</w:t>
      </w:r>
    </w:p>
    <w:p>
      <w:r>
        <w:br/>
        <w:t>Чи ж то по доріжці ступаю?</w:t>
      </w:r>
    </w:p>
    <w:p>
      <w:r>
        <w:br/>
        <w:t>Чи ж то не сама царівна Осінь тягне шлейф свого плаття із жовтня в листопад?</w:t>
      </w:r>
    </w:p>
    <w:p>
      <w:r>
        <w:br/>
        <w:t>ГАРНО!</w:t>
      </w:r>
    </w:p>
    <w:p>
      <w:r>
        <w:br/>
        <w:t>Порпаюся серед усякого дерев'яччя, дошку до дошки примоцовую. Капосний підсвинок вщент розвалив хлівця, тепер ось треба спинати знову.</w:t>
      </w:r>
    </w:p>
    <w:p>
      <w:r>
        <w:br/>
        <w:t>Робота не клеїться. То цвяхів не знайшлося, довелося різне іржаве кривулля випростувати. То раптом десь молоток запропастився. А тут іще погода аж додолу хилить — чи то мжичка, а чи вітер такий холодно-липучий, мов слизень.</w:t>
      </w:r>
    </w:p>
    <w:p>
      <w:r>
        <w:br/>
        <w:t>Олег туди-сюди сновигає під ногами — не сидиться йому в хаті — і без угаву торохтить:</w:t>
      </w:r>
    </w:p>
    <w:p>
      <w:r>
        <w:br/>
        <w:t>— Чого ви цвях забиваєте скраю, а не посередині?</w:t>
      </w:r>
    </w:p>
    <w:p>
      <w:r>
        <w:br/>
        <w:t>— А нового хлівця свиня скоро розвалить?</w:t>
      </w:r>
    </w:p>
    <w:p>
      <w:r>
        <w:br/>
        <w:t>— Можна, я сам оцю дошку приб’ю?</w:t>
      </w:r>
    </w:p>
    <w:p>
      <w:r>
        <w:br/>
        <w:t>Відмахуюся:</w:t>
      </w:r>
    </w:p>
    <w:p>
      <w:r>
        <w:br/>
        <w:t>— Не заважай!</w:t>
      </w:r>
    </w:p>
    <w:p>
      <w:r>
        <w:br/>
        <w:t>Хлопчик врешті зрозумів, що настрій у мене кепський — примостився збоку, мовчки позирає.</w:t>
      </w:r>
    </w:p>
    <w:p>
      <w:r>
        <w:br/>
        <w:t>А де тому гарному настрою взятися? Чекав цього вихідного, щоб по гриби піти, вже й рюкзак з вечора налагодив, а вийшло ось — порпаюсь у ломаччі.</w:t>
      </w:r>
    </w:p>
    <w:p>
      <w:r>
        <w:br/>
        <w:t>Якби це хлівця з нового зводить, то не стільки вже тої мороки. А коли те струхло, те підгнило, а те ледь тримається — спробуй зробити щось путяще. Он уже скільки часу голови не підводжу, а похвалитися нічим.</w:t>
      </w:r>
    </w:p>
    <w:p>
      <w:r>
        <w:br/>
        <w:t>— Дядь, — чую, — дядь! Подивіться, як гарно!</w:t>
      </w:r>
    </w:p>
    <w:p>
      <w:r>
        <w:br/>
        <w:t>Повертаюся:</w:t>
      </w:r>
    </w:p>
    <w:p>
      <w:r>
        <w:br/>
        <w:t>— Га? Що гарно?</w:t>
      </w:r>
    </w:p>
    <w:p>
      <w:r>
        <w:br/>
        <w:t>— Ну, гарно. Все гарно…</w:t>
      </w:r>
    </w:p>
    <w:p>
      <w:r>
        <w:br/>
        <w:t>Не можу втямити, про що він. День похмурий, як і був. Верби в бережку насуплені. Хіба що вітер ущух…</w:t>
      </w:r>
    </w:p>
    <w:p>
      <w:r>
        <w:br/>
        <w:t>Хоча стривай: здається, потепліло. Звичайно, потепліло! Як для осені, то й дуже тепло… У вербах якась пташка чічівкає". По селу півні розспівалися, один поперед другого витинає… Димком запахло — діти, певне, картоплю печуть…</w:t>
      </w:r>
    </w:p>
    <w:p>
      <w:r>
        <w:br/>
        <w:t>Гм, таки справді гарно!</w:t>
      </w:r>
    </w:p>
    <w:p>
      <w:r>
        <w:br/>
        <w:t>Незчувся, як уже й собі щось під ніс мугикаю.</w:t>
      </w:r>
    </w:p>
    <w:p>
      <w:r>
        <w:br/>
        <w:t>І молоток веселіше цвенькає.</w:t>
      </w:r>
    </w:p>
    <w:p>
      <w:r>
        <w:br/>
        <w:t>Дошка до дошки — уже й толк якийсь виходить.</w:t>
      </w:r>
    </w:p>
    <w:p>
      <w:r>
        <w:br/>
        <w:t>Ось як воно, коли гарно!</w:t>
      </w:r>
    </w:p>
    <w:p>
      <w:r>
        <w:br/>
        <w:t>БІЛОГОЛОВЕЦЬ</w:t>
      </w:r>
    </w:p>
    <w:p>
      <w:r>
        <w:br/>
        <w:t>Ми розійшлися по лісі, шукаємо гриби. Коли це Олег радісно:</w:t>
      </w:r>
    </w:p>
    <w:p>
      <w:r>
        <w:br/>
        <w:t>— Еге-гей! Всі до мене! Красноголовця знайшов!</w:t>
      </w:r>
    </w:p>
    <w:p>
      <w:r>
        <w:br/>
        <w:t>Підходимо до Олега — справді, красноголовець, та ще й здоровезний, як два кулаки вкупі. Ми гуртом пораділи, Інна ще й погладила гриба по шапинці.</w:t>
      </w:r>
    </w:p>
    <w:p>
      <w:r>
        <w:br/>
        <w:t>Тільки відійшли, як Олег знову гукає:</w:t>
      </w:r>
    </w:p>
    <w:p>
      <w:r>
        <w:br/>
        <w:t>— Знайшов! Красноголовець!..</w:t>
      </w:r>
    </w:p>
    <w:p>
      <w:r>
        <w:br/>
        <w:t>І показує гриба, тільки трохи меншого за попереднього. Щасливець!</w:t>
      </w:r>
    </w:p>
    <w:p>
      <w:r>
        <w:br/>
        <w:t>Аж то і наша Інна загукала:</w:t>
      </w:r>
    </w:p>
    <w:p>
      <w:r>
        <w:br/>
        <w:t>— Егей! Усі до мене! Білоголовця знайшла!..</w:t>
      </w:r>
    </w:p>
    <w:p>
      <w:r>
        <w:br/>
        <w:t>Дивуємося: якого ще білоголовця? Але дружно спішимо до неї. Інна стоїть, пишається. А біля її ніг прозиркує тонюсінький, як папірець, білий мухоморик.</w:t>
      </w:r>
    </w:p>
    <w:p>
      <w:r>
        <w:br/>
        <w:t>ЯК ДО МАТЕРІ</w:t>
      </w:r>
    </w:p>
    <w:p>
      <w:r>
        <w:br/>
        <w:t>Дерева уже струшують останнє листя. І зальотні вітри все частіше дихають холодком, порушуючи звичний затишок лісу.</w:t>
      </w:r>
    </w:p>
    <w:p>
      <w:r>
        <w:br/>
        <w:t>Припізнілий боровик виткнувся на галявині, блимнув з-під глиці — боязко! Мерзлякувато перекособочився, немов хоче назад у землю заритися. Поруч — маслюк, теж брилика тулить до землі, до її тепла.</w:t>
      </w:r>
    </w:p>
    <w:p>
      <w:r>
        <w:br/>
        <w:t>Так дитина, зацікавлено потягнувшись до ласиці на віконній шибці, натикається пальчиком на колючий холод, злякано сахається і поспішає в мамині обійми.</w:t>
      </w:r>
    </w:p>
    <w:p>
      <w:r>
        <w:br/>
        <w:t>Якби найменша билиночка мала голос, то й вона б ласкаво назвала землю матінкою, як називаємо ми її, люди.</w:t>
      </w:r>
    </w:p>
    <w:p>
      <w:r>
        <w:br/>
        <w:t>МАЛЬВА</w:t>
      </w:r>
    </w:p>
    <w:p>
      <w:r>
        <w:br/>
        <w:t>Йшли вулицею. Коли це Інна мені:</w:t>
      </w:r>
    </w:p>
    <w:p>
      <w:r>
        <w:br/>
        <w:t>— Поглянь, тату, яка вона — ого!..</w:t>
      </w:r>
    </w:p>
    <w:p>
      <w:r>
        <w:br/>
        <w:t>Глянув — і собі не стримався від захоплення:</w:t>
      </w:r>
    </w:p>
    <w:p>
      <w:r>
        <w:br/>
        <w:t>— Ого!..</w:t>
      </w:r>
    </w:p>
    <w:p>
      <w:r>
        <w:br/>
        <w:t>То була мальва. Літо тільки починалося, а вона вже сп'ялася над штахетником і вив’язала велику рожеву квітку. І ця її невинно-дитяча рожева усмішка прикрасила всю вулицю.</w:t>
      </w:r>
    </w:p>
    <w:p>
      <w:r>
        <w:br/>
        <w:t>Я ходив цією вулицею на роботу. Та за щоденним одноманіттям потроху перестав примічати мальву. А вона собі цвіла й цвіла…</w:t>
      </w:r>
    </w:p>
    <w:p>
      <w:r>
        <w:br/>
        <w:t>Як уже на осінь бралося, почув знову захоплене:</w:t>
      </w:r>
    </w:p>
    <w:p>
      <w:r>
        <w:br/>
        <w:t>— Ого яка!..</w:t>
      </w:r>
    </w:p>
    <w:p>
      <w:r>
        <w:br/>
        <w:t>Неподалік двоє — хлопець і дівчина… дивилися на мальву. Вона доцвіла уже до самого вершечка, і тепер рожевіла її остання квітка. Але як молодо, як сміливо і завзято рожевіла — на всю вулицю!</w:t>
      </w:r>
    </w:p>
    <w:p>
      <w:r>
        <w:br/>
        <w:t>Ніби й не випадає людині заздрити мальві, але як тут не позаздриш? От би й собі так звікувати!</w:t>
      </w:r>
    </w:p>
    <w:p>
      <w:r>
        <w:br/>
        <w:t>ПЕРЕДЗИМ’Я</w:t>
      </w:r>
    </w:p>
    <w:p>
      <w:r>
        <w:br/>
        <w:t>Безлистий ліс відпровадив останніх грибників, розпрощався з ними до наступного року. І тепер ніяково стоїть — поріділий, поруділий. Чекає зими.</w:t>
      </w:r>
    </w:p>
    <w:p>
      <w:r>
        <w:br/>
        <w:t>А зима вже вислала свої дозори — приморозки визбирали червінне золото осик, випили рожево-фіолетову ясінь вересу. І збляклий верес тоскно шурхотить під ногами, немов костриця.</w:t>
      </w:r>
    </w:p>
    <w:p>
      <w:r>
        <w:br/>
        <w:t>Мурашки у своїй хатині щільно позачиняли всі входи та виходи. І хоч під обід сонце таки визирнуло з-за сивої пелени, постукало жовтим промінчиком у двері, але мурашки навіть йому не відчинили.</w:t>
      </w:r>
    </w:p>
    <w:p>
      <w:r>
        <w:br/>
        <w:t>На краю мочара самотньо стримить тонка вільшинка. На боковій одводині темніє покинуте пташине гніздо. Прошкую туди: цікаво, якої це птахи?</w:t>
      </w:r>
    </w:p>
    <w:p>
      <w:r>
        <w:br/>
        <w:t>А з-під вільшинки зайчисько — плиг! — помчав. І кожушок на ньому вже зимовий.</w:t>
      </w:r>
    </w:p>
    <w:p>
      <w:r>
        <w:br/>
        <w:t>ПРОЩАЛЬНИЙ БАНКЕТ</w:t>
      </w:r>
    </w:p>
    <w:p>
      <w:r>
        <w:br/>
        <w:t>Щойно почали копати на городах картоплю, як повіяли холоди. І дощ вперемішку з білою крупкою раз у раз обсіював мене, поки я скошував картоплиння та бур’ян.</w:t>
      </w:r>
    </w:p>
    <w:p>
      <w:r>
        <w:br/>
        <w:t>Косив я не сам — звідкілясь узялася вертка ластівка і безперервно сновигала біля самої коси. Мало крилом не черкала. А коли набігала розкошлана хмара і я, щоб не змокнути, ховався в затишок під хатою, вона теж там знаходила собі прихисток: всідалося в піддашші на електропроводі. Сиділа там тихенько, на мене, здавалося, ніякісінької уваги. Та варто було мені вийти із затишку на город і махнути косою, як вона знову була тут як тут.</w:t>
      </w:r>
    </w:p>
    <w:p>
      <w:r>
        <w:br/>
        <w:t>Ні, ластівку цікавило не те, як я косив, і вилася вона довкруг мене зовсім не заради розваги. У неї був свій інтерес. Скошуючи бадиляччя, я зганяв із насаджених місць різних мушок та мошок, які там поховалися від холоду. От ластівка і ласувала ними.</w:t>
      </w:r>
    </w:p>
    <w:p>
      <w:r>
        <w:br/>
        <w:t>Раз я навмисне затримався в затишку. Захотілося перевірити: полетить чи не полетить моя ластівка сама добувати корм? Адже хмарку-хлюпавку вже пронесло, навіть сонце скупо проблиснуло в сірій розводині.</w:t>
      </w:r>
    </w:p>
    <w:p>
      <w:r>
        <w:br/>
        <w:t>Не полетіла. Чекала. Певно, здогадувалася, що я все одно стану до роботи, бо докосити мені таки треба. Та й, видно, в таку погоду здобувати корм власними силами видавалося їй даремною тратою часу.</w:t>
      </w:r>
    </w:p>
    <w:p>
      <w:r>
        <w:br/>
        <w:t>Коли удвох, то й робота веселіше робиться. І я навмисне стараюся підкидати косою бур’ян чим вище, щоб ніяка мошка на ньому не втрималася.</w:t>
      </w:r>
    </w:p>
    <w:p>
      <w:r>
        <w:br/>
        <w:t>Аж то кудись запропала моя ластівка. Уже й черговий дощ перечікую, а знайомої рудуватої грудочки на електропроводі в піддашші не видно.</w:t>
      </w:r>
    </w:p>
    <w:p>
      <w:r>
        <w:br/>
        <w:t>Думаю, пообідала та й полетіла собі. Сказано ж, вільна пташка.</w:t>
      </w:r>
    </w:p>
    <w:p>
      <w:r>
        <w:br/>
        <w:t>Коли — ні! Як завихрить довкруг мене руда заметіль, як закружеляє! Ціла зграя ластівок над картоплинням в’ється. Виходить, моя знайома привела в гості своїх подруг.</w:t>
      </w:r>
    </w:p>
    <w:p>
      <w:r>
        <w:br/>
        <w:t>Що ж, раз я господар, то треба пригощати. І я замахав косою ще завзятіше.</w:t>
      </w:r>
    </w:p>
    <w:p>
      <w:r>
        <w:br/>
        <w:t>До самого вечора, поки не викосив усю ділянку, біля мене пурхали живі стріли. А потім у затишку піддашшя пташки всілися на дротах на нічліг.</w:t>
      </w:r>
    </w:p>
    <w:p>
      <w:r>
        <w:br/>
        <w:t>Вранці ластівок я уже не побачив — їх поманив до себе теплом далекий вирій.</w:t>
      </w:r>
    </w:p>
    <w:p>
      <w:r>
        <w:br/>
        <w:t>ЖУРАВЛИНЕ БОЛОТО</w:t>
      </w:r>
    </w:p>
    <w:p>
      <w:r>
        <w:br/>
        <w:t>Журавлі уже не живуть на Журавлиному болоті. А журавлина родить. Під осінь обсипає вона мохнаті куповатки червоними коралями. І від цього сіро-зелені горбаки стають такими прихорошеними, що нога не насмілюється ступати на них.</w:t>
      </w:r>
    </w:p>
    <w:p>
      <w:r>
        <w:br/>
        <w:t>Одного разу вихопилося:</w:t>
      </w:r>
    </w:p>
    <w:p>
      <w:r>
        <w:br/>
        <w:t>— Може, назва болота пішла від журавлини?</w:t>
      </w:r>
    </w:p>
    <w:p>
      <w:r>
        <w:br/>
        <w:t>Мій тодішній супутник, місцевий пастух-пенсіонер, так подивився на мене, що стало незручно за своє невдале запитання.</w:t>
      </w:r>
    </w:p>
    <w:p>
      <w:r>
        <w:br/>
        <w:t>А сьогодні ранок димить заморозком. Якраз у цю пору журавлина-ягода смаком наливається. Жаль, не долежується вона зараз до заморозків. Бо на довколишніх болотах ягід уже немає, довколишні болота осушені й переорані. Тож сюди, до Журавлиного, тепер спішать усі дочасно, щоб не запізнитися.</w:t>
      </w:r>
    </w:p>
    <w:p>
      <w:r>
        <w:br/>
        <w:t>Ступаю з куповатки на куповатку — сухіше. Прямо так і ступаю. Тепер можна: тільки де-де зупиниться око на темно-червоній краплині. Обклювали журавлину люди й птахи.</w:t>
      </w:r>
    </w:p>
    <w:p>
      <w:r>
        <w:br/>
        <w:t>Не клювали тільки птахи-журавлі.</w:t>
      </w:r>
    </w:p>
    <w:p>
      <w:r>
        <w:br/>
        <w:t>ПІДСТЕРІГ</w:t>
      </w:r>
    </w:p>
    <w:p>
      <w:r>
        <w:br/>
        <w:t>Пощастило! — підстеріг, як до лісу завітала зима.</w:t>
      </w:r>
    </w:p>
    <w:p>
      <w:r>
        <w:br/>
        <w:t>Ні передзвонів кришталевої колісниці, ні молодецького посвисту візника-вітрюгана — нічого такого не було. Стояла тиша, аж чути, як сніжинки опускаються на збляклий верес.</w:t>
      </w:r>
    </w:p>
    <w:p>
      <w:r>
        <w:br/>
        <w:t>Осика зсутулила плечі, мовчала.</w:t>
      </w:r>
    </w:p>
    <w:p>
      <w:r>
        <w:br/>
        <w:t>Береза ніяково позиркувала навсібіч.</w:t>
      </w:r>
    </w:p>
    <w:p>
      <w:r>
        <w:br/>
        <w:t>Терен мерзлякувато щулився — ще нижчим став.</w:t>
      </w:r>
    </w:p>
    <w:p>
      <w:r>
        <w:br/>
        <w:t>Тільки ялина радісно ловила долонями сніжинки. Але при сусідах, певно, соромилася вголос виявити свою радість — ще не зрозуміють та образяться. Тому теж нішелесть.</w:t>
      </w:r>
    </w:p>
    <w:p>
      <w:r>
        <w:br/>
        <w:t>І я стояв мовчки, слухав тишу.</w:t>
      </w:r>
    </w:p>
    <w:p>
      <w:r>
        <w:br/>
        <w:t>Ступав ліс під урочисто-величаву білину, як молода під фату.</w:t>
      </w:r>
    </w:p>
    <w:p>
      <w:r>
        <w:br/>
        <w:t>СВІТЛИНКА</w:t>
      </w:r>
    </w:p>
    <w:p>
      <w:r>
        <w:br/>
        <w:t>Той день видався неймовірно похмурим. У полі за якусь сотню-другу кроків усе зливалося в сіре непроглядне місиво. Було холодно. Вологе повітря всотало їдкий, дошкульний приморозок. Рук з кишені не вийняти — пальці дерев'яніють.</w:t>
      </w:r>
    </w:p>
    <w:p>
      <w:r>
        <w:br/>
        <w:t>Про такий день і не згадалося б, якби не ота світлинка. Вона несподівано, ніби перо жар-птиці, заясніла вдалині і владно поманила до себе.</w:t>
      </w:r>
    </w:p>
    <w:p>
      <w:r>
        <w:br/>
        <w:t>Ішов до неї, а світлинка все більшала й більшала. То висявала спокійною білизною, то кришталево променилася. Ніби заблукалі сонячні зайчики звідусіль збіглися сюди на переднівок.</w:t>
      </w:r>
    </w:p>
    <w:p>
      <w:r>
        <w:br/>
        <w:t>А то був лужок, на якому росла трава тимофіївка. Її забули чи не встигли скосити. І кожна травинка обледеніла, стала кришталево-блискучою. Від того й засвітився весь лужок…</w:t>
      </w:r>
    </w:p>
    <w:p>
      <w:r>
        <w:br/>
        <w:t>Тепер навіть у найпохмуріший день я не втрачаю надії знайти світлинку.</w:t>
      </w:r>
    </w:p>
    <w:p>
      <w:r>
        <w:br/>
        <w:t>МЕЛОДІЯ</w:t>
      </w:r>
    </w:p>
    <w:p>
      <w:r>
        <w:br/>
        <w:t>Було літо, було літо, та й стала зима. Враз. Раптово. За одну ніч. Мороз такий — без рукавиць не потикайся.</w:t>
      </w:r>
    </w:p>
    <w:p>
      <w:r>
        <w:br/>
        <w:t>Під сосонкою сім’я опеньків — капелюшки в крапинку. Заніміли грибочки, задубіли, ніби пластмасові.</w:t>
      </w:r>
    </w:p>
    <w:p>
      <w:r>
        <w:br/>
        <w:t>Жодна синиця не цвенькає. Аж незвично якось.</w:t>
      </w:r>
    </w:p>
    <w:p>
      <w:r>
        <w:br/>
        <w:t>У посвітлілому молодому грабнику помічаю сині цятки. Завертаю — лісові дзвіночки! Так і стоять, не то заморожені, не то заворожені. У перевернутих келишечках на денцях жовтіють крупочки-сердечка: там частування для бджоли, для метелика — а раптом навідаються?</w:t>
      </w:r>
    </w:p>
    <w:p>
      <w:r>
        <w:br/>
        <w:t>Торкаю пальцями келишечки — легенький дзвін. Мов крижинки тілінькають. Уперше в житті чую таке.</w:t>
      </w:r>
    </w:p>
    <w:p>
      <w:r>
        <w:br/>
        <w:t>Того дня я обходив немало лісу. І хоч синіх цяток більше не потрапляло на очі, мелодія лісових дзвіночків до самого вечора супроводжувала мене.</w:t>
      </w:r>
    </w:p>
    <w:p>
      <w:r>
        <w:br/>
        <w:t>ПТАШИНА ЇДАЛЬНЯ</w:t>
      </w:r>
    </w:p>
    <w:p>
      <w:r>
        <w:br/>
        <w:t>Зима вибілила поле, причепурила. Якби не оце засохле бадилля бур’янів, що стирчить по краю ярка, було б чисто, як у світлиці.</w:t>
      </w:r>
    </w:p>
    <w:p>
      <w:r>
        <w:br/>
        <w:t>Та мені бур'яни — якраз на руку ковінька. Назбивав будяків, реп’яхів, лободи та чорнобилю, розпалив багаття і обідаю біля вогню.</w:t>
      </w:r>
    </w:p>
    <w:p>
      <w:r>
        <w:br/>
        <w:t>Надворі не холодно, ні, але просто затишніше почуваєшся, коли поруч димок в’ється.</w:t>
      </w:r>
    </w:p>
    <w:p>
      <w:r>
        <w:br/>
        <w:t>Не забарилися й гості.</w:t>
      </w:r>
    </w:p>
    <w:p>
      <w:r>
        <w:br/>
        <w:t>"Цінь-цінь! Цінь-цінь!.." Так і є, синиці. Стрибають по бадиллі, насіння скльовують.</w:t>
      </w:r>
    </w:p>
    <w:p>
      <w:r>
        <w:br/>
        <w:t>Потім прилетіла весела зграйка щиглів. Пір’я у них яскраве, брунатного, білого та чорного кольорів. На голівках оксамитово-чорні шапочки, а лобики та підборіддя вогненно-червоні. Обсіли реп’яхи, обідають, гойдаються, поміж себе жваво пташині теревені правлять.</w:t>
      </w:r>
    </w:p>
    <w:p>
      <w:r>
        <w:br/>
        <w:t>Отож, виходить, у зимовому полі й бадилина не зайва.</w:t>
      </w:r>
    </w:p>
    <w:p>
      <w:r>
        <w:br/>
        <w:t>ПУШИТЬ ВЕРБА</w:t>
      </w:r>
    </w:p>
    <w:p>
      <w:r>
        <w:br/>
        <w:t>Так дивно в лісі: ніби всі пори року взяли враз й перемішалися.</w:t>
      </w:r>
    </w:p>
    <w:p>
      <w:r>
        <w:br/>
        <w:t>Ще берези не встигли як слід приміряти свої осінні сукні — на них і позолоти, і водночас зелені вдосталь. А зима підкралася, сіконула снігом сипучим та морозом тріскучим — стоять білокорі ні в сих ні в тих. Ніяково їм перед вільхами та осиками, бо ті завчасно підготувалися до холодів — струсили усе до решти листячко зі своїх корякуватих чорних лап.</w:t>
      </w:r>
    </w:p>
    <w:p>
      <w:r>
        <w:br/>
        <w:t>Тільки сосни однаково цідять з-під віття темну таїну, променять величавий спокій. Вони непідвладні примхам жодної пори року.</w:t>
      </w:r>
    </w:p>
    <w:p>
      <w:r>
        <w:br/>
        <w:t>А що то за сміливець-незнайомець на краю галяви? Не зважає ні на що — цвіте. Листя не видно, а гілки його густо окутує рожевуватий серпанок. Точнісінько розквітлий навесні абрикос.</w:t>
      </w:r>
    </w:p>
    <w:p>
      <w:r>
        <w:br/>
        <w:t>Підходжу — аж то вербичка. Пишно розпушила китиці, а сонячне проміння підсвітило їх — от і здається, ніби дерево цвіте.</w:t>
      </w:r>
    </w:p>
    <w:p>
      <w:r>
        <w:br/>
        <w:t>На снігу — сліди від чобіт. Виходить, не одного мене вербичка приманила.</w:t>
      </w:r>
    </w:p>
    <w:p>
      <w:r>
        <w:br/>
        <w:t>Дмухнув вітерець, зірвав кілька пушинок, поніс по галяві. А до кожної пушинки-парашутика приклеєна малюсінька чорна крупочка. Це верба розсилає з вітром своє насіння в усі усюди.</w:t>
      </w:r>
    </w:p>
    <w:p>
      <w:r>
        <w:br/>
        <w:t>Багато його у вербички, ой як багато. Ще не один день здмухувати вітрам з її гілок оті пушинки-парашутики.</w:t>
      </w:r>
    </w:p>
    <w:p>
      <w:r>
        <w:br/>
        <w:t>А вербичці що? Їй поспішати нікуди. В неї попереду ціла зима.</w:t>
      </w:r>
    </w:p>
    <w:p>
      <w:r>
        <w:br/>
        <w:t>БЕРЕЗНЯЧОК</w:t>
      </w:r>
    </w:p>
    <w:p>
      <w:r>
        <w:br/>
        <w:t>За селом, біля потічка-безіменки, леготять на звідусюдних вітрах берези-посестри. Їхня мати, стара береза, давно вже впала від недоброї сокири, а вони залишилися і ось дивляться з пагорка на зелен світ.</w:t>
      </w:r>
    </w:p>
    <w:p>
      <w:r>
        <w:br/>
        <w:t>Березнячок… Так називають їх у селі.</w:t>
      </w:r>
    </w:p>
    <w:p>
      <w:r>
        <w:br/>
        <w:t>Хтозна, чого більше в цій назві: захоплення, лагідності чи звичайнісінької зневаги до маленького березового "гайка", за яким супиться на пів-обрію стіна лісу — справжнього, з дубами-трьохсотлітками та соснами-велетнями.</w:t>
      </w:r>
    </w:p>
    <w:p>
      <w:r>
        <w:br/>
        <w:t>З ранньої весни до останнього листя дзвенять тут дитячі голоси.</w:t>
      </w:r>
    </w:p>
    <w:p>
      <w:r>
        <w:br/>
        <w:t>Березнячок то соком дітвору напуває, то суницями частує, то грибами обдаровує. А скільки тут ігор грано-переграно!</w:t>
      </w:r>
    </w:p>
    <w:p>
      <w:r>
        <w:br/>
        <w:t>Зате взимку в березнячку незаймана тиша. Цього разу я перший порушив снігову облогу, вив’язавши на кучугурах ланцюжок слідів.</w:t>
      </w:r>
    </w:p>
    <w:p>
      <w:r>
        <w:br/>
        <w:t>Дивлюся — не впізнаю березнячка. Не дерева стоять, а мерехткі візерунки білим-біло вишиті на тлі небесної голубіні. Здається, дихнеш сильніше ненароком — і зникне видиво, як щезає від подиху легка паморозь на віконній шибці. А в оту білину вкраплені червоні сонечка. Добрий десяток червоних сонечок.</w:t>
      </w:r>
    </w:p>
    <w:p>
      <w:r>
        <w:br/>
        <w:t>Аж подих перехоплює. Аж боязко підступатися до такої первозданної краси.</w:t>
      </w:r>
    </w:p>
    <w:p>
      <w:r>
        <w:br/>
        <w:t>І лише згодом усвідомлюю: це ж іній так урочисто причепурив березнячок! Кожну гілочку опушив, кожну сережку підбілив. А оті сонечка — то зграйка снігурів на верховітті…</w:t>
      </w:r>
    </w:p>
    <w:p>
      <w:r>
        <w:br/>
        <w:t>ПО ВІТАМІНИ</w:t>
      </w:r>
    </w:p>
    <w:p>
      <w:r>
        <w:br/>
        <w:t>Засніжило. І до розгонистої горобини, яка росте в нашому дворі, зачастили граки. Горобина, певно, гостям рада, адже вродила рясно-прерясно, гілляки аж угинаються під вагою жаристих грон.</w:t>
      </w:r>
    </w:p>
    <w:p>
      <w:r>
        <w:br/>
        <w:t>Граки, до слова сказати, у нас на Поліссі не відлітають у тепліші краї. Холодно не холодно, голодно не голодно, а таки перезимовують зиму.</w:t>
      </w:r>
    </w:p>
    <w:p>
      <w:r>
        <w:br/>
        <w:t>До нашої горобини навідуються по вітаміни тільки двоє граків. І щоразу дивують своєю акуратністю. Бо не стрибають із гілки на гілку, не вибирають, де більші грона, а скльовують ягоди всі підряд. Ніби ощадливі господарі порядкують у власній коморі. Ото як почали з верхівки, то поступово так і посуваються донизу. Горобина гракам не вельми смакує, але все ж таки! Ще з тиждень — той найнижчі гілляки обберуть.</w:t>
      </w:r>
    </w:p>
    <w:p>
      <w:r>
        <w:br/>
        <w:t>Січень хмурить сиві брови, до весни ого-го як далеко. Доведеться гракам ще не в одному закутку вишукувати собі вітаміни. Добре, що горобин тепер наросло багато — майже в кожному дворі красуються.</w:t>
      </w:r>
    </w:p>
    <w:p>
      <w:r>
        <w:br/>
        <w:t>"ВЕЛЕТЕНЬ"</w:t>
      </w:r>
    </w:p>
    <w:p>
      <w:r>
        <w:br/>
        <w:t>Ну як було такого велетня не помічати?</w:t>
      </w:r>
    </w:p>
    <w:p>
      <w:r>
        <w:br/>
        <w:t>На віддаленому пагорку тільки він і вирізняється. Коли не зиркнеш у той бік — бовваніє. Стовбурище такезний, гілляки розкидисті, прямо в небо впираються. Дерева-сусіди не наважуються підступити, тримаються віддалік — визнають свою меншість.</w:t>
      </w:r>
    </w:p>
    <w:p>
      <w:r>
        <w:br/>
        <w:t>Як було не помічати?!</w:t>
      </w:r>
    </w:p>
    <w:p>
      <w:r>
        <w:br/>
        <w:t>Аж оце недавно випадок привів мене до того пагорка. Роздивився я велетня зблизька — а він і ніякий не велетень. Звичайна собі осичина, тільки на зручному підвищенні і гіллякуватіша — як же, на сонці викохалася. Глянув на інші дерева — нічим не поступаються, от лише випало їм рости у таких місцях, що показатися ніяк.</w:t>
      </w:r>
    </w:p>
    <w:p>
      <w:r>
        <w:br/>
        <w:t>А це ось… Звичайна осичина, а як поставилася! Глянеш звіддаля — велетень та й годі.</w:t>
      </w:r>
    </w:p>
    <w:p>
      <w:r>
        <w:br/>
        <w:t>СПОСТЕРЕЖЕННЯ</w:t>
      </w:r>
    </w:p>
    <w:p>
      <w:r>
        <w:br/>
        <w:t>Восени молоденький ялинник розщедрився на рижики. Діти нишпорили там із кошиками і знічев’я позбиткувалися над двома деревцями: в одної ялинки обламали нижні гілки, а в другої знесли верха.</w:t>
      </w:r>
    </w:p>
    <w:p>
      <w:r>
        <w:br/>
        <w:t>Минули роки. Ялинник той підріс, посоліднішав. Але грибів у ньому чомусь не стало. Не стало та й годі.</w:t>
      </w:r>
    </w:p>
    <w:p>
      <w:r>
        <w:br/>
        <w:t>Якось узимку я навідався туди. Ялинки вже давно перегнали мене ростом. Пошкоджені теж росли собі, як і інші. І було тут так злагідно, затишно і святково.</w:t>
      </w:r>
    </w:p>
    <w:p>
      <w:r>
        <w:br/>
        <w:t>Навідався я просто так. А ялинник узяв та й подарував мені на згадку ось таке спостереження: на місце колись відламаного верха одна поперед одної потяглися одразу чотири ближні гілки — кожній з них, видно, хотілося бути верхом; а на місце обчімханих нижніх гілляк не потяглася жодна з сусідок…</w:t>
      </w:r>
    </w:p>
    <w:p>
      <w:r>
        <w:br/>
        <w:t>ШИШКИ</w:t>
      </w:r>
    </w:p>
    <w:p>
      <w:r>
        <w:br/>
        <w:t>Якось узимку пішли ми з Інною до лісу. От гуляємо собі, коли Інна й запитує:.</w:t>
      </w:r>
    </w:p>
    <w:p>
      <w:r>
        <w:br/>
        <w:t>— А чого на цій сосні всі голки обсипалися?</w:t>
      </w:r>
    </w:p>
    <w:p>
      <w:r>
        <w:br/>
        <w:t>— Це не сосна, — відповідаю, — а осика.</w:t>
      </w:r>
    </w:p>
    <w:p>
      <w:r>
        <w:br/>
        <w:t>— Ні, тату, сосна, — заперечує донька. — Бачиш, під нею шишки лежать.</w:t>
      </w:r>
    </w:p>
    <w:p>
      <w:r>
        <w:br/>
        <w:t>Дійсно, сніг під деревом густо встелений сосновими шишками.</w:t>
      </w:r>
    </w:p>
    <w:p>
      <w:r>
        <w:br/>
        <w:t>— Он воно що! — усміхаюся. — Ну, якщо вже ти така спостережлива, то давай постоїмо і подивимося на це дерево. Тільки умова: тихенько-тихенько.</w:t>
      </w:r>
    </w:p>
    <w:p>
      <w:r>
        <w:br/>
        <w:t>Постояли. І що ж? Через якийсь час — пурх! Підлітає до дерева дятел. Із шишкою в дзьобі.</w:t>
      </w:r>
    </w:p>
    <w:p>
      <w:r>
        <w:br/>
        <w:t>А на осиці одна гіллячка відчахнута. Дятел застромив шишку в розщепину і давай з неї насіння вилущувати. Розщепина вузька, шишка міцно в ній тримається, от дятлові й зручно обідати. Винахідливий!</w:t>
      </w:r>
    </w:p>
    <w:p>
      <w:r>
        <w:br/>
        <w:t>Інна дивиться, аж подих затаїла — цікаво!</w:t>
      </w:r>
    </w:p>
    <w:p>
      <w:r>
        <w:br/>
        <w:t>Вилущив птах шишку і бух її на сніг. Та й сам полетів. Певно, по іншу шишку подався.</w:t>
      </w:r>
    </w:p>
    <w:p>
      <w:r>
        <w:br/>
        <w:t>— Тепер зрозуміла, — питаю, — чого під осикою соснові шишки лежать?</w:t>
      </w:r>
    </w:p>
    <w:p>
      <w:r>
        <w:br/>
        <w:t>СІВАЧІ</w:t>
      </w:r>
    </w:p>
    <w:p>
      <w:r>
        <w:br/>
        <w:t>Сніг у нашому парку ніколи не буває зовсім-зовсім білий. То там, то тут на ньому чорні цяточки. Більші, менші, а то й зовсім малюсінькі. Скільки б снігу не насипало, а завжди видно цяточки.</w:t>
      </w:r>
    </w:p>
    <w:p>
      <w:r>
        <w:br/>
        <w:t>Це дерева сіють у сніг своє насіння. Липа — горішки, явір та клен — метелики, акація — розчепірені стручки з рівними рядками чорно-рудих зерняток, береза та вільха — і зовсім дрібні порошини.</w:t>
      </w:r>
    </w:p>
    <w:p>
      <w:r>
        <w:br/>
        <w:t>Падає насіння на снігову постіль — м’яко йому, зручно йому. Лежить собі, дрімає. Чекає весни.</w:t>
      </w:r>
    </w:p>
    <w:p>
      <w:r>
        <w:br/>
        <w:t>КОСИЦІ</w:t>
      </w:r>
    </w:p>
    <w:p>
      <w:r>
        <w:br/>
        <w:t>Взимку плакуча верба теж турбується, як продовжити свій рід. Та, на відміну від багатьох інших дерев, вона сіє у сніг не насіння, а… свої косиці-гілочки. Дмухне вітер, відламає проморожену тонку галузку, пошпурить її в сніг, а верба й рада. Бо є надія, що навесні притулиться та галузка до вогкої землі і пустить корені.</w:t>
      </w:r>
    </w:p>
    <w:p>
      <w:r>
        <w:br/>
        <w:t>А те вербове віття, яке влітку полоскалося у воді, тепер вморозилося в лід. Йому пахне далека мандрівочка — як настане пора скресання, відірветься від верби і з крижиною попливе. Можливо, аж до самого Дніпра допливе, чи десь тут, на Горині, приб'ється до берега, щоб згодом теж стати вербою.</w:t>
      </w:r>
    </w:p>
    <w:p>
      <w:r>
        <w:br/>
        <w:t>За зиму геть обчімхаються косиці у плакучої верби. Але то не біда. Влітку відростуть нові, ще довші й красивіші.</w:t>
      </w:r>
    </w:p>
    <w:p>
      <w:r>
        <w:br/>
        <w:t>ДЗЮРКУНЕЦЬ</w:t>
      </w:r>
    </w:p>
    <w:p>
      <w:r>
        <w:br/>
        <w:t>— А за річкою он калина росте, — знайомив мене зі своїми хутірськими володіннями хлопчик Сашко, з яким я нещодавно заприятелював.</w:t>
      </w:r>
    </w:p>
    <w:p>
      <w:r>
        <w:br/>
        <w:t>Він, певно, помітив моє замішання, бо повторив:</w:t>
      </w:r>
    </w:p>
    <w:p>
      <w:r>
        <w:br/>
        <w:t>— Там, за річкою, бачите?</w:t>
      </w:r>
    </w:p>
    <w:p>
      <w:r>
        <w:br/>
        <w:t>Калину-то я бачив. До куща було не більше півсотні кроків, і кетяги її ягід, підрум’янені серпневим сонцем, яскріли на зеленому листі.</w:t>
      </w:r>
    </w:p>
    <w:p>
      <w:r>
        <w:br/>
        <w:t>Але ніде поблизу я не бачив річки. Ставок блищав оддалік, а от річка…</w:t>
      </w:r>
    </w:p>
    <w:p>
      <w:r>
        <w:br/>
        <w:t>Коли це… Я ледве не зареготав: за три сажні від нас плюскотів потічок, раз у раз ховаючись у гінкому дикотрав’ї. Мені й на думку не спало б, що такого дзюркунця можна величати річкою.</w:t>
      </w:r>
    </w:p>
    <w:p>
      <w:r>
        <w:br/>
        <w:t>— Та он же, дивіться! — уже рукою показав Сашко.</w:t>
      </w:r>
    </w:p>
    <w:p>
      <w:r>
        <w:br/>
        <w:t>— Еге, — похопився я, — такої кущистої калини мені ще й не доводилося бачити.</w:t>
      </w:r>
    </w:p>
    <w:p>
      <w:r>
        <w:br/>
        <w:t>А про річку промовчав. З поваги до свого юного приятеля промовчав.</w:t>
      </w:r>
    </w:p>
    <w:p>
      <w:r>
        <w:br/>
        <w:t>…Минали дні, місяці, випадок цей майже геть забувся. Коли це одного разу посеред зими знову забрів я у Сашкові володіння. Правда, тепер їх годі було впізнати: кругом біло, голо, ставок покірно під кригою нидіє, калиновий кущ, обшуганий вітрами, просвічується наскрізь. І німа тиша зависла.</w:t>
      </w:r>
    </w:p>
    <w:p>
      <w:r>
        <w:br/>
        <w:t>Та враз чую: плюскоче!</w:t>
      </w:r>
    </w:p>
    <w:p>
      <w:r>
        <w:br/>
        <w:t>Очам не вірю: потічок! Промив льоди, пробив сніги і в’юниться собі. Звідки така сила в малюка?</w:t>
      </w:r>
    </w:p>
    <w:p>
      <w:r>
        <w:br/>
        <w:t>І тут помічаю, що струмінь у потічка пружний, ще й виблискує сталево. Біля краю промоїни клекоче грізно, піниться.</w:t>
      </w:r>
    </w:p>
    <w:p>
      <w:r>
        <w:br/>
        <w:t>Хотілося вигукнути:</w:t>
      </w:r>
    </w:p>
    <w:p>
      <w:r>
        <w:br/>
        <w:t>"Але ж у тебе, дзюркунцю, характер справжньої річки!"</w:t>
      </w:r>
    </w:p>
    <w:p>
      <w:r>
        <w:br/>
        <w:t>Та промовчав. З поваги до потічка промовчав.</w:t>
      </w:r>
    </w:p>
    <w:p>
      <w:r>
        <w:br/>
        <w:t>ЗАПИСИ</w:t>
      </w:r>
    </w:p>
    <w:p>
      <w:r>
        <w:br/>
        <w:t>Свіжа пороша так багато розповіла мені про сьогоднішніх перехожих, коли я повертався забіленим парком з нічної зміни!</w:t>
      </w:r>
    </w:p>
    <w:p>
      <w:r>
        <w:br/>
        <w:t>Ось широкі сліди довкіл ялини. У двох місцях валянками втоптано до твердого. Певно, якийсь дідусь милувався верхівкою нев’янь-дерева, гірляндами бурштинових шишок. Старим завжди вдосвіта не спиться…</w:t>
      </w:r>
    </w:p>
    <w:p>
      <w:r>
        <w:br/>
        <w:t>Ось гострі каблучки вузеньких жіночих чобітків завернули до присадкуватої горобини, де з-під снігу яріють рясні грона. Жменя ягідок іскриться долі бач, не дуже до смаку припали.</w:t>
      </w:r>
    </w:p>
    <w:p>
      <w:r>
        <w:br/>
        <w:t>А ці два ланцюжки слідів повели до пташиної годівниці. То школярки йшли. І тепер там на їхню честь радо вицінькують синиці свою нехитру пісеньку.</w:t>
      </w:r>
    </w:p>
    <w:p>
      <w:r>
        <w:br/>
        <w:t>Он та годівниця, певно, без гостинців, бо пі слідів до неї, ні пташок біля неї. У мене якраз із ночі залишився недоїдений бутерброд…</w:t>
      </w:r>
    </w:p>
    <w:p>
      <w:r>
        <w:br/>
        <w:t>І тепер уже мої кроки карбуються на неторканій білині вранішнього парку.</w:t>
      </w:r>
    </w:p>
    <w:p>
      <w:r>
        <w:br/>
        <w:t>…Природа завжди записує кожен людський крок, тільки, на жаль, не завжди ці записи одразу помітні.</w:t>
      </w:r>
    </w:p>
    <w:p>
      <w:r>
        <w:br/>
        <w:t>"БУСУРМАН"</w:t>
      </w:r>
    </w:p>
    <w:p>
      <w:r>
        <w:br/>
        <w:t>Мороз почав шкварити ще звечора. А вночі звідкілясь прихилитався туманок, тож як розвидніло — все чорне стало білим, а все біле — ще білішим. І висіла білина цілий ранок. Хоч як старалося сонце продерти її, щоб посіяти золотинки, та не спромоглося. Так і ходили люди білими стежками-дорогами: біло дихали, біло сміялися, біло ділилися новинами.</w:t>
      </w:r>
    </w:p>
    <w:p>
      <w:r>
        <w:br/>
        <w:t>Нарешті вітрець не витримав білого спокою, надув щоки, фуркнув. Із візерунчастої гіллячки білої липи сковзнула білина додолу, посипалася бабі Парасці на хустку-опиначку.</w:t>
      </w:r>
    </w:p>
    <w:p>
      <w:r>
        <w:br/>
        <w:t>Зупинилася баба Параска, посварилася пальцем:</w:t>
      </w:r>
    </w:p>
    <w:p>
      <w:r>
        <w:br/>
        <w:t>— У-у, басурман!.. Таке хороство кругом, а він… Геть чисто совісті немає!..</w:t>
      </w:r>
    </w:p>
    <w:p>
      <w:r>
        <w:br/>
        <w:t>ВОГОНЬ</w:t>
      </w:r>
    </w:p>
    <w:p>
      <w:r>
        <w:br/>
        <w:t>Лусочка сухої кори, та хвоїнка до хвоїнки, та гілочка до гілочки, сірником чирк — затеплився блідо-жовтий язичок, зав’юнився пахучий димок… Трісь-трісь, трісь-трісь… Потріскує. Іній довкола на очах щезає.</w:t>
      </w:r>
    </w:p>
    <w:p>
      <w:r>
        <w:br/>
        <w:t>Здавалося б, лежить зовсім ніяке, зовсім ні що не придатне. А бач яка сонячна сила таїться у цій лусочці кори, у цій хвоїнці, у цій давно засохлій гілочці! Виходить, чекала ця сила свого часу, щоб показати себе.</w:t>
      </w:r>
    </w:p>
    <w:p>
      <w:r>
        <w:br/>
        <w:t>Здавалося б, скільки тут цього вогню — пригорща, а то й того менше. А вже тобі добре біля нього, вже якась затишна певність струмить у тобі. І заледенілий обшир, що похмуро німує, зовсім не страшить: якщо в малій хвоїнці стільки тепла, то хіба гоже щулитися тобі, людино?!</w:t>
      </w:r>
    </w:p>
    <w:p>
      <w:r>
        <w:br/>
        <w:t>КОЛИСКОВА ДЛЯ ПОЛЯ</w:t>
      </w:r>
    </w:p>
    <w:p>
      <w:r>
        <w:br/>
        <w:t>Поки йшов, поки лижі шурхотіли по незлежалому снігу, то не чув я її. Та варто було зупинитися на хвилю — вона й зазвучала:</w:t>
      </w:r>
    </w:p>
    <w:p>
      <w:r>
        <w:br/>
        <w:t>Ой люленьки-люлі,</w:t>
      </w:r>
    </w:p>
    <w:p>
      <w:r>
        <w:br/>
        <w:t>Налетіли гулі…</w:t>
      </w:r>
    </w:p>
    <w:p>
      <w:r>
        <w:br/>
        <w:t>І здалося, що то справді білі гуси розпросторили крила на всю далину. Тріпочуть крила в такт пісні, тріпочуть.</w:t>
      </w:r>
    </w:p>
    <w:p>
      <w:r>
        <w:br/>
        <w:t>Це куриться поземка, звичайно ж, поземка. Вона й шурхотить — сніг сипкий, намерзлий, гострий, мов пісок. Якщо не особливо вслухатися, то шурхіт цей — просто таке собі "шу-шу" та й годі. Навіть віддалік пісні не нагадує.</w:t>
      </w:r>
    </w:p>
    <w:p>
      <w:r>
        <w:br/>
        <w:t>Але ж я знаю, що тут, під білою ковдрою, спить озимина. А ще добре знаю тих, хто їі сіяв, хто восени так радів зеленому врунові, хто й зараз думає про майбутній урожай. Тому в шурхоті поземки і вчувається мені лагідна колискова для поля:</w:t>
      </w:r>
    </w:p>
    <w:p>
      <w:r>
        <w:br/>
        <w:t>Ой люленьки-люлі…</w:t>
      </w:r>
    </w:p>
    <w:p>
      <w:r>
        <w:br/>
        <w:t>ТРЕТЯ</w:t>
      </w:r>
    </w:p>
    <w:p>
      <w:r>
        <w:br/>
        <w:t>До села вели нову лінію електропередач і через ліс прорубали просіку. Вицілила ця просіка якраз на трійцю беріз, що вибігли з лісу на добру дюжину кроків. Довелося спиляти і їх.</w:t>
      </w:r>
    </w:p>
    <w:p>
      <w:r>
        <w:br/>
        <w:t>Мені було жаль білокорих. Не один раз привітали вони мене, коли виходив з лісу, натомлений бродінням по сосняках і мочарах.</w:t>
      </w:r>
    </w:p>
    <w:p>
      <w:r>
        <w:br/>
        <w:t>Дві були красиві: гінкі, косисті, аж усміхнені. Восени стояли свічкасто, як намальовані. А третя геть нікудишня — кущ, горбата, ще й на згині здоровенна репана бородавка. Ця третя й на березу була мало схожа, така вже коряка-розкоряка, що й порівняти ні з чим. Навіть зрізана, вона так неоковирно впала, що ні підступитися, ні роздивитися.</w:t>
      </w:r>
    </w:p>
    <w:p>
      <w:r>
        <w:br/>
        <w:t>Ті дві бензопильщик Кузьма обчухрав та відвіз на своє обійстя — гарна купа дровець вийшла. А третю поволокли прямо на кострище, бо з нею й морочитися ніхто з лісорубів не захотів.</w:t>
      </w:r>
    </w:p>
    <w:p>
      <w:r>
        <w:br/>
        <w:t>Коли це нагодився мій сусід Микола. "Ви що, — каже, — таку березу — на вогонь?!" І витяг коряку з купи.</w:t>
      </w:r>
    </w:p>
    <w:p>
      <w:r>
        <w:br/>
        <w:t>Хтось із лісорубів не стримався, уколов:</w:t>
      </w:r>
    </w:p>
    <w:p>
      <w:r>
        <w:br/>
        <w:t>— Неси додому та й тішся.</w:t>
      </w:r>
    </w:p>
    <w:p>
      <w:r>
        <w:br/>
        <w:t>— От спасибі! — не образився Микола, — Таки й понесу…</w:t>
      </w:r>
    </w:p>
    <w:p>
      <w:r>
        <w:br/>
        <w:t>Заходжу якось до Миколи, а в нього у вітальні на стіні висить дивовижний таріль із такого візерунчастого дерева, якого ще не доводилося бачити.</w:t>
      </w:r>
    </w:p>
    <w:p>
      <w:r>
        <w:br/>
        <w:t>Сусід помітив мов здивування.</w:t>
      </w:r>
    </w:p>
    <w:p>
      <w:r>
        <w:br/>
        <w:t>— Подобається? — запитує і хитрувато на мене косує.</w:t>
      </w:r>
    </w:p>
    <w:p>
      <w:r>
        <w:br/>
        <w:t>— Атож!..</w:t>
      </w:r>
    </w:p>
    <w:p>
      <w:r>
        <w:br/>
        <w:t>— А це із тієї, бородавкуватої, що мало у вогні не згоріла…</w:t>
      </w:r>
    </w:p>
    <w:p>
      <w:r>
        <w:br/>
        <w:t>Виходить, ота третя береза теж мала свою красу, та ще й неабияку. А от розгледіти її було дано тільки йому, Миколі.</w:t>
      </w:r>
    </w:p>
    <w:p>
      <w:r>
        <w:br/>
        <w:t>ДРУГЕ ТЕПЛО</w:t>
      </w:r>
    </w:p>
    <w:p>
      <w:r>
        <w:br/>
        <w:t>Послала мама Олега на вулицю із килимка пилюку вибити, хідники повитрушувати. Надворі мороз рип-рип, так за пальці й хапає. Спробував Олег трусити в рукавицях, та хіба то робота?</w:t>
      </w:r>
    </w:p>
    <w:p>
      <w:r>
        <w:br/>
        <w:t>Тут же саме вийшов із хати дід Іван. Учора він цілий вечір лагодив упряж і тепер ніс її в мішку на колгоспну конюшню.</w:t>
      </w:r>
    </w:p>
    <w:p>
      <w:r>
        <w:br/>
        <w:t>— Е, — каже дід Іван Олегові, — так у тебе нічого не вийде. Хідники добре витрушувати, коли друге тепло добудеш. Тоді й руки не мерзнутимуть.</w:t>
      </w:r>
    </w:p>
    <w:p>
      <w:r>
        <w:br/>
        <w:t>— А що то за друге тепло? — дивується хлопчик. — Як його добувають?</w:t>
      </w:r>
    </w:p>
    <w:p>
      <w:r>
        <w:br/>
        <w:t>— Коли знаєш, то просто. Але це не розказувати, а показувати треба.</w:t>
      </w:r>
    </w:p>
    <w:p>
      <w:r>
        <w:br/>
        <w:t>— То покажіть, діду Іване…</w:t>
      </w:r>
    </w:p>
    <w:p>
      <w:r>
        <w:br/>
        <w:t>— Гаразд, — погоджується дід. — Тільки спершу допоможи мені віднести упряж на конюшню.</w:t>
      </w:r>
    </w:p>
    <w:p>
      <w:r>
        <w:br/>
        <w:t>Взяли вони мішка — онук за гичку, дід за гузирі — та й понесли. А конюшня аж за селом, на горбку. Поки дісталися — кілька разів мінялися місцями: то один попереду, то другий.</w:t>
      </w:r>
    </w:p>
    <w:p>
      <w:r>
        <w:br/>
        <w:t>Як прийшли, дід Іван усміхається:</w:t>
      </w:r>
    </w:p>
    <w:p>
      <w:r>
        <w:br/>
        <w:t>— Тепер зрозумів, як добувається друге тепло?</w:t>
      </w:r>
    </w:p>
    <w:p>
      <w:r>
        <w:br/>
        <w:t>— Здогадався! — одказав Олег.</w:t>
      </w:r>
    </w:p>
    <w:p>
      <w:r>
        <w:br/>
        <w:t>І витер рукавом спітнілого лоба.</w:t>
      </w:r>
    </w:p>
    <w:p>
      <w:r>
        <w:br/>
        <w:t>СОРОЧЕ ПОЛЕ</w:t>
      </w:r>
    </w:p>
    <w:p>
      <w:r>
        <w:br/>
        <w:t>Находилися на лижах, накаталися, морозцем надихалися, аж почманіли. Коли б не вечірні сутінки, то й не вертали б додому. Вирішили, що неодмінно прийдемо сюди завтра.</w:t>
      </w:r>
    </w:p>
    <w:p>
      <w:r>
        <w:br/>
        <w:t>Та наступного дня у мене була невідкладна робота, а ще наступного — знову робота, а потім просто не випало. Вибралися тільки через тиждень.</w:t>
      </w:r>
    </w:p>
    <w:p>
      <w:r>
        <w:br/>
        <w:t>Прийшли і…</w:t>
      </w:r>
    </w:p>
    <w:p>
      <w:r>
        <w:br/>
        <w:t>— Чого це поле стало таке сорочаче? — питав Олег.</w:t>
      </w:r>
    </w:p>
    <w:p>
      <w:r>
        <w:br/>
        <w:t>Справді, на білій сніговій ковдрі — чорні плями: і там, і там, і там…</w:t>
      </w:r>
    </w:p>
    <w:p>
      <w:r>
        <w:br/>
        <w:t>Сонце хитренько усміхається — воно знав, хто це поле під сороку розмалював.</w:t>
      </w:r>
    </w:p>
    <w:p>
      <w:r>
        <w:br/>
        <w:t>У ПОЛЯХ</w:t>
      </w:r>
    </w:p>
    <w:p>
      <w:r>
        <w:br/>
        <w:t>Вчора підсипало ще сніжку, поземка війнула хвостом, підмела, пригладила — стало в полях, як у прибраній світлиці. І на лижах тепер любо-радо.</w:t>
      </w:r>
    </w:p>
    <w:p>
      <w:r>
        <w:br/>
        <w:t>Інна спинилася, каже:</w:t>
      </w:r>
    </w:p>
    <w:p>
      <w:r>
        <w:br/>
        <w:t>— Ми зараз тут одні на всі-всі поля.</w:t>
      </w:r>
    </w:p>
    <w:p>
      <w:r>
        <w:br/>
        <w:t>А просто перед її лижами враз вибухав сніговий фонтан. І поки Інна приходить до тями, здоровезний рудий зайчисько шугнув за невисокий горбок, вигаптувавши на білині крапчастий візерунок слідів.</w:t>
      </w:r>
    </w:p>
    <w:p>
      <w:r>
        <w:br/>
        <w:t>— От тобі й одні! — сміюся з неї. І показую на сусідній горбок. — А ген оті темні цяточки бачиш?</w:t>
      </w:r>
    </w:p>
    <w:p>
      <w:r>
        <w:br/>
        <w:t>— Там що, теж сплять зайці? — Інна здивовано зирить на мене.</w:t>
      </w:r>
    </w:p>
    <w:p>
      <w:r>
        <w:br/>
        <w:t>— Куріпки. Там їхня їдальня. Заєць уночі розгріб сніг, от на розгребені вони клюють озимину.</w:t>
      </w:r>
    </w:p>
    <w:p>
      <w:r>
        <w:br/>
        <w:t>— А чого не ворушаться?</w:t>
      </w:r>
    </w:p>
    <w:p>
      <w:r>
        <w:br/>
        <w:t>— Помітили нас і затаїлися. Сподіваються, що ми їх не завважимо. Зараз куріпкам із-під снігу важко добувати корм, тому вони кожну свою їдальню залишають з великою неохотою.</w:t>
      </w:r>
    </w:p>
    <w:p>
      <w:r>
        <w:br/>
        <w:t>Щоб не полохати птахів, ми навмисне повертаємо у протилежний бік. Нам же однаково, де кататися.</w:t>
      </w:r>
    </w:p>
    <w:p>
      <w:r>
        <w:br/>
        <w:t>У видолинку ще здалеку побачили на снігу щось чорне. Гадали-гадали, та так і не вгадали, що воно таке. Наблизилися — а це свіжонаточена купа землі. Виходить, кротові і взимку не до відпочинку.</w:t>
      </w:r>
    </w:p>
    <w:p>
      <w:r>
        <w:br/>
        <w:t>Лижі по снігу біжать швидко, легко. От лише день короткий: ще не встигли втомитися, а сонце до заходу хилиться, нагадує, що вже час додому. Певно, йому, сонцю, при хорошій погоді теж котитися легше.</w:t>
      </w:r>
    </w:p>
    <w:p>
      <w:r>
        <w:br/>
        <w:t>ЯЛИНКА</w:t>
      </w:r>
    </w:p>
    <w:p>
      <w:r>
        <w:br/>
        <w:t>Були ми в лісі якраз напередодні Нового року. І натрапили на струнку ялинку. Такої красивої, здалося, досі й не бачили. Та ще й прикрашена.</w:t>
      </w:r>
    </w:p>
    <w:p>
      <w:r>
        <w:br/>
        <w:t>— Отут, певно, лісові мешканці Новий рік зустрічатимуть!.. — пожартував Олег. — А я думав, що так лише в казці буває.</w:t>
      </w:r>
    </w:p>
    <w:p>
      <w:r>
        <w:br/>
        <w:t>А втім, на ялинці не було якихось особливих прикрас. На гілках червоніли дві стрічечки, зав’язані бантиками, сріблилося кілька кульок з фольги, гойдався голубий метелик, зроблений з обкладинки учнівського зошита. Посередині ялинку оперізував паперовий ланцюжок.</w:t>
      </w:r>
    </w:p>
    <w:p>
      <w:r>
        <w:br/>
        <w:t>Може, тут недавно гралися діти, а може, мисливці, відпочиваючи, жартома все це повісили на ялинку. Але ж… наближався Новий рік, радісний Новий рік, і так хотілося вірити в чудеса!</w:t>
      </w:r>
    </w:p>
    <w:p>
      <w:r>
        <w:br/>
        <w:t>— Якби знаття, то й ми б якусь іграшку принесли, — пошкодував я.</w:t>
      </w:r>
    </w:p>
    <w:p>
      <w:r>
        <w:br/>
        <w:t>— А це я зараз!</w:t>
      </w:r>
    </w:p>
    <w:p>
      <w:r>
        <w:br/>
        <w:t>Олег скинув рюкзак, добув кілька цукерок. Знайшлася й нитка. Почепив цукерки на ялинку.</w:t>
      </w:r>
    </w:p>
    <w:p>
      <w:r>
        <w:br/>
        <w:t>— Наш подарунок звірятам, — мовив. — Нехай ласують.</w:t>
      </w:r>
    </w:p>
    <w:p>
      <w:r>
        <w:br/>
        <w:t>Ялинка стала ще красивішою.</w:t>
      </w:r>
    </w:p>
    <w:p>
      <w:r>
        <w:br/>
        <w:t>— Якби ще зірку на вершечок…</w:t>
      </w:r>
    </w:p>
    <w:p>
      <w:r>
        <w:br/>
        <w:t>— Буде зірка, та й не одна, — кажу. — Вночі засяє над нашою ялинкою безліч зірок.</w:t>
      </w:r>
    </w:p>
    <w:p>
      <w:r>
        <w:br/>
        <w:t>— А тут і місце для хороводу є…</w:t>
      </w:r>
    </w:p>
    <w:p>
      <w:r>
        <w:br/>
        <w:t>Ми тупали довкола ялинки по неглибокому снігу. Було весело, було радісно й легко…</w:t>
      </w:r>
    </w:p>
    <w:p>
      <w:r>
        <w:br/>
        <w:t>ДЗВОНАР</w:t>
      </w:r>
    </w:p>
    <w:p>
      <w:r>
        <w:br/>
        <w:t>Холодно.</w:t>
      </w:r>
    </w:p>
    <w:p>
      <w:r>
        <w:br/>
        <w:t>Перелісок мерзлякувато щулиться — проймає його від верха до кореня. Незатишний перелісок, просвічується мало не наскрізь. І сизі грабочки ніби понижчали, і ліщини свою солідність розгубили.</w:t>
      </w:r>
    </w:p>
    <w:p>
      <w:r>
        <w:br/>
        <w:t>Сіра тиша заполонила все довкруг. Німі дерева, німі сніги, німе небо.</w:t>
      </w:r>
    </w:p>
    <w:p>
      <w:r>
        <w:br/>
        <w:t>Та раптом — дзінь-дзінь! Дзінь-дзелінь! Глухо, ледве чутно, ніби здалеку-здалеку.</w:t>
      </w:r>
    </w:p>
    <w:p>
      <w:r>
        <w:br/>
        <w:t>Вслухаюся: може, здалося? Бо де тому дзвону взятися тут, серед суцільної німоти, де навіть шурхіт власних кроків злякано нишкне, так і не відірвавшись від підошов чобіт?..</w:t>
      </w:r>
    </w:p>
    <w:p>
      <w:r>
        <w:br/>
        <w:t>Ні, таки дзвонить.</w:t>
      </w:r>
    </w:p>
    <w:p>
      <w:r>
        <w:br/>
        <w:t>Іду назустріч тому дзвонові. Аж ось і дзвонар! Молодий дубок-нелинь приберіг своє вбрання, не розтрусив. Хай побуріле, хай негодами побите, але не розтрусив. Тепер листя обледеніло, вітер дмухне — дзвонить.</w:t>
      </w:r>
    </w:p>
    <w:p>
      <w:r>
        <w:br/>
        <w:t>Дзінь-дзінь! Дзінь-дзелінь!..</w:t>
      </w:r>
    </w:p>
    <w:p>
      <w:r>
        <w:br/>
        <w:t>Старайся, дзвонарю, березень уже не за горами.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Світлинки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