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Світла душа</w:t>
      </w:r>
    </w:p>
    <w:p>
      <w:r>
        <w:br/>
        <w:t xml:space="preserve"> &lt;blockquote&gt;&lt;p&gt;До 50-річчя з дня народження В. М. Шукшина</w:t>
      </w:r>
    </w:p>
    <w:p>
      <w:r>
        <w:br/>
        <w:t>Ті чорнобривці пахли на весь літак. Було їх не букет і не два, а сніп, оберемок.</w:t>
      </w:r>
    </w:p>
    <w:p>
      <w:r>
        <w:br/>
        <w:t>Про те, що не стало Василя Макаровича Шукшина, дізнався по дорозі на роботу, від товариша. З квитками на Москву важко.</w:t>
      </w:r>
    </w:p>
    <w:p>
      <w:r>
        <w:br/>
        <w:t>Що ж сталося? Недавно йшла "Калина червона"... Квиток таки дістав.</w:t>
      </w:r>
    </w:p>
    <w:p>
      <w:r>
        <w:br/>
        <w:t>Лечу. Осінь. Саме ж калина вистигла... Його не стало вчора. Боюся, що не встигну.</w:t>
      </w:r>
    </w:p>
    <w:p>
      <w:r>
        <w:br/>
        <w:t>До "Калини" прочитав двоє чи троє його оповідань. Маленькі фільми. Пластичні, здорові. Викінчена кінодраматургія. Найдужче сподобалося "Світлі душі". Закоханим серцем написане оповідання.</w:t>
      </w:r>
    </w:p>
    <w:p>
      <w:r>
        <w:br/>
        <w:t>Я чув і раніше: Шукшин — актор, письменник і режисер.</w:t>
      </w:r>
    </w:p>
    <w:p>
      <w:r>
        <w:br/>
        <w:t>До таких "усебічних" людей у мене недовір'я ще зі служби. У нас був старший матрос, який малював, грав на баяні і писав замітки до флотської газети "Боевая вахта". Все по нотах — і грав, і малював, і писав.</w:t>
      </w:r>
    </w:p>
    <w:p>
      <w:r>
        <w:br/>
        <w:t>Першою побачила "Калину червону" дружина. Прийшла якась дивна. Задумливо-усміхнена. "Піди подивися". "Який він?" "Та... Наче й не грає".</w:t>
      </w:r>
    </w:p>
    <w:p>
      <w:r>
        <w:br/>
        <w:t>Я вже знаю: головне — не грати. Найголовніше.</w:t>
      </w:r>
    </w:p>
    <w:p>
      <w:r>
        <w:br/>
        <w:t>Тричі дивився. З невеликими перервами — через день-два.</w:t>
      </w:r>
    </w:p>
    <w:p>
      <w:r>
        <w:br/>
        <w:t>Єгор — ліричний, Єгор — "занозистая бестия", Єгор — добра душа, Єгор — безоглядно сміливий, солідарний, Єгор хоче "свята душі"... Все це те, але не головне. Він ховається за всім цим від головного: Єгор — нещасна душа, але не хоче — від гордості! — щоб це хтось помітив. Нещасні люди викликають співчуття. Єгор не хоче співчуття. Він гордий і нещасний. Він хоче розуміння своєї прибитої душі.</w:t>
      </w:r>
    </w:p>
    <w:p>
      <w:r>
        <w:br/>
        <w:t>...Стюардеса оголосила, на якій висоті летимо, яка температура, тривалість польоту, і, проходячи мимо, спитала з тою молоденькою посмішкою, в якій був натяк, що не личить моїй сивині:</w:t>
      </w:r>
    </w:p>
    <w:p>
      <w:r>
        <w:br/>
        <w:t>— Кому такий розкішний букет?</w:t>
      </w:r>
    </w:p>
    <w:p>
      <w:r>
        <w:br/>
        <w:t>Я покликав її пальцем нахилитися ближче — турбіни ревуть — і сказав:</w:t>
      </w:r>
    </w:p>
    <w:p>
      <w:r>
        <w:br/>
        <w:t>— Тому, кого вже немає.</w:t>
      </w:r>
    </w:p>
    <w:p>
      <w:r>
        <w:br/>
        <w:t>Літак прибуває до Внуково о пів на другу. Я боявся, що не встигну на похорон, і додав:</w:t>
      </w:r>
    </w:p>
    <w:p>
      <w:r>
        <w:br/>
        <w:t>— Я, дівчино, лечу провести Шукшина. Допоможіть мені першому вискочити з літака, щоб одразу таксі взяв.</w:t>
      </w:r>
    </w:p>
    <w:p>
      <w:r>
        <w:br/>
        <w:t>— А-а...— Вона посумнішала.— Гаразд, я вам допоможу.</w:t>
      </w:r>
    </w:p>
    <w:p>
      <w:r>
        <w:br/>
        <w:t>Коли попереду показалася Москва, вона підійшла й сказала, що вибачається — коло дверей крісел немає, а лиш багажний ящик. Я подякував, сказав, що це байдуже, і пішов за нею. Так і долетів.</w:t>
      </w:r>
    </w:p>
    <w:p>
      <w:r>
        <w:br/>
        <w:t>Таксист, коли я сказав, що мені до ЦДЛ, подивився на квіти і, помовчавши, спитав:</w:t>
      </w:r>
    </w:p>
    <w:p>
      <w:r>
        <w:br/>
        <w:t>— Шукшин? Його ще немає в Москві. Він ще в Ростові — на зйомках помер... У понеділок привезуть. На Васильєвку.— І пояснив, що це Будинок кіно.</w:t>
      </w:r>
    </w:p>
    <w:p>
      <w:r>
        <w:br/>
        <w:t>Квіти я поклав до мармурових дощок, на яких викарбувані імена поетів і письменників, які не повернулися з війни. Ми ось-ось мали познайомитися. Не встигли.</w:t>
      </w:r>
    </w:p>
    <w:p>
      <w:r>
        <w:br/>
        <w:t>У понеділок я стояв у черзі, що простяглася від Васильєвки до Білоруського вокзалу. Мав у руках три холодних гладіолуси. І якийсь милий чоловік у формі підполковника додав мені гвоздику. Я. говорив з ним по-українському, і він сказав:</w:t>
      </w:r>
    </w:p>
    <w:p>
      <w:r>
        <w:br/>
        <w:t>— Вы с Украины? Так почему же вы в очереди стоите? Идите, вас пропустят.</w:t>
      </w:r>
    </w:p>
    <w:p>
      <w:r>
        <w:br/>
        <w:t>І міліція з дружинниками, що стояли на дверях, пропустили мене.</w:t>
      </w:r>
    </w:p>
    <w:p>
      <w:r>
        <w:br/>
        <w:t>З виразу облич, по калині, по тиші я побачив, як народ уміє шанувати свого письменника. Бачив, як несли йому калину, він увесь лежав у калині, а якийсь хлопець тримав цілий калиновий кущ — як знамено.</w:t>
      </w:r>
    </w:p>
    <w:p>
      <w:r>
        <w:br/>
        <w:t>Мати затуляє обличчя руками:</w:t>
      </w:r>
    </w:p>
    <w:p>
      <w:r>
        <w:br/>
        <w:t>— Вася, Васенька! — І знову затулить і відтулить знову: — Вася! Сорок п'ять років... Не стало його раптово, як на війні. Символічно</w:t>
      </w:r>
    </w:p>
    <w:p>
      <w:r>
        <w:br/>
        <w:t>він і вмер у формі шолоховського солдата Лопахіна.</w:t>
      </w:r>
    </w:p>
    <w:p>
      <w:r>
        <w:br/>
        <w:t>Либонь, я вперше відчув, хто такий народ — без буденних дріб'язків, а народ як сім'ю, що ховає свого сина.</w:t>
      </w:r>
    </w:p>
    <w:p>
      <w:r>
        <w:br/>
        <w:t>Перша година дня. Старші начальники з міліції показують знаками підлеглим, що при вході: доступ закінчено. А вони знизують плечима — що тут, мовляв, удієш? Вони дисципліновано не слухали свого начальства. А воно й не наполягало: видно — бачили "Калину" і люблять.</w:t>
      </w:r>
    </w:p>
    <w:p>
      <w:r>
        <w:br/>
        <w:t>Народ. Це головний герой і літературних і кінематографічних творів Василя Шукшина. Народ — не як безлика маса, а як сукупність неповторних індивідуальностей. Добрих душ і ницих. Щасливих і нещасливих. Різних.</w:t>
      </w:r>
    </w:p>
    <w:p>
      <w:r>
        <w:br/>
        <w:t>Василь Шукшин був з тими своїми героями, що і в сонячні дні свого життя, і в лиху годину залишалися добрими, совісними, справедливими. Тому легко уявити його разом з Єгором Прокудіним у ту трагічну хвилину, коли той пішов на видиму смерть, чи з дідом Нечаєм, що так тяжко переживає втрату своєї дружини, чи з шофером Гриньком, який безстрашно вів охоплену полум'ям машину... Легко, кажу, уявити, бо сам він був такий. Тому й на екрані життя його героїв було не зробленим, не зіграним, а до фізичного відчуття природним. І я зрозумів: ота різнобічність, багатогранність — письменник, актор, режисер — Василя Шукшина йшла від цільності його натури, від щедрості переповненого любов'ю до людей серця. Ця любов — у всіх його творах: вона витає над Михайлом і Ганною, цими світлими душами з однойменного оповідання, вона стає святом — нехай коротким, болісним, але святом! — для Сергія Безменова в оповіданні "Безпалий", вона ж, коли бачить безпричинне хамство, черствість, підлість, з тривогою запитує: "Що з нами діється?"</w:t>
      </w:r>
    </w:p>
    <w:p>
      <w:r>
        <w:br/>
        <w:t>Але, як слушно зауважує Сергій Залигін, у Василя Шукшина "не було й тіні розчуленості чи запобігливості ні перед своїми героями, ні перед самим собою. Більше того, він був дуже суворий і щодо них, і щодо себе тією суворістю, яка неминуча, якщо письменник знає і розуміє людей і не робить особливого винятку для себе, якщо він хоче, пристрасно прагне, щоб не тільки їм було краще, але щоб і вони були кращі".</w:t>
      </w:r>
    </w:p>
    <w:p>
      <w:r>
        <w:br/>
        <w:t>До болю сердечного любив він рідну землю, свою Росію. Міг би услід за Сергієм Єсеніним повторити:</w:t>
      </w:r>
    </w:p>
    <w:p>
      <w:r>
        <w:br/>
        <w:t>Но более всего Любовь к родному краю Меня томила, Мучила и жгла.</w:t>
      </w:r>
    </w:p>
    <w:p>
      <w:r>
        <w:br/>
        <w:t>З любові й муки народжується письменник — іншого шляху в нього нема.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Світла душа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